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84738" w14:textId="4D16707D" w:rsidR="0020395A" w:rsidRPr="004E5D03" w:rsidRDefault="00EB1FA4" w:rsidP="006C208E">
      <w:pPr>
        <w:spacing w:after="0"/>
        <w:jc w:val="center"/>
        <w:rPr>
          <w:rFonts w:ascii="Times New Roman" w:eastAsia="Calibri" w:hAnsi="Times New Roman" w:cs="Times New Roman"/>
          <w:b/>
          <w:bCs/>
          <w:sz w:val="32"/>
          <w:szCs w:val="32"/>
        </w:rPr>
      </w:pPr>
      <w:r w:rsidRPr="004E5D03">
        <w:rPr>
          <w:rFonts w:ascii="Times New Roman" w:eastAsia="Calibri" w:hAnsi="Times New Roman" w:cs="Times New Roman"/>
          <w:b/>
          <w:bCs/>
          <w:sz w:val="32"/>
          <w:szCs w:val="32"/>
        </w:rPr>
        <w:tab/>
      </w:r>
    </w:p>
    <w:p w14:paraId="76FC33C5" w14:textId="77777777" w:rsidR="00D063C9" w:rsidRPr="006C208E" w:rsidRDefault="006D1C37" w:rsidP="006C208E">
      <w:pPr>
        <w:spacing w:after="0"/>
        <w:jc w:val="center"/>
        <w:rPr>
          <w:rFonts w:ascii="Times New Roman" w:eastAsia="Calibri" w:hAnsi="Times New Roman" w:cs="Times New Roman"/>
          <w:b/>
          <w:bCs/>
          <w:sz w:val="32"/>
          <w:szCs w:val="32"/>
        </w:rPr>
      </w:pPr>
      <w:r w:rsidRPr="006C208E">
        <w:rPr>
          <w:rFonts w:ascii="Times New Roman" w:eastAsia="Calibri" w:hAnsi="Times New Roman" w:cs="Times New Roman"/>
          <w:noProof/>
          <w:sz w:val="24"/>
          <w:szCs w:val="24"/>
        </w:rPr>
        <w:drawing>
          <wp:anchor distT="0" distB="0" distL="114300" distR="114300" simplePos="0" relativeHeight="251658240" behindDoc="0" locked="0" layoutInCell="1" allowOverlap="1" wp14:anchorId="445B0760" wp14:editId="7336BC9F">
            <wp:simplePos x="0" y="0"/>
            <wp:positionH relativeFrom="margin">
              <wp:posOffset>1536700</wp:posOffset>
            </wp:positionH>
            <wp:positionV relativeFrom="paragraph">
              <wp:posOffset>417195</wp:posOffset>
            </wp:positionV>
            <wp:extent cx="1409700" cy="1076325"/>
            <wp:effectExtent l="0" t="0" r="0" b="9525"/>
            <wp:wrapTopAndBottom/>
            <wp:docPr id="1" name="Picture 1" descr="MG Emble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MG Emblem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409700" cy="1076325"/>
                    </a:xfrm>
                    <a:prstGeom prst="rect">
                      <a:avLst/>
                    </a:prstGeom>
                    <a:noFill/>
                    <a:ln>
                      <a:noFill/>
                    </a:ln>
                  </pic:spPr>
                </pic:pic>
              </a:graphicData>
            </a:graphic>
          </wp:anchor>
        </w:drawing>
      </w:r>
      <w:r w:rsidRPr="006C208E">
        <w:rPr>
          <w:noProof/>
        </w:rPr>
        <w:drawing>
          <wp:anchor distT="0" distB="0" distL="114300" distR="114300" simplePos="0" relativeHeight="251658241" behindDoc="1" locked="0" layoutInCell="1" allowOverlap="1" wp14:anchorId="15EF1C4C" wp14:editId="2455C6C4">
            <wp:simplePos x="0" y="0"/>
            <wp:positionH relativeFrom="column">
              <wp:posOffset>3281680</wp:posOffset>
            </wp:positionH>
            <wp:positionV relativeFrom="paragraph">
              <wp:posOffset>558800</wp:posOffset>
            </wp:positionV>
            <wp:extent cx="1338580" cy="960120"/>
            <wp:effectExtent l="0" t="0" r="0" b="0"/>
            <wp:wrapTight wrapText="bothSides">
              <wp:wrapPolygon edited="0">
                <wp:start x="0" y="0"/>
                <wp:lineTo x="0" y="21000"/>
                <wp:lineTo x="21211" y="21000"/>
                <wp:lineTo x="21211" y="0"/>
                <wp:lineTo x="0" y="0"/>
              </wp:wrapPolygon>
            </wp:wrapTight>
            <wp:docPr id="2" name="Picture 2" descr="A logo of a house with a solar pan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logo of a house with a solar panel&#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338580" cy="960120"/>
                    </a:xfrm>
                    <a:prstGeom prst="rect">
                      <a:avLst/>
                    </a:prstGeom>
                    <a:noFill/>
                    <a:ln>
                      <a:noFill/>
                    </a:ln>
                  </pic:spPr>
                </pic:pic>
              </a:graphicData>
            </a:graphic>
          </wp:anchor>
        </w:drawing>
      </w:r>
    </w:p>
    <w:p w14:paraId="356276A4" w14:textId="284D85DD" w:rsidR="0020395A" w:rsidRPr="006C208E" w:rsidRDefault="0020395A" w:rsidP="006C208E">
      <w:pPr>
        <w:spacing w:after="0"/>
        <w:jc w:val="center"/>
        <w:rPr>
          <w:rFonts w:ascii="Times New Roman" w:eastAsia="Calibri" w:hAnsi="Times New Roman" w:cs="Times New Roman"/>
          <w:b/>
          <w:bCs/>
          <w:sz w:val="36"/>
          <w:szCs w:val="36"/>
        </w:rPr>
      </w:pPr>
    </w:p>
    <w:p w14:paraId="3B779272" w14:textId="77777777" w:rsidR="00F51ECF" w:rsidRPr="006C208E" w:rsidRDefault="00F51ECF" w:rsidP="006C208E">
      <w:pPr>
        <w:spacing w:after="0"/>
        <w:jc w:val="center"/>
        <w:rPr>
          <w:rFonts w:ascii="Times New Roman" w:eastAsia="Calibri" w:hAnsi="Times New Roman" w:cs="Times New Roman"/>
          <w:b/>
          <w:bCs/>
          <w:sz w:val="36"/>
          <w:szCs w:val="36"/>
        </w:rPr>
      </w:pPr>
    </w:p>
    <w:p w14:paraId="1D6E4880" w14:textId="0FBAA525" w:rsidR="0020395A" w:rsidRDefault="0020395A" w:rsidP="006C208E">
      <w:pPr>
        <w:spacing w:after="0"/>
        <w:jc w:val="center"/>
        <w:rPr>
          <w:rFonts w:ascii="Times New Roman" w:eastAsia="Calibri" w:hAnsi="Times New Roman" w:cs="Times New Roman"/>
          <w:b/>
          <w:bCs/>
          <w:sz w:val="36"/>
          <w:szCs w:val="36"/>
        </w:rPr>
      </w:pPr>
      <w:r w:rsidRPr="006C208E">
        <w:rPr>
          <w:rFonts w:ascii="Times New Roman" w:eastAsia="Calibri" w:hAnsi="Times New Roman" w:cs="Times New Roman"/>
          <w:b/>
          <w:bCs/>
          <w:sz w:val="36"/>
          <w:szCs w:val="36"/>
        </w:rPr>
        <w:t>Ministry of Energy</w:t>
      </w:r>
      <w:r w:rsidR="00C66D9A" w:rsidRPr="006C208E">
        <w:rPr>
          <w:rFonts w:ascii="Times New Roman" w:eastAsia="Calibri" w:hAnsi="Times New Roman" w:cs="Times New Roman"/>
          <w:b/>
          <w:bCs/>
          <w:sz w:val="36"/>
          <w:szCs w:val="36"/>
        </w:rPr>
        <w:t xml:space="preserve"> </w:t>
      </w:r>
    </w:p>
    <w:p w14:paraId="04DF0A8E" w14:textId="77777777" w:rsidR="00464241" w:rsidRPr="006C208E" w:rsidRDefault="00464241" w:rsidP="006C208E">
      <w:pPr>
        <w:spacing w:after="0"/>
        <w:jc w:val="center"/>
        <w:rPr>
          <w:rFonts w:ascii="Times New Roman" w:eastAsia="Calibri" w:hAnsi="Times New Roman" w:cs="Times New Roman"/>
          <w:b/>
          <w:bCs/>
          <w:sz w:val="28"/>
          <w:szCs w:val="28"/>
        </w:rPr>
      </w:pPr>
    </w:p>
    <w:p w14:paraId="28E65E0E" w14:textId="1199D7DF" w:rsidR="0020395A" w:rsidRPr="006C208E" w:rsidRDefault="008374F4" w:rsidP="006C208E">
      <w:pPr>
        <w:spacing w:after="0"/>
        <w:jc w:val="center"/>
        <w:rPr>
          <w:rFonts w:ascii="Times New Roman" w:eastAsia="Calibri" w:hAnsi="Times New Roman" w:cs="Times New Roman"/>
          <w:b/>
          <w:bCs/>
          <w:sz w:val="32"/>
          <w:szCs w:val="32"/>
        </w:rPr>
      </w:pPr>
      <w:r w:rsidRPr="006C208E">
        <w:rPr>
          <w:rFonts w:ascii="Times New Roman" w:eastAsia="Calibri" w:hAnsi="Times New Roman" w:cs="Times New Roman"/>
          <w:b/>
          <w:bCs/>
          <w:sz w:val="32"/>
          <w:szCs w:val="32"/>
        </w:rPr>
        <w:t xml:space="preserve">ASCENT Malawi – Component </w:t>
      </w:r>
      <w:r w:rsidR="00151B47" w:rsidRPr="006C208E">
        <w:rPr>
          <w:rFonts w:ascii="Times New Roman" w:eastAsia="Calibri" w:hAnsi="Times New Roman" w:cs="Times New Roman"/>
          <w:b/>
          <w:bCs/>
          <w:sz w:val="32"/>
          <w:szCs w:val="32"/>
        </w:rPr>
        <w:t>4</w:t>
      </w:r>
      <w:r w:rsidRPr="006C208E">
        <w:rPr>
          <w:rFonts w:ascii="Times New Roman" w:eastAsia="Calibri" w:hAnsi="Times New Roman" w:cs="Times New Roman"/>
          <w:b/>
          <w:bCs/>
          <w:sz w:val="32"/>
          <w:szCs w:val="32"/>
        </w:rPr>
        <w:t xml:space="preserve">: </w:t>
      </w:r>
      <w:r w:rsidR="00C66D9A" w:rsidRPr="006C208E">
        <w:rPr>
          <w:rFonts w:ascii="Times New Roman" w:eastAsia="Calibri" w:hAnsi="Times New Roman" w:cs="Times New Roman"/>
          <w:b/>
          <w:bCs/>
          <w:sz w:val="32"/>
          <w:szCs w:val="32"/>
        </w:rPr>
        <w:t>Clean Cooking Solutions</w:t>
      </w:r>
      <w:r w:rsidR="00C66D9A" w:rsidRPr="006C208E" w:rsidDel="00C66D9A">
        <w:rPr>
          <w:rFonts w:ascii="Times New Roman" w:eastAsia="Calibri" w:hAnsi="Times New Roman" w:cs="Times New Roman"/>
          <w:b/>
          <w:bCs/>
          <w:sz w:val="32"/>
          <w:szCs w:val="32"/>
        </w:rPr>
        <w:t xml:space="preserve"> </w:t>
      </w:r>
    </w:p>
    <w:p w14:paraId="28B30DD6" w14:textId="77777777" w:rsidR="0020395A" w:rsidRPr="006C208E" w:rsidRDefault="0020395A" w:rsidP="006C208E">
      <w:pPr>
        <w:spacing w:after="0"/>
        <w:jc w:val="center"/>
        <w:rPr>
          <w:rFonts w:ascii="Times New Roman" w:eastAsia="Calibri" w:hAnsi="Times New Roman" w:cs="Times New Roman"/>
          <w:b/>
          <w:bCs/>
          <w:sz w:val="28"/>
          <w:szCs w:val="28"/>
        </w:rPr>
      </w:pPr>
    </w:p>
    <w:p w14:paraId="7826A0E8" w14:textId="77777777" w:rsidR="0020395A" w:rsidRPr="006C208E" w:rsidRDefault="0020395A" w:rsidP="006C208E">
      <w:pPr>
        <w:spacing w:after="0"/>
        <w:jc w:val="center"/>
        <w:rPr>
          <w:rFonts w:ascii="Times New Roman" w:eastAsia="Calibri" w:hAnsi="Times New Roman" w:cs="Times New Roman"/>
          <w:b/>
          <w:bCs/>
          <w:sz w:val="28"/>
          <w:szCs w:val="28"/>
        </w:rPr>
      </w:pPr>
    </w:p>
    <w:p w14:paraId="1621702D" w14:textId="77777777" w:rsidR="00F51ECF" w:rsidRPr="006C208E" w:rsidRDefault="00F51ECF" w:rsidP="006C208E">
      <w:pPr>
        <w:spacing w:after="0"/>
        <w:jc w:val="center"/>
        <w:rPr>
          <w:rFonts w:ascii="Times New Roman" w:eastAsia="Calibri" w:hAnsi="Times New Roman" w:cs="Times New Roman"/>
          <w:b/>
          <w:bCs/>
          <w:sz w:val="28"/>
          <w:szCs w:val="28"/>
        </w:rPr>
      </w:pPr>
    </w:p>
    <w:p w14:paraId="7CF7E022" w14:textId="77777777" w:rsidR="0020395A" w:rsidRPr="006C208E" w:rsidRDefault="0020395A" w:rsidP="006C208E">
      <w:pPr>
        <w:spacing w:after="0"/>
        <w:jc w:val="center"/>
        <w:rPr>
          <w:rFonts w:ascii="Times New Roman" w:eastAsia="Calibri" w:hAnsi="Times New Roman" w:cs="Times New Roman"/>
          <w:b/>
          <w:bCs/>
          <w:sz w:val="28"/>
          <w:szCs w:val="28"/>
        </w:rPr>
      </w:pPr>
    </w:p>
    <w:p w14:paraId="4C5E824B" w14:textId="77777777" w:rsidR="0020395A" w:rsidRPr="006C208E" w:rsidRDefault="0020395A" w:rsidP="006C208E">
      <w:pPr>
        <w:spacing w:after="0"/>
        <w:jc w:val="center"/>
        <w:rPr>
          <w:rFonts w:ascii="Times New Roman" w:eastAsia="Calibri" w:hAnsi="Times New Roman" w:cs="Times New Roman"/>
          <w:b/>
          <w:bCs/>
          <w:sz w:val="28"/>
          <w:szCs w:val="28"/>
        </w:rPr>
      </w:pPr>
      <w:r w:rsidRPr="006C208E">
        <w:rPr>
          <w:rFonts w:ascii="Times New Roman" w:eastAsia="Calibri" w:hAnsi="Times New Roman" w:cs="Times New Roman"/>
          <w:b/>
          <w:bCs/>
          <w:sz w:val="28"/>
          <w:szCs w:val="28"/>
        </w:rPr>
        <w:t>REQUEST FOR BUSINESS PLANS</w:t>
      </w:r>
    </w:p>
    <w:p w14:paraId="60B96085" w14:textId="77777777" w:rsidR="0020395A" w:rsidRPr="006C208E" w:rsidRDefault="0020395A" w:rsidP="006C208E">
      <w:pPr>
        <w:spacing w:after="0"/>
        <w:jc w:val="center"/>
        <w:rPr>
          <w:rFonts w:ascii="Times New Roman" w:eastAsia="Calibri" w:hAnsi="Times New Roman" w:cs="Times New Roman"/>
          <w:sz w:val="28"/>
          <w:szCs w:val="28"/>
        </w:rPr>
      </w:pPr>
    </w:p>
    <w:p w14:paraId="42B8B006" w14:textId="77777777" w:rsidR="0020395A" w:rsidRPr="006C208E" w:rsidRDefault="0020395A" w:rsidP="006C208E">
      <w:pPr>
        <w:spacing w:after="0"/>
        <w:jc w:val="center"/>
        <w:rPr>
          <w:rFonts w:ascii="Times New Roman" w:eastAsia="Calibri" w:hAnsi="Times New Roman" w:cs="Times New Roman"/>
          <w:sz w:val="28"/>
          <w:szCs w:val="28"/>
        </w:rPr>
      </w:pPr>
      <w:r w:rsidRPr="006C208E">
        <w:rPr>
          <w:rFonts w:ascii="Times New Roman" w:eastAsia="Calibri" w:hAnsi="Times New Roman" w:cs="Times New Roman"/>
          <w:sz w:val="28"/>
          <w:szCs w:val="28"/>
        </w:rPr>
        <w:t>for</w:t>
      </w:r>
    </w:p>
    <w:p w14:paraId="4245AAA0" w14:textId="77777777" w:rsidR="0020395A" w:rsidRPr="006C208E" w:rsidRDefault="0020395A" w:rsidP="006C208E">
      <w:pPr>
        <w:spacing w:after="0"/>
        <w:jc w:val="center"/>
        <w:rPr>
          <w:rFonts w:ascii="Times New Roman" w:eastAsia="Calibri" w:hAnsi="Times New Roman" w:cs="Times New Roman"/>
          <w:sz w:val="28"/>
          <w:szCs w:val="28"/>
        </w:rPr>
      </w:pPr>
    </w:p>
    <w:p w14:paraId="61653B20" w14:textId="77777777" w:rsidR="00E865BA" w:rsidRDefault="0020395A" w:rsidP="006C208E">
      <w:pPr>
        <w:spacing w:after="0"/>
        <w:jc w:val="center"/>
        <w:rPr>
          <w:rFonts w:ascii="Times New Roman" w:eastAsia="Calibri" w:hAnsi="Times New Roman" w:cs="Times New Roman"/>
          <w:b/>
          <w:bCs/>
          <w:sz w:val="28"/>
          <w:szCs w:val="28"/>
        </w:rPr>
      </w:pPr>
      <w:r w:rsidRPr="006C208E">
        <w:rPr>
          <w:rFonts w:ascii="Times New Roman" w:eastAsia="Calibri" w:hAnsi="Times New Roman" w:cs="Times New Roman"/>
          <w:b/>
          <w:bCs/>
          <w:sz w:val="28"/>
          <w:szCs w:val="28"/>
        </w:rPr>
        <w:t xml:space="preserve">Enlistment as Participating Organizations (POs) of Ngwee </w:t>
      </w:r>
      <w:proofErr w:type="spellStart"/>
      <w:r w:rsidRPr="006C208E">
        <w:rPr>
          <w:rFonts w:ascii="Times New Roman" w:eastAsia="Calibri" w:hAnsi="Times New Roman" w:cs="Times New Roman"/>
          <w:b/>
          <w:bCs/>
          <w:sz w:val="28"/>
          <w:szCs w:val="28"/>
        </w:rPr>
        <w:t>Ngwee</w:t>
      </w:r>
      <w:proofErr w:type="spellEnd"/>
      <w:r w:rsidRPr="006C208E">
        <w:rPr>
          <w:rFonts w:ascii="Times New Roman" w:eastAsia="Calibri" w:hAnsi="Times New Roman" w:cs="Times New Roman"/>
          <w:b/>
          <w:bCs/>
          <w:sz w:val="28"/>
          <w:szCs w:val="28"/>
        </w:rPr>
        <w:t xml:space="preserve"> </w:t>
      </w:r>
      <w:proofErr w:type="spellStart"/>
      <w:r w:rsidRPr="006C208E">
        <w:rPr>
          <w:rFonts w:ascii="Times New Roman" w:eastAsia="Calibri" w:hAnsi="Times New Roman" w:cs="Times New Roman"/>
          <w:b/>
          <w:bCs/>
          <w:sz w:val="28"/>
          <w:szCs w:val="28"/>
        </w:rPr>
        <w:t>Ngwee</w:t>
      </w:r>
      <w:proofErr w:type="spellEnd"/>
      <w:r w:rsidRPr="006C208E">
        <w:rPr>
          <w:rFonts w:ascii="Times New Roman" w:eastAsia="Calibri" w:hAnsi="Times New Roman" w:cs="Times New Roman"/>
          <w:b/>
          <w:bCs/>
          <w:sz w:val="28"/>
          <w:szCs w:val="28"/>
        </w:rPr>
        <w:t xml:space="preserve"> Fund for Installation of </w:t>
      </w:r>
      <w:r w:rsidR="001E1E57" w:rsidRPr="006C208E">
        <w:rPr>
          <w:rFonts w:ascii="Times New Roman" w:eastAsia="Calibri" w:hAnsi="Times New Roman" w:cs="Times New Roman"/>
          <w:b/>
          <w:bCs/>
          <w:sz w:val="28"/>
          <w:szCs w:val="28"/>
        </w:rPr>
        <w:t xml:space="preserve">Clean Cooking Solutions </w:t>
      </w:r>
      <w:r w:rsidRPr="006C208E">
        <w:rPr>
          <w:rFonts w:ascii="Times New Roman" w:eastAsia="Calibri" w:hAnsi="Times New Roman" w:cs="Times New Roman"/>
          <w:b/>
          <w:bCs/>
          <w:sz w:val="28"/>
          <w:szCs w:val="28"/>
        </w:rPr>
        <w:t xml:space="preserve">under </w:t>
      </w:r>
    </w:p>
    <w:p w14:paraId="05AF8ACE" w14:textId="5CCDE208" w:rsidR="0020395A" w:rsidRPr="006C208E" w:rsidRDefault="00E30BC5" w:rsidP="006C208E">
      <w:pPr>
        <w:spacing w:after="0"/>
        <w:jc w:val="center"/>
        <w:rPr>
          <w:rFonts w:ascii="Times New Roman" w:eastAsia="Calibri" w:hAnsi="Times New Roman" w:cs="Times New Roman"/>
          <w:b/>
          <w:bCs/>
          <w:sz w:val="28"/>
          <w:szCs w:val="28"/>
        </w:rPr>
      </w:pPr>
      <w:r w:rsidRPr="006C208E">
        <w:rPr>
          <w:rFonts w:ascii="Times New Roman" w:eastAsia="Calibri" w:hAnsi="Times New Roman" w:cs="Times New Roman"/>
          <w:b/>
          <w:bCs/>
          <w:sz w:val="28"/>
          <w:szCs w:val="28"/>
        </w:rPr>
        <w:t>ASCENT Malawi</w:t>
      </w:r>
      <w:r w:rsidR="004F032E" w:rsidRPr="006C208E">
        <w:rPr>
          <w:rFonts w:ascii="Times New Roman" w:eastAsia="Calibri" w:hAnsi="Times New Roman" w:cs="Times New Roman"/>
          <w:b/>
          <w:bCs/>
          <w:sz w:val="28"/>
          <w:szCs w:val="28"/>
        </w:rPr>
        <w:t xml:space="preserve"> </w:t>
      </w:r>
      <w:r w:rsidR="00033369" w:rsidRPr="006C208E">
        <w:rPr>
          <w:rFonts w:ascii="Times New Roman" w:eastAsia="Calibri" w:hAnsi="Times New Roman" w:cs="Times New Roman"/>
          <w:b/>
          <w:bCs/>
          <w:sz w:val="28"/>
          <w:szCs w:val="28"/>
        </w:rPr>
        <w:t xml:space="preserve">Component </w:t>
      </w:r>
      <w:r w:rsidR="001E1E57" w:rsidRPr="006C208E">
        <w:rPr>
          <w:rFonts w:ascii="Times New Roman" w:eastAsia="Calibri" w:hAnsi="Times New Roman" w:cs="Times New Roman"/>
          <w:b/>
          <w:bCs/>
          <w:sz w:val="28"/>
          <w:szCs w:val="28"/>
        </w:rPr>
        <w:t>4</w:t>
      </w:r>
    </w:p>
    <w:p w14:paraId="3A6CA9AC" w14:textId="77777777" w:rsidR="0020395A" w:rsidRPr="006C208E" w:rsidRDefault="0020395A" w:rsidP="006C208E">
      <w:pPr>
        <w:spacing w:after="0"/>
        <w:jc w:val="center"/>
        <w:rPr>
          <w:rFonts w:ascii="Times New Roman" w:eastAsia="Calibri" w:hAnsi="Times New Roman" w:cs="Times New Roman"/>
          <w:b/>
          <w:bCs/>
          <w:sz w:val="28"/>
          <w:szCs w:val="28"/>
        </w:rPr>
      </w:pPr>
    </w:p>
    <w:p w14:paraId="75B60518" w14:textId="77777777" w:rsidR="0020395A" w:rsidRPr="006C208E" w:rsidRDefault="0020395A" w:rsidP="006C208E">
      <w:pPr>
        <w:spacing w:after="0"/>
        <w:jc w:val="center"/>
        <w:rPr>
          <w:rFonts w:ascii="Times New Roman" w:eastAsia="Calibri" w:hAnsi="Times New Roman" w:cs="Times New Roman"/>
          <w:b/>
          <w:bCs/>
          <w:sz w:val="28"/>
          <w:szCs w:val="28"/>
        </w:rPr>
      </w:pPr>
    </w:p>
    <w:p w14:paraId="62EE7336" w14:textId="77777777" w:rsidR="0020395A" w:rsidRPr="006C208E" w:rsidRDefault="0020395A" w:rsidP="006C208E">
      <w:pPr>
        <w:spacing w:after="0"/>
        <w:jc w:val="center"/>
        <w:rPr>
          <w:rFonts w:ascii="Times New Roman" w:eastAsia="Calibri" w:hAnsi="Times New Roman" w:cs="Times New Roman"/>
          <w:b/>
          <w:bCs/>
          <w:sz w:val="28"/>
          <w:szCs w:val="28"/>
        </w:rPr>
      </w:pPr>
    </w:p>
    <w:p w14:paraId="70C6C471" w14:textId="77777777" w:rsidR="0020395A" w:rsidRPr="006C208E" w:rsidRDefault="0020395A" w:rsidP="006C208E">
      <w:pPr>
        <w:spacing w:after="0"/>
        <w:jc w:val="center"/>
        <w:rPr>
          <w:rFonts w:ascii="Times New Roman" w:eastAsia="Calibri" w:hAnsi="Times New Roman" w:cs="Times New Roman"/>
          <w:b/>
          <w:bCs/>
          <w:sz w:val="28"/>
          <w:szCs w:val="28"/>
        </w:rPr>
      </w:pPr>
    </w:p>
    <w:p w14:paraId="146B1D7D" w14:textId="77777777" w:rsidR="0020395A" w:rsidRPr="006C208E" w:rsidRDefault="0020395A" w:rsidP="006C208E">
      <w:pPr>
        <w:spacing w:after="0"/>
        <w:jc w:val="center"/>
        <w:rPr>
          <w:rFonts w:ascii="Times New Roman" w:eastAsia="Calibri" w:hAnsi="Times New Roman" w:cs="Times New Roman"/>
          <w:b/>
          <w:bCs/>
          <w:sz w:val="28"/>
          <w:szCs w:val="28"/>
        </w:rPr>
      </w:pPr>
    </w:p>
    <w:p w14:paraId="6C56F064" w14:textId="77777777" w:rsidR="0020395A" w:rsidRPr="006C208E" w:rsidRDefault="0020395A" w:rsidP="006C208E">
      <w:pPr>
        <w:spacing w:after="0"/>
        <w:jc w:val="both"/>
        <w:rPr>
          <w:rFonts w:ascii="Times New Roman" w:eastAsia="Calibri" w:hAnsi="Times New Roman" w:cs="Times New Roman"/>
          <w:b/>
          <w:bCs/>
          <w:sz w:val="28"/>
          <w:szCs w:val="28"/>
        </w:rPr>
      </w:pPr>
    </w:p>
    <w:p w14:paraId="2A027BE8" w14:textId="77777777" w:rsidR="00D063C9" w:rsidRPr="006C208E" w:rsidRDefault="00D063C9" w:rsidP="006C208E">
      <w:pPr>
        <w:spacing w:after="0"/>
        <w:jc w:val="center"/>
        <w:rPr>
          <w:rFonts w:ascii="Times New Roman" w:eastAsia="Calibri" w:hAnsi="Times New Roman" w:cs="Times New Roman"/>
          <w:b/>
          <w:bCs/>
          <w:sz w:val="28"/>
          <w:szCs w:val="28"/>
        </w:rPr>
      </w:pPr>
    </w:p>
    <w:p w14:paraId="0EAEEEB7" w14:textId="6AC2A0C7" w:rsidR="0020395A" w:rsidRPr="007E3555" w:rsidRDefault="0020395A" w:rsidP="006C208E">
      <w:pPr>
        <w:tabs>
          <w:tab w:val="left" w:pos="7260"/>
        </w:tabs>
        <w:spacing w:after="160"/>
        <w:rPr>
          <w:rFonts w:eastAsia="Calibri" w:cs="Times New Roman"/>
          <w:b/>
          <w:sz w:val="28"/>
          <w:szCs w:val="28"/>
        </w:rPr>
      </w:pPr>
      <w:r w:rsidRPr="007E3555">
        <w:rPr>
          <w:rFonts w:ascii="Times New Roman" w:eastAsia="Calibri" w:hAnsi="Times New Roman" w:cs="Times New Roman"/>
          <w:b/>
          <w:bCs/>
          <w:sz w:val="28"/>
          <w:szCs w:val="28"/>
        </w:rPr>
        <w:tab/>
      </w:r>
      <w:r w:rsidR="0049561E" w:rsidRPr="007E3555">
        <w:rPr>
          <w:rFonts w:eastAsia="Calibri" w:cs="Times New Roman"/>
          <w:b/>
          <w:sz w:val="28"/>
          <w:szCs w:val="28"/>
        </w:rPr>
        <w:tab/>
      </w:r>
    </w:p>
    <w:p w14:paraId="6808A0D2" w14:textId="589F3ACF" w:rsidR="0020395A" w:rsidRPr="00BE1C9E" w:rsidRDefault="00645CAA" w:rsidP="006C208E">
      <w:pPr>
        <w:spacing w:after="160"/>
        <w:jc w:val="center"/>
        <w:rPr>
          <w:rFonts w:ascii="Times New Roman" w:eastAsia="Calibri" w:hAnsi="Times New Roman" w:cs="Times New Roman"/>
          <w:b/>
          <w:sz w:val="28"/>
          <w:szCs w:val="28"/>
        </w:rPr>
      </w:pPr>
      <w:r w:rsidRPr="00584699">
        <w:rPr>
          <w:rFonts w:ascii="Times New Roman" w:eastAsia="Calibri" w:hAnsi="Times New Roman" w:cs="Times New Roman"/>
          <w:b/>
          <w:sz w:val="28"/>
          <w:szCs w:val="28"/>
        </w:rPr>
        <w:t>1</w:t>
      </w:r>
      <w:r w:rsidR="005C131D" w:rsidRPr="001F3827">
        <w:rPr>
          <w:rFonts w:ascii="Times New Roman" w:eastAsia="Calibri" w:hAnsi="Times New Roman" w:cs="Times New Roman"/>
          <w:b/>
          <w:sz w:val="28"/>
          <w:szCs w:val="28"/>
        </w:rPr>
        <w:t>9</w:t>
      </w:r>
      <w:r w:rsidR="005C131D" w:rsidRPr="00584699">
        <w:rPr>
          <w:rFonts w:ascii="Times New Roman" w:eastAsia="Calibri" w:hAnsi="Times New Roman" w:cs="Times New Roman"/>
          <w:b/>
          <w:sz w:val="28"/>
          <w:szCs w:val="28"/>
          <w:vertAlign w:val="superscript"/>
        </w:rPr>
        <w:t>th</w:t>
      </w:r>
      <w:r w:rsidR="005C131D" w:rsidRPr="00584699">
        <w:rPr>
          <w:rFonts w:ascii="Times New Roman" w:eastAsia="Calibri" w:hAnsi="Times New Roman" w:cs="Times New Roman"/>
          <w:b/>
          <w:sz w:val="28"/>
          <w:szCs w:val="28"/>
        </w:rPr>
        <w:t xml:space="preserve"> </w:t>
      </w:r>
      <w:r w:rsidRPr="00584699">
        <w:rPr>
          <w:rFonts w:ascii="Times New Roman" w:eastAsia="Calibri" w:hAnsi="Times New Roman" w:cs="Times New Roman"/>
          <w:b/>
          <w:sz w:val="28"/>
          <w:szCs w:val="28"/>
        </w:rPr>
        <w:t>AUGUST</w:t>
      </w:r>
      <w:r w:rsidR="0061260D" w:rsidRPr="00584699">
        <w:rPr>
          <w:rFonts w:ascii="Times New Roman" w:eastAsia="Calibri" w:hAnsi="Times New Roman" w:cs="Times New Roman"/>
          <w:b/>
          <w:sz w:val="28"/>
          <w:szCs w:val="28"/>
        </w:rPr>
        <w:t xml:space="preserve"> 20</w:t>
      </w:r>
      <w:r w:rsidRPr="00584699">
        <w:rPr>
          <w:rFonts w:ascii="Times New Roman" w:eastAsia="Calibri" w:hAnsi="Times New Roman" w:cs="Times New Roman"/>
          <w:b/>
          <w:sz w:val="28"/>
          <w:szCs w:val="28"/>
        </w:rPr>
        <w:t>26</w:t>
      </w:r>
    </w:p>
    <w:p w14:paraId="2E0E76ED" w14:textId="77777777" w:rsidR="0020395A" w:rsidRPr="006C208E" w:rsidRDefault="0020395A" w:rsidP="006C208E">
      <w:pPr>
        <w:spacing w:after="160"/>
        <w:rPr>
          <w:rFonts w:eastAsia="Calibri" w:cs="Times New Roman"/>
          <w:sz w:val="28"/>
          <w:szCs w:val="28"/>
        </w:rPr>
      </w:pPr>
    </w:p>
    <w:p w14:paraId="6E9CA484" w14:textId="77777777" w:rsidR="00D063C9" w:rsidRPr="006C208E" w:rsidRDefault="00D063C9" w:rsidP="006C208E">
      <w:pPr>
        <w:spacing w:after="0"/>
        <w:rPr>
          <w:rFonts w:ascii="Times New Roman" w:eastAsia="Calibri" w:hAnsi="Times New Roman" w:cs="Times New Roman"/>
          <w:sz w:val="24"/>
          <w:szCs w:val="24"/>
        </w:rPr>
      </w:pPr>
    </w:p>
    <w:p w14:paraId="0A604096" w14:textId="77777777" w:rsidR="00D063C9" w:rsidRPr="006C208E" w:rsidRDefault="00D063C9" w:rsidP="006C208E">
      <w:pPr>
        <w:spacing w:after="0"/>
        <w:rPr>
          <w:rFonts w:ascii="Times New Roman" w:eastAsia="Calibri" w:hAnsi="Times New Roman" w:cs="Times New Roman"/>
          <w:sz w:val="24"/>
          <w:szCs w:val="24"/>
        </w:rPr>
      </w:pPr>
    </w:p>
    <w:p w14:paraId="299A6BDF" w14:textId="77777777" w:rsidR="00D063C9" w:rsidRPr="006C208E" w:rsidRDefault="00D063C9" w:rsidP="006C208E">
      <w:pPr>
        <w:spacing w:after="0"/>
        <w:rPr>
          <w:rFonts w:ascii="Times New Roman" w:eastAsia="Calibri" w:hAnsi="Times New Roman" w:cs="Times New Roman"/>
          <w:sz w:val="24"/>
          <w:szCs w:val="24"/>
        </w:rPr>
      </w:pPr>
    </w:p>
    <w:p w14:paraId="24291864" w14:textId="77777777" w:rsidR="00D063C9" w:rsidRPr="006C208E" w:rsidRDefault="00D063C9" w:rsidP="006C208E">
      <w:pPr>
        <w:spacing w:after="0"/>
        <w:rPr>
          <w:rFonts w:ascii="Times New Roman" w:eastAsia="Calibri" w:hAnsi="Times New Roman" w:cs="Times New Roman"/>
          <w:sz w:val="24"/>
          <w:szCs w:val="24"/>
        </w:rPr>
      </w:pPr>
    </w:p>
    <w:p w14:paraId="579967A7" w14:textId="77777777" w:rsidR="00D063C9" w:rsidRPr="006C208E" w:rsidRDefault="00D063C9" w:rsidP="006C208E">
      <w:pPr>
        <w:spacing w:after="0"/>
        <w:rPr>
          <w:rFonts w:ascii="Times New Roman" w:eastAsia="Calibri" w:hAnsi="Times New Roman" w:cs="Times New Roman"/>
          <w:sz w:val="24"/>
          <w:szCs w:val="24"/>
        </w:rPr>
      </w:pPr>
    </w:p>
    <w:p w14:paraId="332A5BC4" w14:textId="77777777" w:rsidR="00D063C9" w:rsidRPr="006C208E" w:rsidRDefault="00D063C9" w:rsidP="006C208E">
      <w:pPr>
        <w:spacing w:after="0"/>
        <w:rPr>
          <w:rFonts w:ascii="Times New Roman" w:eastAsia="Calibri" w:hAnsi="Times New Roman" w:cs="Times New Roman"/>
          <w:sz w:val="24"/>
          <w:szCs w:val="24"/>
        </w:rPr>
      </w:pPr>
    </w:p>
    <w:p w14:paraId="7B0F4FD5" w14:textId="77777777" w:rsidR="00D063C9" w:rsidRPr="006C208E" w:rsidRDefault="00D063C9" w:rsidP="006C208E">
      <w:pPr>
        <w:spacing w:after="0"/>
        <w:rPr>
          <w:rFonts w:ascii="Times New Roman" w:eastAsia="Calibri" w:hAnsi="Times New Roman" w:cs="Times New Roman"/>
          <w:sz w:val="24"/>
          <w:szCs w:val="24"/>
        </w:rPr>
      </w:pPr>
    </w:p>
    <w:p w14:paraId="15769239" w14:textId="77777777" w:rsidR="00D063C9" w:rsidRPr="006C208E" w:rsidRDefault="00D063C9" w:rsidP="006C208E">
      <w:pPr>
        <w:spacing w:after="0"/>
        <w:rPr>
          <w:rFonts w:ascii="Times New Roman" w:eastAsia="Calibri" w:hAnsi="Times New Roman" w:cs="Times New Roman"/>
          <w:sz w:val="24"/>
          <w:szCs w:val="24"/>
        </w:rPr>
      </w:pPr>
    </w:p>
    <w:p w14:paraId="00D4414B" w14:textId="77777777" w:rsidR="00D063C9" w:rsidRPr="006C208E" w:rsidRDefault="00D063C9" w:rsidP="006C208E">
      <w:pPr>
        <w:spacing w:after="0"/>
        <w:rPr>
          <w:rFonts w:ascii="Times New Roman" w:eastAsia="Calibri" w:hAnsi="Times New Roman" w:cs="Times New Roman"/>
          <w:sz w:val="24"/>
          <w:szCs w:val="24"/>
        </w:rPr>
      </w:pPr>
    </w:p>
    <w:p w14:paraId="69D990A4" w14:textId="77777777" w:rsidR="00D063C9" w:rsidRPr="006C208E" w:rsidRDefault="00D063C9" w:rsidP="006C208E">
      <w:pPr>
        <w:spacing w:after="0"/>
        <w:rPr>
          <w:rFonts w:ascii="Times New Roman" w:eastAsia="Calibri" w:hAnsi="Times New Roman" w:cs="Times New Roman"/>
          <w:sz w:val="24"/>
          <w:szCs w:val="24"/>
        </w:rPr>
      </w:pPr>
    </w:p>
    <w:p w14:paraId="5A8EDED6" w14:textId="77777777" w:rsidR="00D063C9" w:rsidRPr="006C208E" w:rsidRDefault="00D063C9" w:rsidP="006C208E">
      <w:pPr>
        <w:spacing w:after="0"/>
        <w:jc w:val="center"/>
        <w:rPr>
          <w:rFonts w:ascii="Times New Roman" w:eastAsia="Calibri" w:hAnsi="Times New Roman" w:cs="Times New Roman"/>
          <w:sz w:val="24"/>
          <w:szCs w:val="24"/>
        </w:rPr>
      </w:pPr>
    </w:p>
    <w:p w14:paraId="36079554" w14:textId="77777777" w:rsidR="00D063C9" w:rsidRPr="006C208E" w:rsidRDefault="00D063C9" w:rsidP="006C208E">
      <w:pPr>
        <w:spacing w:after="0"/>
        <w:rPr>
          <w:rFonts w:ascii="Times New Roman" w:eastAsia="Calibri" w:hAnsi="Times New Roman" w:cs="Times New Roman"/>
          <w:sz w:val="24"/>
          <w:szCs w:val="24"/>
        </w:rPr>
      </w:pPr>
    </w:p>
    <w:p w14:paraId="1EAC0C2B" w14:textId="77777777" w:rsidR="00BD1DE1" w:rsidRPr="006C208E" w:rsidRDefault="00BD1DE1" w:rsidP="006C208E">
      <w:pPr>
        <w:spacing w:after="0"/>
        <w:rPr>
          <w:rFonts w:ascii="Times New Roman" w:eastAsia="Calibri" w:hAnsi="Times New Roman" w:cs="Times New Roman"/>
          <w:sz w:val="24"/>
          <w:szCs w:val="24"/>
        </w:rPr>
      </w:pPr>
    </w:p>
    <w:p w14:paraId="55F5F371" w14:textId="77777777" w:rsidR="00BD1DE1" w:rsidRPr="006C208E" w:rsidRDefault="00BD1DE1" w:rsidP="006C208E">
      <w:pPr>
        <w:spacing w:after="0"/>
        <w:rPr>
          <w:rFonts w:ascii="Times New Roman" w:eastAsia="Calibri" w:hAnsi="Times New Roman" w:cs="Times New Roman"/>
          <w:sz w:val="24"/>
          <w:szCs w:val="24"/>
        </w:rPr>
      </w:pPr>
    </w:p>
    <w:p w14:paraId="444F802B" w14:textId="77777777" w:rsidR="00BD1DE1" w:rsidRPr="006C208E" w:rsidRDefault="00BD1DE1" w:rsidP="006C208E">
      <w:pPr>
        <w:spacing w:after="0"/>
        <w:rPr>
          <w:rFonts w:ascii="Times New Roman" w:eastAsia="Calibri" w:hAnsi="Times New Roman" w:cs="Times New Roman"/>
          <w:sz w:val="24"/>
          <w:szCs w:val="24"/>
        </w:rPr>
      </w:pPr>
    </w:p>
    <w:p w14:paraId="204B5545" w14:textId="77777777" w:rsidR="00BD1DE1" w:rsidRPr="006C208E" w:rsidRDefault="00BD1DE1" w:rsidP="006C208E">
      <w:pPr>
        <w:spacing w:after="0"/>
        <w:rPr>
          <w:rFonts w:ascii="Times New Roman" w:eastAsia="Calibri" w:hAnsi="Times New Roman" w:cs="Times New Roman"/>
          <w:sz w:val="24"/>
          <w:szCs w:val="24"/>
        </w:rPr>
      </w:pPr>
    </w:p>
    <w:p w14:paraId="4216C2D7" w14:textId="77777777" w:rsidR="00BD1DE1" w:rsidRPr="006C208E" w:rsidRDefault="00BD1DE1" w:rsidP="006C208E">
      <w:pPr>
        <w:spacing w:after="0"/>
        <w:rPr>
          <w:rFonts w:ascii="Times New Roman" w:eastAsia="Calibri" w:hAnsi="Times New Roman" w:cs="Times New Roman"/>
          <w:sz w:val="24"/>
          <w:szCs w:val="24"/>
        </w:rPr>
      </w:pPr>
    </w:p>
    <w:p w14:paraId="1A7F10F8" w14:textId="77777777" w:rsidR="00BD1DE1" w:rsidRPr="006C208E" w:rsidRDefault="00BD1DE1" w:rsidP="006C208E">
      <w:pPr>
        <w:spacing w:after="0"/>
        <w:rPr>
          <w:rFonts w:ascii="Times New Roman" w:eastAsia="Calibri" w:hAnsi="Times New Roman" w:cs="Times New Roman"/>
          <w:sz w:val="24"/>
          <w:szCs w:val="24"/>
        </w:rPr>
      </w:pPr>
    </w:p>
    <w:p w14:paraId="5BF88C55" w14:textId="77777777" w:rsidR="00D063C9" w:rsidRPr="006C208E" w:rsidRDefault="006D1C37" w:rsidP="006C208E">
      <w:pPr>
        <w:spacing w:after="0"/>
        <w:rPr>
          <w:rFonts w:ascii="Times New Roman" w:eastAsia="Calibri" w:hAnsi="Times New Roman" w:cs="Times New Roman"/>
          <w:sz w:val="24"/>
          <w:szCs w:val="24"/>
        </w:rPr>
      </w:pPr>
      <w:r w:rsidRPr="006C208E">
        <w:rPr>
          <w:noProof/>
        </w:rPr>
        <w:drawing>
          <wp:anchor distT="0" distB="0" distL="114300" distR="114300" simplePos="0" relativeHeight="251658242" behindDoc="0" locked="0" layoutInCell="1" allowOverlap="1" wp14:anchorId="0152B765" wp14:editId="5D5249AC">
            <wp:simplePos x="0" y="0"/>
            <wp:positionH relativeFrom="margin">
              <wp:align>center</wp:align>
            </wp:positionH>
            <wp:positionV relativeFrom="paragraph">
              <wp:posOffset>64135</wp:posOffset>
            </wp:positionV>
            <wp:extent cx="1049655" cy="516255"/>
            <wp:effectExtent l="0" t="0" r="0" b="0"/>
            <wp:wrapNone/>
            <wp:docPr id="5" name="Picture 2" descr="cid:image002.png@01D138CF.63957520"/>
            <wp:cNvGraphicFramePr/>
            <a:graphic xmlns:a="http://schemas.openxmlformats.org/drawingml/2006/main">
              <a:graphicData uri="http://schemas.openxmlformats.org/drawingml/2006/picture">
                <pic:pic xmlns:pic="http://schemas.openxmlformats.org/drawingml/2006/picture">
                  <pic:nvPicPr>
                    <pic:cNvPr id="10" name="Picture 2" descr="cid:image002.png@01D138CF.63957520"/>
                    <pic:cNvPicPr/>
                  </pic:nvPicPr>
                  <pic:blipFill>
                    <a:blip r:embed="rId11">
                      <a:extLst>
                        <a:ext uri="{28A0092B-C50C-407E-A947-70E740481C1C}">
                          <a14:useLocalDpi xmlns:a14="http://schemas.microsoft.com/office/drawing/2010/main" val="0"/>
                        </a:ext>
                      </a:extLst>
                    </a:blip>
                    <a:srcRect/>
                    <a:stretch>
                      <a:fillRect/>
                    </a:stretch>
                  </pic:blipFill>
                  <pic:spPr>
                    <a:xfrm>
                      <a:off x="0" y="0"/>
                      <a:ext cx="1049655" cy="516255"/>
                    </a:xfrm>
                    <a:prstGeom prst="rect">
                      <a:avLst/>
                    </a:prstGeom>
                    <a:noFill/>
                    <a:ln>
                      <a:noFill/>
                    </a:ln>
                  </pic:spPr>
                </pic:pic>
              </a:graphicData>
            </a:graphic>
          </wp:anchor>
        </w:drawing>
      </w:r>
    </w:p>
    <w:p w14:paraId="7B493F46" w14:textId="77777777" w:rsidR="0020395A" w:rsidRPr="006C208E" w:rsidRDefault="0020395A" w:rsidP="006C208E">
      <w:pPr>
        <w:spacing w:after="0"/>
        <w:rPr>
          <w:rFonts w:ascii="Times New Roman" w:eastAsia="Calibri" w:hAnsi="Times New Roman" w:cs="Times New Roman"/>
          <w:sz w:val="24"/>
          <w:szCs w:val="24"/>
        </w:rPr>
      </w:pPr>
    </w:p>
    <w:p w14:paraId="440D5AB6" w14:textId="032EDAD2" w:rsidR="0020395A" w:rsidRPr="006C208E" w:rsidRDefault="0020395A" w:rsidP="006C208E">
      <w:pPr>
        <w:spacing w:after="0"/>
        <w:rPr>
          <w:rFonts w:ascii="Times New Roman" w:eastAsia="Calibri" w:hAnsi="Times New Roman" w:cs="Times New Roman"/>
          <w:sz w:val="24"/>
          <w:szCs w:val="24"/>
        </w:rPr>
      </w:pPr>
    </w:p>
    <w:p w14:paraId="4F5DE2BD" w14:textId="77777777" w:rsidR="0020395A" w:rsidRPr="006C208E" w:rsidRDefault="0020395A" w:rsidP="006C208E">
      <w:pPr>
        <w:spacing w:after="0"/>
        <w:rPr>
          <w:rFonts w:ascii="Times New Roman" w:eastAsia="Calibri" w:hAnsi="Times New Roman" w:cs="Times New Roman"/>
          <w:sz w:val="24"/>
          <w:szCs w:val="24"/>
        </w:rPr>
      </w:pPr>
    </w:p>
    <w:p w14:paraId="7FD93089" w14:textId="77777777" w:rsidR="00F51ECF" w:rsidRPr="006C208E" w:rsidRDefault="0020395A" w:rsidP="006C208E">
      <w:pPr>
        <w:spacing w:after="0"/>
        <w:jc w:val="center"/>
        <w:rPr>
          <w:rFonts w:ascii="Times New Roman" w:eastAsia="Calibri" w:hAnsi="Times New Roman" w:cs="Times New Roman"/>
          <w:b/>
          <w:bCs/>
          <w:sz w:val="28"/>
          <w:szCs w:val="28"/>
        </w:rPr>
      </w:pPr>
      <w:r w:rsidRPr="006C208E">
        <w:rPr>
          <w:rFonts w:ascii="Times New Roman" w:eastAsia="Calibri" w:hAnsi="Times New Roman" w:cs="Times New Roman"/>
          <w:b/>
          <w:bCs/>
          <w:sz w:val="28"/>
          <w:szCs w:val="28"/>
        </w:rPr>
        <w:t xml:space="preserve">Infrastructure Development Company Limited (IDCOL), Bangladesh </w:t>
      </w:r>
    </w:p>
    <w:p w14:paraId="5FD058B5" w14:textId="1672D2A9" w:rsidR="0020395A" w:rsidRPr="006C208E" w:rsidRDefault="0020395A" w:rsidP="006C208E">
      <w:pPr>
        <w:spacing w:after="0"/>
        <w:jc w:val="center"/>
        <w:rPr>
          <w:rFonts w:ascii="Times New Roman" w:eastAsia="Calibri" w:hAnsi="Times New Roman" w:cs="Times New Roman"/>
          <w:b/>
          <w:bCs/>
          <w:color w:val="1F4E79"/>
        </w:rPr>
      </w:pPr>
      <w:r w:rsidRPr="006C208E">
        <w:rPr>
          <w:rFonts w:ascii="Times New Roman" w:eastAsia="Calibri" w:hAnsi="Times New Roman" w:cs="Times New Roman"/>
          <w:b/>
          <w:bCs/>
          <w:sz w:val="28"/>
          <w:szCs w:val="28"/>
        </w:rPr>
        <w:t xml:space="preserve">has been engaged by the Ministry of Energy as Fund Manager for the Ngwee </w:t>
      </w:r>
      <w:proofErr w:type="spellStart"/>
      <w:r w:rsidRPr="006C208E">
        <w:rPr>
          <w:rFonts w:ascii="Times New Roman" w:eastAsia="Calibri" w:hAnsi="Times New Roman" w:cs="Times New Roman"/>
          <w:b/>
          <w:bCs/>
          <w:sz w:val="28"/>
          <w:szCs w:val="28"/>
        </w:rPr>
        <w:t>Ngwee</w:t>
      </w:r>
      <w:proofErr w:type="spellEnd"/>
      <w:r w:rsidRPr="006C208E">
        <w:rPr>
          <w:rFonts w:ascii="Times New Roman" w:eastAsia="Calibri" w:hAnsi="Times New Roman" w:cs="Times New Roman"/>
          <w:b/>
          <w:bCs/>
          <w:sz w:val="28"/>
          <w:szCs w:val="28"/>
        </w:rPr>
        <w:t xml:space="preserve"> </w:t>
      </w:r>
      <w:proofErr w:type="spellStart"/>
      <w:r w:rsidRPr="006C208E">
        <w:rPr>
          <w:rFonts w:ascii="Times New Roman" w:eastAsia="Calibri" w:hAnsi="Times New Roman" w:cs="Times New Roman"/>
          <w:b/>
          <w:bCs/>
          <w:sz w:val="28"/>
          <w:szCs w:val="28"/>
        </w:rPr>
        <w:t>Ngwee</w:t>
      </w:r>
      <w:proofErr w:type="spellEnd"/>
      <w:r w:rsidRPr="006C208E">
        <w:rPr>
          <w:rFonts w:ascii="Times New Roman" w:eastAsia="Calibri" w:hAnsi="Times New Roman" w:cs="Times New Roman"/>
          <w:b/>
          <w:bCs/>
          <w:sz w:val="28"/>
          <w:szCs w:val="28"/>
        </w:rPr>
        <w:t xml:space="preserve"> Fund</w:t>
      </w:r>
      <w:r w:rsidRPr="006C208E">
        <w:rPr>
          <w:rFonts w:ascii="Agency FB" w:eastAsia="Calibri" w:hAnsi="Agency FB" w:cs="Times New Roman"/>
          <w:b/>
          <w:sz w:val="24"/>
          <w:szCs w:val="20"/>
        </w:rPr>
        <w:t xml:space="preserve"> </w:t>
      </w:r>
      <w:r w:rsidRPr="006C208E">
        <w:rPr>
          <w:rFonts w:ascii="Times New Roman" w:eastAsia="Calibri" w:hAnsi="Times New Roman" w:cs="Times New Roman"/>
          <w:b/>
          <w:bCs/>
          <w:color w:val="1F4E79"/>
        </w:rPr>
        <w:br w:type="page"/>
      </w:r>
    </w:p>
    <w:sdt>
      <w:sdtPr>
        <w:rPr>
          <w:rFonts w:ascii="Times New Roman" w:eastAsia="Times New Roman" w:hAnsi="Times New Roman" w:cs="Times New Roman"/>
          <w:sz w:val="28"/>
          <w:szCs w:val="20"/>
        </w:rPr>
        <w:id w:val="-211809509"/>
        <w:docPartObj>
          <w:docPartGallery w:val="Table of Contents"/>
          <w:docPartUnique/>
        </w:docPartObj>
      </w:sdtPr>
      <w:sdtEndPr>
        <w:rPr>
          <w:rFonts w:ascii="Calibri" w:eastAsia="Calibri" w:hAnsi="Calibri"/>
          <w:b/>
          <w:bCs/>
          <w:noProof/>
          <w:sz w:val="22"/>
          <w:szCs w:val="22"/>
        </w:rPr>
      </w:sdtEndPr>
      <w:sdtContent>
        <w:p w14:paraId="56E7EEBF" w14:textId="77777777" w:rsidR="0020395A" w:rsidRPr="006C208E" w:rsidRDefault="0020395A" w:rsidP="006C208E">
          <w:pPr>
            <w:keepNext/>
            <w:keepLines/>
            <w:spacing w:before="240" w:after="0"/>
            <w:rPr>
              <w:rFonts w:ascii="Times New Roman" w:eastAsia="Times New Roman" w:hAnsi="Times New Roman" w:cs="Times New Roman"/>
              <w:color w:val="2F5496"/>
              <w:sz w:val="32"/>
              <w:szCs w:val="32"/>
            </w:rPr>
          </w:pPr>
          <w:r w:rsidRPr="006C208E">
            <w:rPr>
              <w:rFonts w:ascii="Times New Roman" w:eastAsia="Times New Roman" w:hAnsi="Times New Roman" w:cs="Times New Roman"/>
              <w:b/>
              <w:bCs/>
              <w:color w:val="2F5496"/>
              <w:sz w:val="32"/>
              <w:szCs w:val="32"/>
            </w:rPr>
            <w:t>Table of Contents</w:t>
          </w:r>
        </w:p>
        <w:p w14:paraId="1ABEEACF" w14:textId="77777777" w:rsidR="0020395A" w:rsidRPr="006C208E" w:rsidRDefault="0020395A" w:rsidP="006C208E">
          <w:pPr>
            <w:tabs>
              <w:tab w:val="right" w:leader="dot" w:pos="9016"/>
            </w:tabs>
            <w:spacing w:after="100"/>
            <w:rPr>
              <w:rFonts w:ascii="Times New Roman" w:eastAsia="Times New Roman" w:hAnsi="Times New Roman" w:cs="Times New Roman"/>
              <w:sz w:val="24"/>
              <w:szCs w:val="24"/>
            </w:rPr>
          </w:pPr>
        </w:p>
        <w:p w14:paraId="107DBF7B" w14:textId="38752000" w:rsidR="007014CD" w:rsidRDefault="0020395A">
          <w:pPr>
            <w:pStyle w:val="TOC1"/>
            <w:tabs>
              <w:tab w:val="right" w:leader="dot" w:pos="9019"/>
            </w:tabs>
            <w:rPr>
              <w:rFonts w:asciiTheme="minorHAnsi" w:hAnsiTheme="minorHAnsi"/>
              <w:noProof/>
              <w:kern w:val="2"/>
              <w:sz w:val="24"/>
              <w:szCs w:val="24"/>
              <w14:ligatures w14:val="standardContextual"/>
            </w:rPr>
          </w:pPr>
          <w:r w:rsidRPr="006C208E">
            <w:rPr>
              <w:rFonts w:ascii="Times New Roman" w:eastAsia="Times New Roman" w:hAnsi="Times New Roman" w:cs="Times New Roman"/>
              <w:sz w:val="24"/>
              <w:szCs w:val="24"/>
            </w:rPr>
            <w:fldChar w:fldCharType="begin"/>
          </w:r>
          <w:r w:rsidRPr="006C208E">
            <w:rPr>
              <w:rFonts w:ascii="Times New Roman" w:eastAsia="Times New Roman" w:hAnsi="Times New Roman" w:cs="Times New Roman"/>
              <w:sz w:val="24"/>
              <w:szCs w:val="24"/>
            </w:rPr>
            <w:instrText xml:space="preserve"> TOC \o "1-3" \h \z \u </w:instrText>
          </w:r>
          <w:r w:rsidRPr="006C208E">
            <w:rPr>
              <w:rFonts w:ascii="Times New Roman" w:eastAsia="Times New Roman" w:hAnsi="Times New Roman" w:cs="Times New Roman"/>
              <w:sz w:val="24"/>
              <w:szCs w:val="24"/>
            </w:rPr>
            <w:fldChar w:fldCharType="separate"/>
          </w:r>
          <w:hyperlink w:anchor="_Toc237975163" w:history="1">
            <w:r w:rsidR="007014CD" w:rsidRPr="00AD2148">
              <w:rPr>
                <w:rStyle w:val="Hyperlink"/>
                <w:rFonts w:ascii="Times New Roman" w:hAnsi="Times New Roman" w:cs="Times New Roman"/>
                <w:noProof/>
              </w:rPr>
              <w:t>SECTION 1: REQUEST FOR BUSINESS PLAN</w:t>
            </w:r>
            <w:r w:rsidR="007014CD">
              <w:rPr>
                <w:noProof/>
                <w:webHidden/>
              </w:rPr>
              <w:tab/>
            </w:r>
            <w:r w:rsidR="007014CD">
              <w:rPr>
                <w:noProof/>
                <w:webHidden/>
              </w:rPr>
              <w:fldChar w:fldCharType="begin"/>
            </w:r>
            <w:r w:rsidR="007014CD">
              <w:rPr>
                <w:noProof/>
                <w:webHidden/>
              </w:rPr>
              <w:instrText xml:space="preserve"> PAGEREF _Toc237975163 \h </w:instrText>
            </w:r>
            <w:r w:rsidR="007014CD">
              <w:rPr>
                <w:noProof/>
                <w:webHidden/>
              </w:rPr>
            </w:r>
            <w:r w:rsidR="007014CD">
              <w:rPr>
                <w:noProof/>
                <w:webHidden/>
              </w:rPr>
              <w:fldChar w:fldCharType="separate"/>
            </w:r>
            <w:r w:rsidR="007014CD">
              <w:rPr>
                <w:noProof/>
                <w:webHidden/>
              </w:rPr>
              <w:t>4</w:t>
            </w:r>
            <w:r w:rsidR="007014CD">
              <w:rPr>
                <w:noProof/>
                <w:webHidden/>
              </w:rPr>
              <w:fldChar w:fldCharType="end"/>
            </w:r>
          </w:hyperlink>
        </w:p>
        <w:p w14:paraId="43277ABF" w14:textId="02FD4648" w:rsidR="007014CD" w:rsidRDefault="007014CD">
          <w:pPr>
            <w:pStyle w:val="TOC1"/>
            <w:tabs>
              <w:tab w:val="right" w:leader="dot" w:pos="9019"/>
            </w:tabs>
            <w:rPr>
              <w:rFonts w:asciiTheme="minorHAnsi" w:hAnsiTheme="minorHAnsi"/>
              <w:noProof/>
              <w:kern w:val="2"/>
              <w:sz w:val="24"/>
              <w:szCs w:val="24"/>
              <w14:ligatures w14:val="standardContextual"/>
            </w:rPr>
          </w:pPr>
          <w:hyperlink w:anchor="_Toc237975164" w:history="1">
            <w:r w:rsidRPr="00AD2148">
              <w:rPr>
                <w:rStyle w:val="Hyperlink"/>
                <w:rFonts w:ascii="Times New Roman" w:hAnsi="Times New Roman" w:cs="Times New Roman"/>
                <w:noProof/>
              </w:rPr>
              <w:t>SECTION 2: INFORMATION TO APPLICANTS</w:t>
            </w:r>
            <w:r>
              <w:rPr>
                <w:noProof/>
                <w:webHidden/>
              </w:rPr>
              <w:tab/>
            </w:r>
            <w:r>
              <w:rPr>
                <w:noProof/>
                <w:webHidden/>
              </w:rPr>
              <w:fldChar w:fldCharType="begin"/>
            </w:r>
            <w:r>
              <w:rPr>
                <w:noProof/>
                <w:webHidden/>
              </w:rPr>
              <w:instrText xml:space="preserve"> PAGEREF _Toc237975164 \h </w:instrText>
            </w:r>
            <w:r>
              <w:rPr>
                <w:noProof/>
                <w:webHidden/>
              </w:rPr>
            </w:r>
            <w:r>
              <w:rPr>
                <w:noProof/>
                <w:webHidden/>
              </w:rPr>
              <w:fldChar w:fldCharType="separate"/>
            </w:r>
            <w:r>
              <w:rPr>
                <w:noProof/>
                <w:webHidden/>
              </w:rPr>
              <w:t>6</w:t>
            </w:r>
            <w:r>
              <w:rPr>
                <w:noProof/>
                <w:webHidden/>
              </w:rPr>
              <w:fldChar w:fldCharType="end"/>
            </w:r>
          </w:hyperlink>
        </w:p>
        <w:p w14:paraId="5C9CB98B" w14:textId="0007776B" w:rsidR="007014CD" w:rsidRDefault="007014CD">
          <w:pPr>
            <w:pStyle w:val="TOC1"/>
            <w:tabs>
              <w:tab w:val="right" w:leader="dot" w:pos="9019"/>
            </w:tabs>
            <w:rPr>
              <w:rFonts w:asciiTheme="minorHAnsi" w:hAnsiTheme="minorHAnsi"/>
              <w:noProof/>
              <w:kern w:val="2"/>
              <w:sz w:val="24"/>
              <w:szCs w:val="24"/>
              <w14:ligatures w14:val="standardContextual"/>
            </w:rPr>
          </w:pPr>
          <w:hyperlink w:anchor="_Toc237975165" w:history="1">
            <w:r w:rsidRPr="00AD2148">
              <w:rPr>
                <w:rStyle w:val="Hyperlink"/>
                <w:rFonts w:ascii="Times New Roman" w:hAnsi="Times New Roman" w:cs="Times New Roman"/>
                <w:noProof/>
              </w:rPr>
              <w:t>SECTION 3: DATA SHEET</w:t>
            </w:r>
            <w:r>
              <w:rPr>
                <w:noProof/>
                <w:webHidden/>
              </w:rPr>
              <w:tab/>
            </w:r>
            <w:r>
              <w:rPr>
                <w:noProof/>
                <w:webHidden/>
              </w:rPr>
              <w:fldChar w:fldCharType="begin"/>
            </w:r>
            <w:r>
              <w:rPr>
                <w:noProof/>
                <w:webHidden/>
              </w:rPr>
              <w:instrText xml:space="preserve"> PAGEREF _Toc237975165 \h </w:instrText>
            </w:r>
            <w:r>
              <w:rPr>
                <w:noProof/>
                <w:webHidden/>
              </w:rPr>
            </w:r>
            <w:r>
              <w:rPr>
                <w:noProof/>
                <w:webHidden/>
              </w:rPr>
              <w:fldChar w:fldCharType="separate"/>
            </w:r>
            <w:r>
              <w:rPr>
                <w:noProof/>
                <w:webHidden/>
              </w:rPr>
              <w:t>19</w:t>
            </w:r>
            <w:r>
              <w:rPr>
                <w:noProof/>
                <w:webHidden/>
              </w:rPr>
              <w:fldChar w:fldCharType="end"/>
            </w:r>
          </w:hyperlink>
        </w:p>
        <w:p w14:paraId="0386E044" w14:textId="09358E00" w:rsidR="007014CD" w:rsidRDefault="007014CD">
          <w:pPr>
            <w:pStyle w:val="TOC1"/>
            <w:tabs>
              <w:tab w:val="right" w:leader="dot" w:pos="9019"/>
            </w:tabs>
            <w:rPr>
              <w:rFonts w:asciiTheme="minorHAnsi" w:hAnsiTheme="minorHAnsi"/>
              <w:noProof/>
              <w:kern w:val="2"/>
              <w:sz w:val="24"/>
              <w:szCs w:val="24"/>
              <w14:ligatures w14:val="standardContextual"/>
            </w:rPr>
          </w:pPr>
          <w:hyperlink w:anchor="_Toc237975166" w:history="1">
            <w:r w:rsidRPr="00AD2148">
              <w:rPr>
                <w:rStyle w:val="Hyperlink"/>
                <w:rFonts w:ascii="Times New Roman" w:hAnsi="Times New Roman" w:cs="Times New Roman"/>
                <w:noProof/>
              </w:rPr>
              <w:t>SECTION 4: APPLICATION FORM</w:t>
            </w:r>
            <w:r>
              <w:rPr>
                <w:noProof/>
                <w:webHidden/>
              </w:rPr>
              <w:tab/>
            </w:r>
            <w:r>
              <w:rPr>
                <w:noProof/>
                <w:webHidden/>
              </w:rPr>
              <w:fldChar w:fldCharType="begin"/>
            </w:r>
            <w:r>
              <w:rPr>
                <w:noProof/>
                <w:webHidden/>
              </w:rPr>
              <w:instrText xml:space="preserve"> PAGEREF _Toc237975166 \h </w:instrText>
            </w:r>
            <w:r>
              <w:rPr>
                <w:noProof/>
                <w:webHidden/>
              </w:rPr>
            </w:r>
            <w:r>
              <w:rPr>
                <w:noProof/>
                <w:webHidden/>
              </w:rPr>
              <w:fldChar w:fldCharType="separate"/>
            </w:r>
            <w:r>
              <w:rPr>
                <w:noProof/>
                <w:webHidden/>
              </w:rPr>
              <w:t>21</w:t>
            </w:r>
            <w:r>
              <w:rPr>
                <w:noProof/>
                <w:webHidden/>
              </w:rPr>
              <w:fldChar w:fldCharType="end"/>
            </w:r>
          </w:hyperlink>
        </w:p>
        <w:p w14:paraId="68565137" w14:textId="0AEB1F92" w:rsidR="007014CD" w:rsidRDefault="007014CD">
          <w:pPr>
            <w:pStyle w:val="TOC1"/>
            <w:tabs>
              <w:tab w:val="right" w:leader="dot" w:pos="9019"/>
            </w:tabs>
            <w:rPr>
              <w:rFonts w:asciiTheme="minorHAnsi" w:hAnsiTheme="minorHAnsi"/>
              <w:noProof/>
              <w:kern w:val="2"/>
              <w:sz w:val="24"/>
              <w:szCs w:val="24"/>
              <w14:ligatures w14:val="standardContextual"/>
            </w:rPr>
          </w:pPr>
          <w:hyperlink w:anchor="_Toc237975167" w:history="1">
            <w:r w:rsidRPr="00AD2148">
              <w:rPr>
                <w:rStyle w:val="Hyperlink"/>
                <w:rFonts w:ascii="Times New Roman" w:hAnsi="Times New Roman" w:cs="Times New Roman"/>
                <w:noProof/>
              </w:rPr>
              <w:t>SECTION 5: OUTLINE OF BUSINESS PLAN</w:t>
            </w:r>
            <w:r>
              <w:rPr>
                <w:noProof/>
                <w:webHidden/>
              </w:rPr>
              <w:tab/>
            </w:r>
            <w:r>
              <w:rPr>
                <w:noProof/>
                <w:webHidden/>
              </w:rPr>
              <w:fldChar w:fldCharType="begin"/>
            </w:r>
            <w:r>
              <w:rPr>
                <w:noProof/>
                <w:webHidden/>
              </w:rPr>
              <w:instrText xml:space="preserve"> PAGEREF _Toc237975167 \h </w:instrText>
            </w:r>
            <w:r>
              <w:rPr>
                <w:noProof/>
                <w:webHidden/>
              </w:rPr>
            </w:r>
            <w:r>
              <w:rPr>
                <w:noProof/>
                <w:webHidden/>
              </w:rPr>
              <w:fldChar w:fldCharType="separate"/>
            </w:r>
            <w:r>
              <w:rPr>
                <w:noProof/>
                <w:webHidden/>
              </w:rPr>
              <w:t>25</w:t>
            </w:r>
            <w:r>
              <w:rPr>
                <w:noProof/>
                <w:webHidden/>
              </w:rPr>
              <w:fldChar w:fldCharType="end"/>
            </w:r>
          </w:hyperlink>
        </w:p>
        <w:p w14:paraId="527693E1" w14:textId="617D1C41" w:rsidR="007014CD" w:rsidRDefault="007014CD">
          <w:pPr>
            <w:pStyle w:val="TOC1"/>
            <w:tabs>
              <w:tab w:val="right" w:leader="dot" w:pos="9019"/>
            </w:tabs>
            <w:rPr>
              <w:rFonts w:asciiTheme="minorHAnsi" w:hAnsiTheme="minorHAnsi"/>
              <w:noProof/>
              <w:kern w:val="2"/>
              <w:sz w:val="24"/>
              <w:szCs w:val="24"/>
              <w14:ligatures w14:val="standardContextual"/>
            </w:rPr>
          </w:pPr>
          <w:hyperlink w:anchor="_Toc237975168" w:history="1">
            <w:r w:rsidRPr="00AD2148">
              <w:rPr>
                <w:rStyle w:val="Hyperlink"/>
                <w:rFonts w:ascii="Times New Roman" w:hAnsi="Times New Roman" w:cs="Times New Roman"/>
                <w:noProof/>
              </w:rPr>
              <w:t>SECTION 6: ANNEX TO THE BUSINESS PLAN</w:t>
            </w:r>
            <w:r>
              <w:rPr>
                <w:noProof/>
                <w:webHidden/>
              </w:rPr>
              <w:tab/>
            </w:r>
            <w:r>
              <w:rPr>
                <w:noProof/>
                <w:webHidden/>
              </w:rPr>
              <w:fldChar w:fldCharType="begin"/>
            </w:r>
            <w:r>
              <w:rPr>
                <w:noProof/>
                <w:webHidden/>
              </w:rPr>
              <w:instrText xml:space="preserve"> PAGEREF _Toc237975168 \h </w:instrText>
            </w:r>
            <w:r>
              <w:rPr>
                <w:noProof/>
                <w:webHidden/>
              </w:rPr>
            </w:r>
            <w:r>
              <w:rPr>
                <w:noProof/>
                <w:webHidden/>
              </w:rPr>
              <w:fldChar w:fldCharType="separate"/>
            </w:r>
            <w:r>
              <w:rPr>
                <w:noProof/>
                <w:webHidden/>
              </w:rPr>
              <w:t>28</w:t>
            </w:r>
            <w:r>
              <w:rPr>
                <w:noProof/>
                <w:webHidden/>
              </w:rPr>
              <w:fldChar w:fldCharType="end"/>
            </w:r>
          </w:hyperlink>
        </w:p>
        <w:p w14:paraId="105922F8" w14:textId="2A1403F8" w:rsidR="0020395A" w:rsidRPr="006C208E" w:rsidRDefault="0020395A" w:rsidP="006C208E">
          <w:pPr>
            <w:spacing w:after="160"/>
            <w:rPr>
              <w:rFonts w:eastAsia="Calibri" w:cs="Times New Roman"/>
            </w:rPr>
          </w:pPr>
          <w:r w:rsidRPr="006C208E">
            <w:rPr>
              <w:rFonts w:ascii="Times New Roman" w:eastAsia="Calibri" w:hAnsi="Times New Roman" w:cs="Times New Roman"/>
              <w:b/>
              <w:bCs/>
              <w:noProof/>
              <w:sz w:val="24"/>
              <w:szCs w:val="24"/>
            </w:rPr>
            <w:fldChar w:fldCharType="end"/>
          </w:r>
        </w:p>
      </w:sdtContent>
    </w:sdt>
    <w:p w14:paraId="5D1DDE5D" w14:textId="77777777" w:rsidR="0020395A" w:rsidRPr="006C208E" w:rsidRDefault="0020395A" w:rsidP="006C208E">
      <w:pPr>
        <w:pStyle w:val="Heading1"/>
        <w:rPr>
          <w:rFonts w:ascii="Times New Roman" w:hAnsi="Times New Roman" w:cs="Times New Roman"/>
        </w:rPr>
      </w:pPr>
    </w:p>
    <w:p w14:paraId="414F56C1" w14:textId="77777777" w:rsidR="007D70E9" w:rsidRPr="006C208E" w:rsidRDefault="007D70E9" w:rsidP="006C208E"/>
    <w:p w14:paraId="32C5DDE6" w14:textId="2579AC8E" w:rsidR="007D70E9" w:rsidRPr="006C208E" w:rsidRDefault="007D70E9" w:rsidP="006C208E"/>
    <w:p w14:paraId="51525A5A" w14:textId="77777777" w:rsidR="007D70E9" w:rsidRPr="006C208E" w:rsidRDefault="007D70E9" w:rsidP="006C208E"/>
    <w:p w14:paraId="298E3610" w14:textId="77777777" w:rsidR="007D70E9" w:rsidRPr="006C208E" w:rsidRDefault="007D70E9" w:rsidP="006C208E"/>
    <w:p w14:paraId="18E4001F" w14:textId="77777777" w:rsidR="007D70E9" w:rsidRPr="006C208E" w:rsidRDefault="007D70E9" w:rsidP="006C208E"/>
    <w:p w14:paraId="65BA779A" w14:textId="77777777" w:rsidR="007D70E9" w:rsidRPr="006C208E" w:rsidRDefault="007D70E9" w:rsidP="006C208E"/>
    <w:p w14:paraId="2171589F" w14:textId="77777777" w:rsidR="007D70E9" w:rsidRPr="006C208E" w:rsidRDefault="007D70E9" w:rsidP="006C208E"/>
    <w:p w14:paraId="7D5AC1CF" w14:textId="77777777" w:rsidR="007D70E9" w:rsidRPr="006C208E" w:rsidRDefault="007D70E9" w:rsidP="006C208E"/>
    <w:p w14:paraId="6DD323F5" w14:textId="77777777" w:rsidR="007D70E9" w:rsidRPr="006C208E" w:rsidRDefault="007D70E9" w:rsidP="006C208E"/>
    <w:p w14:paraId="12E67BDE" w14:textId="77777777" w:rsidR="007D70E9" w:rsidRPr="006C208E" w:rsidRDefault="007D70E9" w:rsidP="006C208E"/>
    <w:p w14:paraId="13C757E0" w14:textId="77777777" w:rsidR="007D70E9" w:rsidRPr="006C208E" w:rsidRDefault="007D70E9" w:rsidP="006C208E"/>
    <w:p w14:paraId="76CF48F9" w14:textId="77777777" w:rsidR="007D70E9" w:rsidRPr="006C208E" w:rsidRDefault="007D70E9" w:rsidP="006C208E"/>
    <w:p w14:paraId="7D0F5EE5" w14:textId="77777777" w:rsidR="007D70E9" w:rsidRPr="006C208E" w:rsidRDefault="007D70E9" w:rsidP="006C208E"/>
    <w:p w14:paraId="2B566033" w14:textId="77777777" w:rsidR="007D70E9" w:rsidRPr="006C208E" w:rsidRDefault="007D70E9" w:rsidP="006C208E"/>
    <w:p w14:paraId="6365E232" w14:textId="77777777" w:rsidR="007D70E9" w:rsidRPr="006C208E" w:rsidRDefault="007D70E9" w:rsidP="006C208E"/>
    <w:p w14:paraId="10324A41" w14:textId="77777777" w:rsidR="00D15F6F" w:rsidRPr="006C208E" w:rsidRDefault="00D15F6F" w:rsidP="006C208E"/>
    <w:p w14:paraId="68ED50CA" w14:textId="77777777" w:rsidR="00D15F6F" w:rsidRPr="006C208E" w:rsidRDefault="00D15F6F" w:rsidP="006C208E"/>
    <w:p w14:paraId="1A692B2B" w14:textId="77777777" w:rsidR="00D15F6F" w:rsidRPr="006C208E" w:rsidRDefault="00D15F6F" w:rsidP="006C208E"/>
    <w:p w14:paraId="5A30A150" w14:textId="77777777" w:rsidR="007D70E9" w:rsidRPr="006C208E" w:rsidRDefault="007D70E9" w:rsidP="006C208E"/>
    <w:p w14:paraId="70C658B0" w14:textId="07F244F7" w:rsidR="0002475A" w:rsidRPr="006C208E" w:rsidRDefault="007D70E9" w:rsidP="006C208E">
      <w:pPr>
        <w:pStyle w:val="Heading1"/>
        <w:spacing w:before="0"/>
        <w:jc w:val="both"/>
        <w:rPr>
          <w:rFonts w:ascii="Times New Roman" w:hAnsi="Times New Roman" w:cs="Times New Roman"/>
        </w:rPr>
      </w:pPr>
      <w:bookmarkStart w:id="0" w:name="_Toc237975163"/>
      <w:r w:rsidRPr="006C208E">
        <w:rPr>
          <w:rFonts w:ascii="Times New Roman" w:hAnsi="Times New Roman" w:cs="Times New Roman"/>
        </w:rPr>
        <w:lastRenderedPageBreak/>
        <w:t>SECTION 1: REQUEST FOR BUSINESS PLAN</w:t>
      </w:r>
      <w:bookmarkEnd w:id="0"/>
      <w:r w:rsidRPr="006C208E">
        <w:rPr>
          <w:rFonts w:ascii="Times New Roman" w:hAnsi="Times New Roman" w:cs="Times New Roman"/>
        </w:rPr>
        <w:t xml:space="preserve"> </w:t>
      </w:r>
    </w:p>
    <w:p w14:paraId="17CDA662" w14:textId="77777777" w:rsidR="00115A3E" w:rsidRPr="006C208E" w:rsidRDefault="00115A3E" w:rsidP="006C208E">
      <w:pPr>
        <w:spacing w:after="0"/>
        <w:rPr>
          <w:rFonts w:ascii="Times New Roman" w:hAnsi="Times New Roman" w:cs="Times New Roman"/>
          <w:sz w:val="24"/>
          <w:szCs w:val="24"/>
        </w:rPr>
      </w:pPr>
    </w:p>
    <w:p w14:paraId="67C3BA68" w14:textId="2A8D4A44" w:rsidR="00C96E8C" w:rsidRPr="006C208E" w:rsidRDefault="00115A3E" w:rsidP="006C208E">
      <w:pPr>
        <w:pStyle w:val="ListParagraph"/>
        <w:numPr>
          <w:ilvl w:val="0"/>
          <w:numId w:val="24"/>
        </w:numPr>
        <w:spacing w:after="0"/>
        <w:jc w:val="both"/>
        <w:rPr>
          <w:rFonts w:ascii="Times New Roman" w:hAnsi="Times New Roman" w:cs="Times New Roman"/>
          <w:sz w:val="24"/>
          <w:szCs w:val="24"/>
        </w:rPr>
      </w:pPr>
      <w:r w:rsidRPr="006C208E">
        <w:rPr>
          <w:rFonts w:ascii="Times New Roman" w:hAnsi="Times New Roman" w:cs="Times New Roman"/>
          <w:sz w:val="24"/>
          <w:szCs w:val="24"/>
        </w:rPr>
        <w:t>The Government of Malawi</w:t>
      </w:r>
      <w:r w:rsidR="004F032E" w:rsidRPr="006C208E">
        <w:rPr>
          <w:rFonts w:ascii="Times New Roman" w:hAnsi="Times New Roman" w:cs="Times New Roman"/>
          <w:sz w:val="24"/>
          <w:szCs w:val="24"/>
        </w:rPr>
        <w:t xml:space="preserve"> (</w:t>
      </w:r>
      <w:proofErr w:type="spellStart"/>
      <w:r w:rsidR="004F032E" w:rsidRPr="006C208E">
        <w:rPr>
          <w:rFonts w:ascii="Times New Roman" w:hAnsi="Times New Roman" w:cs="Times New Roman"/>
          <w:sz w:val="24"/>
          <w:szCs w:val="24"/>
        </w:rPr>
        <w:t>GoM</w:t>
      </w:r>
      <w:proofErr w:type="spellEnd"/>
      <w:r w:rsidR="004F032E" w:rsidRPr="006C208E">
        <w:rPr>
          <w:rFonts w:ascii="Times New Roman" w:hAnsi="Times New Roman" w:cs="Times New Roman"/>
          <w:sz w:val="24"/>
          <w:szCs w:val="24"/>
        </w:rPr>
        <w:t>)</w:t>
      </w:r>
      <w:r w:rsidRPr="006C208E">
        <w:rPr>
          <w:rFonts w:ascii="Times New Roman" w:hAnsi="Times New Roman" w:cs="Times New Roman"/>
          <w:sz w:val="24"/>
          <w:szCs w:val="24"/>
        </w:rPr>
        <w:t xml:space="preserve"> has prioritized the development of the energy sector as a catalyst for achieving Malawi </w:t>
      </w:r>
      <w:r w:rsidR="004F032E" w:rsidRPr="006C208E">
        <w:rPr>
          <w:rFonts w:ascii="Times New Roman" w:hAnsi="Times New Roman" w:cs="Times New Roman"/>
          <w:sz w:val="24"/>
          <w:szCs w:val="24"/>
        </w:rPr>
        <w:t xml:space="preserve">Vision </w:t>
      </w:r>
      <w:r w:rsidRPr="006C208E">
        <w:rPr>
          <w:rFonts w:ascii="Times New Roman" w:hAnsi="Times New Roman" w:cs="Times New Roman"/>
          <w:sz w:val="24"/>
          <w:szCs w:val="24"/>
        </w:rPr>
        <w:t xml:space="preserve">2063. Building on the success of </w:t>
      </w:r>
      <w:r w:rsidR="006D1C37" w:rsidRPr="006C208E">
        <w:rPr>
          <w:rFonts w:ascii="Times New Roman" w:hAnsi="Times New Roman" w:cs="Times New Roman"/>
          <w:sz w:val="24"/>
          <w:szCs w:val="24"/>
        </w:rPr>
        <w:t>t</w:t>
      </w:r>
      <w:r w:rsidRPr="006C208E">
        <w:rPr>
          <w:rFonts w:ascii="Times New Roman" w:hAnsi="Times New Roman" w:cs="Times New Roman"/>
          <w:sz w:val="24"/>
          <w:szCs w:val="24"/>
        </w:rPr>
        <w:t>he World Bank-funded Malawi Electricity Access Project</w:t>
      </w:r>
      <w:r w:rsidR="006D1C37" w:rsidRPr="006C208E">
        <w:rPr>
          <w:rFonts w:ascii="Times New Roman" w:hAnsi="Times New Roman" w:cs="Times New Roman"/>
          <w:sz w:val="24"/>
          <w:szCs w:val="24"/>
        </w:rPr>
        <w:t xml:space="preserve"> (MEAP), the Ministry of Energy</w:t>
      </w:r>
      <w:r w:rsidR="00C66D9A" w:rsidRPr="006C208E">
        <w:rPr>
          <w:rFonts w:ascii="Times New Roman" w:hAnsi="Times New Roman" w:cs="Times New Roman"/>
          <w:sz w:val="24"/>
          <w:szCs w:val="24"/>
        </w:rPr>
        <w:t xml:space="preserve"> </w:t>
      </w:r>
      <w:r w:rsidR="006D1C37" w:rsidRPr="006C208E">
        <w:rPr>
          <w:rFonts w:ascii="Times New Roman" w:hAnsi="Times New Roman" w:cs="Times New Roman"/>
          <w:sz w:val="24"/>
          <w:szCs w:val="24"/>
        </w:rPr>
        <w:t>(</w:t>
      </w:r>
      <w:proofErr w:type="spellStart"/>
      <w:r w:rsidR="00EE2095">
        <w:rPr>
          <w:rFonts w:ascii="Times New Roman" w:hAnsi="Times New Roman" w:cs="Times New Roman"/>
          <w:sz w:val="24"/>
          <w:szCs w:val="24"/>
        </w:rPr>
        <w:t>MoE</w:t>
      </w:r>
      <w:proofErr w:type="spellEnd"/>
      <w:r w:rsidR="006D1C37" w:rsidRPr="006C208E">
        <w:rPr>
          <w:rFonts w:ascii="Times New Roman" w:hAnsi="Times New Roman" w:cs="Times New Roman"/>
          <w:sz w:val="24"/>
          <w:szCs w:val="24"/>
        </w:rPr>
        <w:t>) is now implementing World Bank-funded Accelerating Sustainable and Clean Energy Access Transformation (ASCENT)</w:t>
      </w:r>
      <w:r w:rsidR="005D35E0" w:rsidRPr="006C208E">
        <w:rPr>
          <w:rFonts w:ascii="Times New Roman" w:hAnsi="Times New Roman" w:cs="Times New Roman"/>
          <w:sz w:val="24"/>
          <w:szCs w:val="24"/>
        </w:rPr>
        <w:t xml:space="preserve"> </w:t>
      </w:r>
      <w:r w:rsidR="006D1C37" w:rsidRPr="006C208E">
        <w:rPr>
          <w:rFonts w:ascii="Times New Roman" w:hAnsi="Times New Roman" w:cs="Times New Roman"/>
          <w:sz w:val="24"/>
          <w:szCs w:val="24"/>
        </w:rPr>
        <w:t>Malawi Project. The MEAP</w:t>
      </w:r>
      <w:r w:rsidRPr="006C208E">
        <w:rPr>
          <w:rFonts w:ascii="Times New Roman" w:hAnsi="Times New Roman" w:cs="Times New Roman"/>
          <w:sz w:val="24"/>
          <w:szCs w:val="24"/>
        </w:rPr>
        <w:t xml:space="preserve"> </w:t>
      </w:r>
      <w:r w:rsidR="00D74786" w:rsidRPr="006C208E">
        <w:rPr>
          <w:rFonts w:ascii="Times New Roman" w:hAnsi="Times New Roman" w:cs="Times New Roman"/>
          <w:sz w:val="24"/>
          <w:szCs w:val="24"/>
        </w:rPr>
        <w:t xml:space="preserve">contributed </w:t>
      </w:r>
      <w:r w:rsidR="00524BAB" w:rsidRPr="006C208E">
        <w:rPr>
          <w:rFonts w:ascii="Times New Roman" w:hAnsi="Times New Roman" w:cs="Times New Roman"/>
          <w:sz w:val="24"/>
          <w:szCs w:val="24"/>
        </w:rPr>
        <w:t>significantly to the</w:t>
      </w:r>
      <w:r w:rsidR="00F82BCB" w:rsidRPr="006C208E">
        <w:rPr>
          <w:rFonts w:ascii="Times New Roman" w:hAnsi="Times New Roman" w:cs="Times New Roman"/>
          <w:sz w:val="24"/>
          <w:szCs w:val="24"/>
        </w:rPr>
        <w:t xml:space="preserve"> improvement in</w:t>
      </w:r>
      <w:r w:rsidRPr="006C208E">
        <w:rPr>
          <w:rFonts w:ascii="Times New Roman" w:hAnsi="Times New Roman" w:cs="Times New Roman"/>
          <w:sz w:val="24"/>
          <w:szCs w:val="24"/>
        </w:rPr>
        <w:t xml:space="preserve"> the national electrification rate from </w:t>
      </w:r>
      <w:r w:rsidR="006D1C37" w:rsidRPr="006C208E">
        <w:rPr>
          <w:rFonts w:ascii="Times New Roman" w:hAnsi="Times New Roman" w:cs="Times New Roman"/>
          <w:sz w:val="24"/>
          <w:szCs w:val="24"/>
        </w:rPr>
        <w:t>19.0</w:t>
      </w:r>
      <w:r w:rsidRPr="006C208E">
        <w:rPr>
          <w:rFonts w:ascii="Times New Roman" w:hAnsi="Times New Roman" w:cs="Times New Roman"/>
          <w:sz w:val="24"/>
          <w:szCs w:val="24"/>
        </w:rPr>
        <w:t>% in 2021 to 25.9% in 2024</w:t>
      </w:r>
      <w:r w:rsidR="004F032E" w:rsidRPr="006C208E">
        <w:rPr>
          <w:rFonts w:ascii="Times New Roman" w:hAnsi="Times New Roman" w:cs="Times New Roman"/>
          <w:sz w:val="24"/>
          <w:szCs w:val="24"/>
        </w:rPr>
        <w:t>,</w:t>
      </w:r>
      <w:r w:rsidRPr="006C208E">
        <w:rPr>
          <w:rFonts w:ascii="Times New Roman" w:hAnsi="Times New Roman" w:cs="Times New Roman"/>
          <w:sz w:val="24"/>
          <w:szCs w:val="24"/>
        </w:rPr>
        <w:t xml:space="preserve"> and</w:t>
      </w:r>
      <w:r w:rsidR="00F82BCB" w:rsidRPr="006C208E">
        <w:rPr>
          <w:rFonts w:ascii="Times New Roman" w:hAnsi="Times New Roman" w:cs="Times New Roman"/>
          <w:sz w:val="24"/>
          <w:szCs w:val="24"/>
        </w:rPr>
        <w:t xml:space="preserve"> also</w:t>
      </w:r>
      <w:r w:rsidRPr="006C208E">
        <w:rPr>
          <w:rFonts w:ascii="Times New Roman" w:hAnsi="Times New Roman" w:cs="Times New Roman"/>
          <w:sz w:val="24"/>
          <w:szCs w:val="24"/>
        </w:rPr>
        <w:t xml:space="preserve"> successfully </w:t>
      </w:r>
      <w:r w:rsidR="000B0952" w:rsidRPr="006C208E">
        <w:rPr>
          <w:rFonts w:ascii="Times New Roman" w:hAnsi="Times New Roman" w:cs="Times New Roman"/>
          <w:sz w:val="24"/>
          <w:szCs w:val="24"/>
        </w:rPr>
        <w:t xml:space="preserve">implemented </w:t>
      </w:r>
      <w:r w:rsidRPr="006C208E">
        <w:rPr>
          <w:rFonts w:ascii="Times New Roman" w:hAnsi="Times New Roman" w:cs="Times New Roman"/>
          <w:sz w:val="24"/>
          <w:szCs w:val="24"/>
        </w:rPr>
        <w:t>the Off-Grid Market Development Fund (OGMDF)</w:t>
      </w:r>
      <w:r w:rsidR="00B12FBC" w:rsidRPr="006C208E">
        <w:rPr>
          <w:rFonts w:ascii="Times New Roman" w:hAnsi="Times New Roman" w:cs="Times New Roman"/>
          <w:sz w:val="24"/>
          <w:szCs w:val="24"/>
        </w:rPr>
        <w:t>,</w:t>
      </w:r>
      <w:r w:rsidRPr="006C208E">
        <w:rPr>
          <w:rFonts w:ascii="Times New Roman" w:hAnsi="Times New Roman" w:cs="Times New Roman"/>
          <w:sz w:val="24"/>
          <w:szCs w:val="24"/>
        </w:rPr>
        <w:t xml:space="preserve"> </w:t>
      </w:r>
      <w:r w:rsidR="006D1C37" w:rsidRPr="006C208E">
        <w:rPr>
          <w:rFonts w:ascii="Times New Roman" w:hAnsi="Times New Roman" w:cs="Times New Roman"/>
          <w:sz w:val="24"/>
          <w:szCs w:val="24"/>
        </w:rPr>
        <w:t xml:space="preserve">which was </w:t>
      </w:r>
      <w:r w:rsidR="00B12FBC" w:rsidRPr="006C208E">
        <w:rPr>
          <w:rFonts w:ascii="Times New Roman" w:hAnsi="Times New Roman" w:cs="Times New Roman"/>
          <w:sz w:val="24"/>
          <w:szCs w:val="24"/>
        </w:rPr>
        <w:t xml:space="preserve">later renamed as </w:t>
      </w:r>
      <w:r w:rsidR="00B12FBC" w:rsidRPr="006C208E">
        <w:rPr>
          <w:rFonts w:ascii="Times New Roman" w:hAnsi="Times New Roman" w:cs="Times New Roman"/>
          <w:i/>
          <w:iCs/>
          <w:sz w:val="24"/>
          <w:szCs w:val="24"/>
        </w:rPr>
        <w:t xml:space="preserve">Ngwee </w:t>
      </w:r>
      <w:proofErr w:type="spellStart"/>
      <w:r w:rsidR="00B12FBC" w:rsidRPr="006C208E">
        <w:rPr>
          <w:rFonts w:ascii="Times New Roman" w:hAnsi="Times New Roman" w:cs="Times New Roman"/>
          <w:i/>
          <w:iCs/>
          <w:sz w:val="24"/>
          <w:szCs w:val="24"/>
        </w:rPr>
        <w:t>Ngwee</w:t>
      </w:r>
      <w:proofErr w:type="spellEnd"/>
      <w:r w:rsidR="00B12FBC" w:rsidRPr="006C208E">
        <w:rPr>
          <w:rFonts w:ascii="Times New Roman" w:hAnsi="Times New Roman" w:cs="Times New Roman"/>
          <w:i/>
          <w:iCs/>
          <w:sz w:val="24"/>
          <w:szCs w:val="24"/>
        </w:rPr>
        <w:t xml:space="preserve"> </w:t>
      </w:r>
      <w:proofErr w:type="spellStart"/>
      <w:r w:rsidR="00B12FBC" w:rsidRPr="006C208E">
        <w:rPr>
          <w:rFonts w:ascii="Times New Roman" w:hAnsi="Times New Roman" w:cs="Times New Roman"/>
          <w:i/>
          <w:iCs/>
          <w:sz w:val="24"/>
          <w:szCs w:val="24"/>
        </w:rPr>
        <w:t>Ngwee</w:t>
      </w:r>
      <w:proofErr w:type="spellEnd"/>
      <w:r w:rsidR="00B12FBC" w:rsidRPr="006C208E">
        <w:rPr>
          <w:rFonts w:ascii="Times New Roman" w:hAnsi="Times New Roman" w:cs="Times New Roman"/>
          <w:i/>
          <w:iCs/>
          <w:sz w:val="24"/>
          <w:szCs w:val="24"/>
        </w:rPr>
        <w:t xml:space="preserve"> Fund (NNNF</w:t>
      </w:r>
      <w:r w:rsidR="006D1C37" w:rsidRPr="006C208E">
        <w:rPr>
          <w:rFonts w:ascii="Times New Roman" w:hAnsi="Times New Roman" w:cs="Times New Roman"/>
          <w:i/>
          <w:iCs/>
          <w:sz w:val="24"/>
          <w:szCs w:val="24"/>
        </w:rPr>
        <w:t xml:space="preserve">). </w:t>
      </w:r>
    </w:p>
    <w:p w14:paraId="173D3976" w14:textId="77777777" w:rsidR="00C96E8C" w:rsidRPr="006C208E" w:rsidRDefault="00C96E8C" w:rsidP="006C208E">
      <w:pPr>
        <w:pStyle w:val="ListParagraph"/>
        <w:spacing w:after="0"/>
        <w:ind w:left="360"/>
        <w:jc w:val="both"/>
        <w:rPr>
          <w:rFonts w:ascii="Times New Roman" w:hAnsi="Times New Roman" w:cs="Times New Roman"/>
          <w:sz w:val="24"/>
          <w:szCs w:val="24"/>
        </w:rPr>
      </w:pPr>
    </w:p>
    <w:p w14:paraId="37FF04F7" w14:textId="4B9DE689" w:rsidR="009D45EF" w:rsidRPr="006C208E" w:rsidRDefault="004F032E" w:rsidP="006C208E">
      <w:pPr>
        <w:pStyle w:val="ListParagraph"/>
        <w:numPr>
          <w:ilvl w:val="0"/>
          <w:numId w:val="24"/>
        </w:numPr>
        <w:spacing w:after="0"/>
        <w:jc w:val="both"/>
        <w:rPr>
          <w:rFonts w:ascii="Times New Roman" w:hAnsi="Times New Roman" w:cs="Times New Roman"/>
          <w:sz w:val="24"/>
          <w:szCs w:val="24"/>
        </w:rPr>
      </w:pPr>
      <w:r w:rsidRPr="006C208E">
        <w:rPr>
          <w:rFonts w:ascii="Times New Roman" w:hAnsi="Times New Roman" w:cs="Times New Roman"/>
          <w:sz w:val="24"/>
          <w:szCs w:val="24"/>
        </w:rPr>
        <w:t xml:space="preserve">The objective of </w:t>
      </w:r>
      <w:r w:rsidR="006D1C37" w:rsidRPr="006C208E">
        <w:rPr>
          <w:rFonts w:ascii="Times New Roman" w:hAnsi="Times New Roman" w:cs="Times New Roman"/>
          <w:sz w:val="24"/>
          <w:szCs w:val="24"/>
        </w:rPr>
        <w:t xml:space="preserve">the </w:t>
      </w:r>
      <w:r w:rsidRPr="006C208E">
        <w:rPr>
          <w:rFonts w:ascii="Times New Roman" w:hAnsi="Times New Roman" w:cs="Times New Roman"/>
          <w:sz w:val="24"/>
          <w:szCs w:val="24"/>
        </w:rPr>
        <w:t xml:space="preserve">ASCENT Malawi </w:t>
      </w:r>
      <w:r w:rsidR="00BB4243" w:rsidRPr="006C208E">
        <w:rPr>
          <w:rFonts w:ascii="Times New Roman" w:hAnsi="Times New Roman" w:cs="Times New Roman"/>
          <w:sz w:val="24"/>
          <w:szCs w:val="24"/>
        </w:rPr>
        <w:t xml:space="preserve">Project </w:t>
      </w:r>
      <w:r w:rsidRPr="006C208E">
        <w:rPr>
          <w:rFonts w:ascii="Times New Roman" w:hAnsi="Times New Roman" w:cs="Times New Roman"/>
          <w:sz w:val="24"/>
          <w:szCs w:val="24"/>
        </w:rPr>
        <w:t xml:space="preserve">is to support </w:t>
      </w:r>
      <w:proofErr w:type="spellStart"/>
      <w:r w:rsidRPr="006C208E">
        <w:rPr>
          <w:rFonts w:ascii="Times New Roman" w:hAnsi="Times New Roman" w:cs="Times New Roman"/>
          <w:sz w:val="24"/>
          <w:szCs w:val="24"/>
        </w:rPr>
        <w:t>GoM</w:t>
      </w:r>
      <w:proofErr w:type="spellEnd"/>
      <w:r w:rsidRPr="006C208E">
        <w:rPr>
          <w:rFonts w:ascii="Times New Roman" w:hAnsi="Times New Roman" w:cs="Times New Roman"/>
          <w:sz w:val="24"/>
          <w:szCs w:val="24"/>
        </w:rPr>
        <w:t xml:space="preserve"> in achieving its strategic goal of reaching at least </w:t>
      </w:r>
      <w:r w:rsidR="00800659" w:rsidRPr="006C208E">
        <w:rPr>
          <w:rFonts w:ascii="Times New Roman" w:hAnsi="Times New Roman" w:cs="Times New Roman"/>
          <w:sz w:val="24"/>
          <w:szCs w:val="24"/>
        </w:rPr>
        <w:t>70</w:t>
      </w:r>
      <w:r w:rsidR="00FC3F86" w:rsidRPr="006C208E">
        <w:rPr>
          <w:rFonts w:ascii="Times New Roman" w:hAnsi="Times New Roman" w:cs="Times New Roman"/>
          <w:sz w:val="24"/>
          <w:szCs w:val="24"/>
        </w:rPr>
        <w:t xml:space="preserve">% </w:t>
      </w:r>
      <w:r w:rsidRPr="006C208E">
        <w:rPr>
          <w:rFonts w:ascii="Times New Roman" w:hAnsi="Times New Roman" w:cs="Times New Roman"/>
          <w:sz w:val="24"/>
          <w:szCs w:val="24"/>
        </w:rPr>
        <w:t>electricity access by 2030,</w:t>
      </w:r>
      <w:r w:rsidR="009175BE" w:rsidRPr="006C208E">
        <w:rPr>
          <w:rFonts w:ascii="Times New Roman" w:hAnsi="Times New Roman" w:cs="Times New Roman"/>
          <w:sz w:val="24"/>
          <w:szCs w:val="24"/>
        </w:rPr>
        <w:t xml:space="preserve"> and </w:t>
      </w:r>
      <w:r w:rsidR="00524BAB" w:rsidRPr="006C208E">
        <w:rPr>
          <w:rFonts w:ascii="Times New Roman" w:hAnsi="Times New Roman" w:cs="Times New Roman"/>
          <w:sz w:val="24"/>
          <w:szCs w:val="24"/>
        </w:rPr>
        <w:t>to provide</w:t>
      </w:r>
      <w:r w:rsidR="009175BE" w:rsidRPr="006C208E">
        <w:rPr>
          <w:rFonts w:ascii="Times New Roman" w:hAnsi="Times New Roman" w:cs="Times New Roman"/>
          <w:sz w:val="24"/>
          <w:szCs w:val="24"/>
        </w:rPr>
        <w:t xml:space="preserve"> clean cooking solutions to 75% of the households</w:t>
      </w:r>
      <w:r w:rsidRPr="006C208E">
        <w:rPr>
          <w:rFonts w:ascii="Times New Roman" w:hAnsi="Times New Roman" w:cs="Times New Roman"/>
          <w:sz w:val="24"/>
          <w:szCs w:val="24"/>
        </w:rPr>
        <w:t>.</w:t>
      </w:r>
    </w:p>
    <w:p w14:paraId="7D60B933" w14:textId="77777777" w:rsidR="00B12FBC" w:rsidRPr="006C208E" w:rsidRDefault="00B12FBC" w:rsidP="006C208E">
      <w:pPr>
        <w:pStyle w:val="ListParagraph"/>
        <w:spacing w:after="0"/>
        <w:ind w:left="360"/>
        <w:jc w:val="both"/>
        <w:rPr>
          <w:rFonts w:ascii="Times New Roman" w:hAnsi="Times New Roman" w:cs="Times New Roman"/>
          <w:sz w:val="24"/>
          <w:szCs w:val="24"/>
        </w:rPr>
      </w:pPr>
    </w:p>
    <w:p w14:paraId="38E4E3D4" w14:textId="117DAF85" w:rsidR="00240A24" w:rsidRDefault="006809C7" w:rsidP="001F3827">
      <w:pPr>
        <w:pStyle w:val="ListParagraph"/>
        <w:spacing w:after="0"/>
        <w:ind w:left="360"/>
        <w:jc w:val="both"/>
        <w:rPr>
          <w:rFonts w:ascii="Times New Roman" w:hAnsi="Times New Roman" w:cs="Times New Roman"/>
          <w:sz w:val="24"/>
          <w:szCs w:val="24"/>
        </w:rPr>
      </w:pPr>
      <w:r w:rsidRPr="006C208E">
        <w:rPr>
          <w:rFonts w:ascii="Times New Roman" w:hAnsi="Times New Roman" w:cs="Times New Roman"/>
          <w:sz w:val="24"/>
          <w:szCs w:val="24"/>
        </w:rPr>
        <w:t xml:space="preserve">Under Component </w:t>
      </w:r>
      <w:r w:rsidR="00EE048F" w:rsidRPr="006C208E">
        <w:rPr>
          <w:rFonts w:ascii="Times New Roman" w:hAnsi="Times New Roman" w:cs="Times New Roman"/>
          <w:sz w:val="24"/>
          <w:szCs w:val="24"/>
        </w:rPr>
        <w:t xml:space="preserve">4 </w:t>
      </w:r>
      <w:r w:rsidRPr="006C208E">
        <w:rPr>
          <w:rFonts w:ascii="Times New Roman" w:hAnsi="Times New Roman" w:cs="Times New Roman"/>
          <w:sz w:val="24"/>
          <w:szCs w:val="24"/>
        </w:rPr>
        <w:t>of</w:t>
      </w:r>
      <w:r w:rsidR="006D1C37" w:rsidRPr="006C208E">
        <w:rPr>
          <w:rFonts w:ascii="Times New Roman" w:hAnsi="Times New Roman" w:cs="Times New Roman"/>
          <w:sz w:val="24"/>
          <w:szCs w:val="24"/>
        </w:rPr>
        <w:t xml:space="preserve"> the</w:t>
      </w:r>
      <w:r w:rsidRPr="006C208E">
        <w:rPr>
          <w:rFonts w:ascii="Times New Roman" w:hAnsi="Times New Roman" w:cs="Times New Roman"/>
          <w:sz w:val="24"/>
          <w:szCs w:val="24"/>
        </w:rPr>
        <w:t xml:space="preserve"> </w:t>
      </w:r>
      <w:r w:rsidR="00BB4243" w:rsidRPr="006C208E">
        <w:rPr>
          <w:rFonts w:ascii="Times New Roman" w:hAnsi="Times New Roman" w:cs="Times New Roman"/>
          <w:sz w:val="24"/>
          <w:szCs w:val="24"/>
        </w:rPr>
        <w:t>Project</w:t>
      </w:r>
      <w:r w:rsidRPr="006C208E">
        <w:rPr>
          <w:rFonts w:ascii="Times New Roman" w:hAnsi="Times New Roman" w:cs="Times New Roman"/>
          <w:sz w:val="24"/>
          <w:szCs w:val="24"/>
        </w:rPr>
        <w:t xml:space="preserve">, NNNF </w:t>
      </w:r>
      <w:r w:rsidR="00A90E29">
        <w:rPr>
          <w:rFonts w:ascii="Times New Roman" w:hAnsi="Times New Roman" w:cs="Times New Roman"/>
          <w:sz w:val="24"/>
          <w:szCs w:val="24"/>
        </w:rPr>
        <w:t>will provide</w:t>
      </w:r>
      <w:r w:rsidRPr="006C208E">
        <w:rPr>
          <w:rFonts w:ascii="Times New Roman" w:hAnsi="Times New Roman" w:cs="Times New Roman"/>
          <w:sz w:val="24"/>
          <w:szCs w:val="24"/>
        </w:rPr>
        <w:t xml:space="preserve"> loan</w:t>
      </w:r>
      <w:r w:rsidR="00605891" w:rsidRPr="006C208E">
        <w:rPr>
          <w:rFonts w:ascii="Times New Roman" w:hAnsi="Times New Roman" w:cs="Times New Roman"/>
          <w:sz w:val="24"/>
          <w:szCs w:val="24"/>
        </w:rPr>
        <w:t>s</w:t>
      </w:r>
      <w:r w:rsidRPr="006C208E">
        <w:rPr>
          <w:rFonts w:ascii="Times New Roman" w:hAnsi="Times New Roman" w:cs="Times New Roman"/>
          <w:sz w:val="24"/>
          <w:szCs w:val="24"/>
        </w:rPr>
        <w:t xml:space="preserve"> </w:t>
      </w:r>
      <w:r w:rsidR="00061A5E" w:rsidRPr="006C208E">
        <w:rPr>
          <w:rFonts w:ascii="Times New Roman" w:hAnsi="Times New Roman" w:cs="Times New Roman"/>
          <w:sz w:val="24"/>
          <w:szCs w:val="24"/>
        </w:rPr>
        <w:t>to</w:t>
      </w:r>
      <w:r w:rsidR="00A91585" w:rsidRPr="006C208E">
        <w:rPr>
          <w:rFonts w:ascii="Times New Roman" w:hAnsi="Times New Roman" w:cs="Times New Roman"/>
          <w:sz w:val="24"/>
          <w:szCs w:val="24"/>
        </w:rPr>
        <w:t xml:space="preserve"> P</w:t>
      </w:r>
      <w:r w:rsidR="00607E54" w:rsidRPr="006C208E">
        <w:rPr>
          <w:rFonts w:ascii="Times New Roman" w:hAnsi="Times New Roman" w:cs="Times New Roman"/>
          <w:sz w:val="24"/>
          <w:szCs w:val="24"/>
        </w:rPr>
        <w:t>articipating</w:t>
      </w:r>
      <w:r w:rsidR="00A91585" w:rsidRPr="006C208E">
        <w:rPr>
          <w:rFonts w:ascii="Times New Roman" w:hAnsi="Times New Roman" w:cs="Times New Roman"/>
          <w:sz w:val="24"/>
          <w:szCs w:val="24"/>
        </w:rPr>
        <w:t xml:space="preserve"> Organizations</w:t>
      </w:r>
      <w:r w:rsidR="00061A5E" w:rsidRPr="006C208E">
        <w:rPr>
          <w:rFonts w:ascii="Times New Roman" w:hAnsi="Times New Roman" w:cs="Times New Roman"/>
          <w:sz w:val="24"/>
          <w:szCs w:val="24"/>
        </w:rPr>
        <w:t xml:space="preserve"> </w:t>
      </w:r>
      <w:r w:rsidR="00A91585" w:rsidRPr="006C208E">
        <w:rPr>
          <w:rFonts w:ascii="Times New Roman" w:hAnsi="Times New Roman" w:cs="Times New Roman"/>
          <w:sz w:val="24"/>
          <w:szCs w:val="24"/>
        </w:rPr>
        <w:t>(</w:t>
      </w:r>
      <w:r w:rsidR="00061A5E" w:rsidRPr="006C208E">
        <w:rPr>
          <w:rFonts w:ascii="Times New Roman" w:hAnsi="Times New Roman" w:cs="Times New Roman"/>
          <w:sz w:val="24"/>
          <w:szCs w:val="24"/>
        </w:rPr>
        <w:t>P</w:t>
      </w:r>
      <w:r w:rsidR="00BB4243" w:rsidRPr="006C208E">
        <w:rPr>
          <w:rFonts w:ascii="Times New Roman" w:hAnsi="Times New Roman" w:cs="Times New Roman"/>
          <w:sz w:val="24"/>
          <w:szCs w:val="24"/>
        </w:rPr>
        <w:t>O</w:t>
      </w:r>
      <w:r w:rsidR="00061A5E" w:rsidRPr="006C208E">
        <w:rPr>
          <w:rFonts w:ascii="Times New Roman" w:hAnsi="Times New Roman" w:cs="Times New Roman"/>
          <w:sz w:val="24"/>
          <w:szCs w:val="24"/>
        </w:rPr>
        <w:t>s</w:t>
      </w:r>
      <w:r w:rsidR="00A91585" w:rsidRPr="006C208E">
        <w:rPr>
          <w:rFonts w:ascii="Times New Roman" w:hAnsi="Times New Roman" w:cs="Times New Roman"/>
          <w:sz w:val="24"/>
          <w:szCs w:val="24"/>
        </w:rPr>
        <w:t>)</w:t>
      </w:r>
      <w:r w:rsidR="00061A5E" w:rsidRPr="006C208E">
        <w:rPr>
          <w:rFonts w:ascii="Times New Roman" w:hAnsi="Times New Roman" w:cs="Times New Roman"/>
          <w:sz w:val="24"/>
          <w:szCs w:val="24"/>
        </w:rPr>
        <w:t xml:space="preserve"> to support the</w:t>
      </w:r>
      <w:r w:rsidR="00FE02CF">
        <w:rPr>
          <w:rFonts w:ascii="Times New Roman" w:hAnsi="Times New Roman" w:cs="Times New Roman"/>
          <w:sz w:val="24"/>
          <w:szCs w:val="24"/>
        </w:rPr>
        <w:t xml:space="preserve"> </w:t>
      </w:r>
      <w:r w:rsidR="00CA1CB4">
        <w:rPr>
          <w:rFonts w:ascii="Times New Roman" w:hAnsi="Times New Roman" w:cs="Times New Roman"/>
          <w:sz w:val="24"/>
          <w:szCs w:val="24"/>
        </w:rPr>
        <w:t>procure</w:t>
      </w:r>
      <w:r w:rsidR="00042355">
        <w:rPr>
          <w:rFonts w:ascii="Times New Roman" w:hAnsi="Times New Roman" w:cs="Times New Roman"/>
          <w:sz w:val="24"/>
          <w:szCs w:val="24"/>
        </w:rPr>
        <w:t>ment</w:t>
      </w:r>
      <w:r w:rsidR="00CA1CB4">
        <w:rPr>
          <w:rFonts w:ascii="Times New Roman" w:hAnsi="Times New Roman" w:cs="Times New Roman"/>
          <w:sz w:val="24"/>
          <w:szCs w:val="24"/>
        </w:rPr>
        <w:t>, manufactur</w:t>
      </w:r>
      <w:r w:rsidR="00042355">
        <w:rPr>
          <w:rFonts w:ascii="Times New Roman" w:hAnsi="Times New Roman" w:cs="Times New Roman"/>
          <w:sz w:val="24"/>
          <w:szCs w:val="24"/>
        </w:rPr>
        <w:t>ing</w:t>
      </w:r>
      <w:r w:rsidR="00CA1CB4">
        <w:rPr>
          <w:rFonts w:ascii="Times New Roman" w:hAnsi="Times New Roman" w:cs="Times New Roman"/>
          <w:sz w:val="24"/>
          <w:szCs w:val="24"/>
        </w:rPr>
        <w:t xml:space="preserve"> </w:t>
      </w:r>
      <w:r w:rsidR="00FE02CF">
        <w:rPr>
          <w:rFonts w:ascii="Times New Roman" w:hAnsi="Times New Roman" w:cs="Times New Roman"/>
          <w:sz w:val="24"/>
          <w:szCs w:val="24"/>
        </w:rPr>
        <w:t xml:space="preserve">and </w:t>
      </w:r>
      <w:r w:rsidR="00061A5E" w:rsidRPr="006C208E">
        <w:rPr>
          <w:rFonts w:ascii="Times New Roman" w:hAnsi="Times New Roman" w:cs="Times New Roman"/>
          <w:sz w:val="24"/>
          <w:szCs w:val="24"/>
        </w:rPr>
        <w:t>distribution</w:t>
      </w:r>
      <w:r w:rsidR="003B689F">
        <w:rPr>
          <w:rFonts w:ascii="Times New Roman" w:hAnsi="Times New Roman" w:cs="Times New Roman"/>
          <w:sz w:val="24"/>
          <w:szCs w:val="24"/>
        </w:rPr>
        <w:t xml:space="preserve"> </w:t>
      </w:r>
      <w:r w:rsidR="00061A5E" w:rsidRPr="006C208E">
        <w:rPr>
          <w:rFonts w:ascii="Times New Roman" w:hAnsi="Times New Roman" w:cs="Times New Roman"/>
          <w:sz w:val="24"/>
          <w:szCs w:val="24"/>
        </w:rPr>
        <w:t>of</w:t>
      </w:r>
      <w:r w:rsidR="00EE33B3">
        <w:rPr>
          <w:rFonts w:ascii="Times New Roman" w:hAnsi="Times New Roman" w:cs="Times New Roman"/>
          <w:sz w:val="24"/>
          <w:szCs w:val="24"/>
        </w:rPr>
        <w:t xml:space="preserve"> </w:t>
      </w:r>
      <w:r w:rsidR="00061A5E" w:rsidRPr="006C208E">
        <w:rPr>
          <w:rFonts w:ascii="Times New Roman" w:hAnsi="Times New Roman" w:cs="Times New Roman"/>
          <w:sz w:val="24"/>
          <w:szCs w:val="24"/>
        </w:rPr>
        <w:t>Clean Cooking Solutions (CCS) to Eligible Households (HHs)</w:t>
      </w:r>
      <w:r w:rsidRPr="006C208E">
        <w:rPr>
          <w:rFonts w:ascii="Times New Roman" w:hAnsi="Times New Roman" w:cs="Times New Roman"/>
          <w:sz w:val="24"/>
          <w:szCs w:val="24"/>
        </w:rPr>
        <w:t xml:space="preserve">. </w:t>
      </w:r>
      <w:r w:rsidR="00017910" w:rsidRPr="006C208E">
        <w:rPr>
          <w:rFonts w:ascii="Times New Roman" w:hAnsi="Times New Roman" w:cs="Times New Roman"/>
          <w:sz w:val="24"/>
          <w:szCs w:val="24"/>
        </w:rPr>
        <w:t xml:space="preserve">The component is expected to </w:t>
      </w:r>
      <w:r w:rsidR="00AA7827" w:rsidRPr="006C208E">
        <w:rPr>
          <w:rFonts w:ascii="Times New Roman" w:hAnsi="Times New Roman" w:cs="Times New Roman"/>
          <w:sz w:val="24"/>
          <w:szCs w:val="24"/>
        </w:rPr>
        <w:t>distribute</w:t>
      </w:r>
      <w:r w:rsidR="00D00915" w:rsidRPr="006C208E">
        <w:rPr>
          <w:rFonts w:ascii="Times New Roman" w:hAnsi="Times New Roman" w:cs="Times New Roman"/>
          <w:sz w:val="24"/>
          <w:szCs w:val="24"/>
        </w:rPr>
        <w:t xml:space="preserve"> stoves to</w:t>
      </w:r>
      <w:r w:rsidR="00AA7827" w:rsidRPr="006C208E">
        <w:rPr>
          <w:rFonts w:ascii="Times New Roman" w:hAnsi="Times New Roman" w:cs="Times New Roman"/>
          <w:sz w:val="24"/>
          <w:szCs w:val="24"/>
        </w:rPr>
        <w:t xml:space="preserve"> </w:t>
      </w:r>
      <w:r w:rsidR="00061A5E" w:rsidRPr="006C208E">
        <w:rPr>
          <w:rFonts w:ascii="Times New Roman" w:hAnsi="Times New Roman" w:cs="Times New Roman"/>
          <w:sz w:val="24"/>
          <w:szCs w:val="24"/>
        </w:rPr>
        <w:t>150</w:t>
      </w:r>
      <w:r w:rsidR="00017910" w:rsidRPr="006C208E">
        <w:rPr>
          <w:rFonts w:ascii="Times New Roman" w:hAnsi="Times New Roman" w:cs="Times New Roman"/>
          <w:sz w:val="24"/>
          <w:szCs w:val="24"/>
        </w:rPr>
        <w:t>,000 households</w:t>
      </w:r>
      <w:r w:rsidR="00A22034" w:rsidRPr="006C208E">
        <w:rPr>
          <w:rFonts w:ascii="Times New Roman" w:hAnsi="Times New Roman" w:cs="Times New Roman"/>
          <w:sz w:val="24"/>
          <w:szCs w:val="24"/>
        </w:rPr>
        <w:t xml:space="preserve"> </w:t>
      </w:r>
      <w:r w:rsidR="00D00915" w:rsidRPr="006C208E">
        <w:rPr>
          <w:rFonts w:ascii="Times New Roman" w:hAnsi="Times New Roman" w:cs="Times New Roman"/>
          <w:sz w:val="24"/>
          <w:szCs w:val="24"/>
        </w:rPr>
        <w:t xml:space="preserve">benefiting around </w:t>
      </w:r>
      <w:r w:rsidR="00A22034" w:rsidRPr="006C208E">
        <w:rPr>
          <w:rFonts w:ascii="Times New Roman" w:hAnsi="Times New Roman" w:cs="Times New Roman"/>
          <w:sz w:val="24"/>
          <w:szCs w:val="24"/>
        </w:rPr>
        <w:t xml:space="preserve">645,000 </w:t>
      </w:r>
      <w:r w:rsidR="00D00915" w:rsidRPr="006C208E">
        <w:rPr>
          <w:rFonts w:ascii="Times New Roman" w:hAnsi="Times New Roman" w:cs="Times New Roman"/>
          <w:sz w:val="24"/>
          <w:szCs w:val="24"/>
        </w:rPr>
        <w:t>people</w:t>
      </w:r>
      <w:r w:rsidR="00353EB4" w:rsidRPr="006C208E">
        <w:rPr>
          <w:rFonts w:ascii="Times New Roman" w:hAnsi="Times New Roman" w:cs="Times New Roman"/>
          <w:sz w:val="24"/>
          <w:szCs w:val="24"/>
        </w:rPr>
        <w:t xml:space="preserve">. </w:t>
      </w:r>
    </w:p>
    <w:p w14:paraId="34CC8204" w14:textId="1DC33C23" w:rsidR="00B12FBC" w:rsidRPr="006C208E" w:rsidRDefault="00B12FBC" w:rsidP="001F3827">
      <w:pPr>
        <w:pStyle w:val="ListParagraph"/>
        <w:spacing w:after="0"/>
        <w:ind w:left="360"/>
        <w:jc w:val="both"/>
        <w:rPr>
          <w:rFonts w:ascii="Times New Roman" w:hAnsi="Times New Roman" w:cs="Times New Roman"/>
          <w:sz w:val="24"/>
          <w:szCs w:val="24"/>
        </w:rPr>
      </w:pPr>
    </w:p>
    <w:p w14:paraId="563146E1" w14:textId="02B023F9" w:rsidR="006809C7" w:rsidRPr="006C208E" w:rsidRDefault="006809C7" w:rsidP="006C208E">
      <w:pPr>
        <w:pStyle w:val="ListParagraph"/>
        <w:numPr>
          <w:ilvl w:val="0"/>
          <w:numId w:val="24"/>
        </w:numPr>
        <w:spacing w:after="0"/>
        <w:jc w:val="both"/>
        <w:rPr>
          <w:rFonts w:ascii="Times New Roman" w:hAnsi="Times New Roman" w:cs="Times New Roman"/>
          <w:sz w:val="24"/>
          <w:szCs w:val="24"/>
        </w:rPr>
      </w:pPr>
      <w:r w:rsidRPr="006C208E">
        <w:rPr>
          <w:rFonts w:ascii="Times New Roman" w:hAnsi="Times New Roman" w:cs="Times New Roman"/>
          <w:sz w:val="24"/>
          <w:szCs w:val="24"/>
        </w:rPr>
        <w:t>The NNNF Manager</w:t>
      </w:r>
      <w:r w:rsidR="00115A3E" w:rsidRPr="006C208E">
        <w:rPr>
          <w:rFonts w:ascii="Times New Roman" w:hAnsi="Times New Roman" w:cs="Times New Roman"/>
          <w:sz w:val="24"/>
          <w:szCs w:val="24"/>
        </w:rPr>
        <w:t xml:space="preserve">, </w:t>
      </w:r>
      <w:r w:rsidRPr="006C208E">
        <w:rPr>
          <w:rFonts w:ascii="Times New Roman" w:hAnsi="Times New Roman" w:cs="Times New Roman"/>
          <w:sz w:val="24"/>
          <w:szCs w:val="24"/>
        </w:rPr>
        <w:t>Infrastructure Development Company Limited (IDCOL)</w:t>
      </w:r>
      <w:r w:rsidR="00115A3E" w:rsidRPr="006C208E">
        <w:rPr>
          <w:rFonts w:ascii="Times New Roman" w:hAnsi="Times New Roman" w:cs="Times New Roman"/>
          <w:sz w:val="24"/>
          <w:szCs w:val="24"/>
        </w:rPr>
        <w:t xml:space="preserve"> </w:t>
      </w:r>
      <w:r w:rsidRPr="006C208E">
        <w:rPr>
          <w:rFonts w:ascii="Times New Roman" w:hAnsi="Times New Roman" w:cs="Times New Roman"/>
          <w:sz w:val="24"/>
          <w:szCs w:val="24"/>
        </w:rPr>
        <w:t xml:space="preserve">on behalf of the </w:t>
      </w:r>
      <w:proofErr w:type="spellStart"/>
      <w:r w:rsidR="00EE2095">
        <w:rPr>
          <w:rFonts w:ascii="Times New Roman" w:hAnsi="Times New Roman" w:cs="Times New Roman"/>
          <w:sz w:val="24"/>
          <w:szCs w:val="24"/>
        </w:rPr>
        <w:t>MoE</w:t>
      </w:r>
      <w:proofErr w:type="spellEnd"/>
      <w:r w:rsidR="000B0952" w:rsidRPr="006C208E">
        <w:rPr>
          <w:rFonts w:ascii="Times New Roman" w:hAnsi="Times New Roman" w:cs="Times New Roman"/>
          <w:sz w:val="24"/>
          <w:szCs w:val="24"/>
        </w:rPr>
        <w:t>,</w:t>
      </w:r>
      <w:r w:rsidRPr="006C208E">
        <w:rPr>
          <w:rFonts w:ascii="Times New Roman" w:hAnsi="Times New Roman" w:cs="Times New Roman"/>
          <w:sz w:val="24"/>
          <w:szCs w:val="24"/>
        </w:rPr>
        <w:t xml:space="preserve"> invites applications from</w:t>
      </w:r>
      <w:r w:rsidR="00A76229" w:rsidRPr="006C208E">
        <w:rPr>
          <w:rFonts w:ascii="Times New Roman" w:hAnsi="Times New Roman" w:cs="Times New Roman"/>
          <w:sz w:val="24"/>
          <w:szCs w:val="24"/>
        </w:rPr>
        <w:t xml:space="preserve"> eligible</w:t>
      </w:r>
      <w:r w:rsidRPr="006C208E">
        <w:rPr>
          <w:rFonts w:ascii="Times New Roman" w:hAnsi="Times New Roman" w:cs="Times New Roman"/>
          <w:sz w:val="24"/>
          <w:szCs w:val="24"/>
        </w:rPr>
        <w:t xml:space="preserve"> </w:t>
      </w:r>
      <w:r w:rsidR="00A91585" w:rsidRPr="006C208E">
        <w:rPr>
          <w:rFonts w:ascii="Times New Roman" w:hAnsi="Times New Roman" w:cs="Times New Roman"/>
          <w:sz w:val="24"/>
          <w:szCs w:val="24"/>
        </w:rPr>
        <w:t>a</w:t>
      </w:r>
      <w:r w:rsidRPr="006C208E">
        <w:rPr>
          <w:rFonts w:ascii="Times New Roman" w:hAnsi="Times New Roman" w:cs="Times New Roman"/>
          <w:sz w:val="24"/>
          <w:szCs w:val="24"/>
        </w:rPr>
        <w:t xml:space="preserve">pplicants that meet </w:t>
      </w:r>
      <w:r w:rsidR="00524BAB" w:rsidRPr="006C208E">
        <w:rPr>
          <w:rFonts w:ascii="Times New Roman" w:hAnsi="Times New Roman" w:cs="Times New Roman"/>
          <w:sz w:val="24"/>
          <w:szCs w:val="24"/>
        </w:rPr>
        <w:t>the criteria</w:t>
      </w:r>
      <w:r w:rsidRPr="006C208E">
        <w:rPr>
          <w:rFonts w:ascii="Times New Roman" w:hAnsi="Times New Roman" w:cs="Times New Roman"/>
          <w:sz w:val="24"/>
          <w:szCs w:val="24"/>
        </w:rPr>
        <w:t xml:space="preserve"> set out in Section </w:t>
      </w:r>
      <w:r w:rsidR="00262A3D">
        <w:rPr>
          <w:rFonts w:ascii="Times New Roman" w:hAnsi="Times New Roman" w:cs="Times New Roman"/>
          <w:sz w:val="24"/>
          <w:szCs w:val="24"/>
        </w:rPr>
        <w:t>2</w:t>
      </w:r>
      <w:r w:rsidR="003B47AE" w:rsidRPr="006C208E">
        <w:rPr>
          <w:rFonts w:ascii="Times New Roman" w:hAnsi="Times New Roman" w:cs="Times New Roman"/>
          <w:sz w:val="24"/>
          <w:szCs w:val="24"/>
        </w:rPr>
        <w:t xml:space="preserve"> </w:t>
      </w:r>
      <w:r w:rsidRPr="006C208E">
        <w:rPr>
          <w:rFonts w:ascii="Times New Roman" w:hAnsi="Times New Roman" w:cs="Times New Roman"/>
          <w:sz w:val="24"/>
          <w:szCs w:val="24"/>
        </w:rPr>
        <w:t xml:space="preserve">of this Request for Business Plans. </w:t>
      </w:r>
    </w:p>
    <w:p w14:paraId="2DA97885" w14:textId="77777777" w:rsidR="00593880" w:rsidRPr="006C208E" w:rsidRDefault="00593880" w:rsidP="006C208E">
      <w:pPr>
        <w:spacing w:after="0"/>
        <w:jc w:val="both"/>
        <w:rPr>
          <w:rFonts w:ascii="Times New Roman" w:hAnsi="Times New Roman" w:cs="Times New Roman"/>
          <w:sz w:val="24"/>
          <w:szCs w:val="24"/>
        </w:rPr>
      </w:pPr>
    </w:p>
    <w:p w14:paraId="770645EC" w14:textId="66313EAC" w:rsidR="00593880" w:rsidRPr="006C208E" w:rsidRDefault="00115A3E" w:rsidP="006C208E">
      <w:pPr>
        <w:pStyle w:val="ListParagraph"/>
        <w:numPr>
          <w:ilvl w:val="0"/>
          <w:numId w:val="24"/>
        </w:numPr>
        <w:spacing w:after="0"/>
        <w:jc w:val="both"/>
        <w:rPr>
          <w:rFonts w:ascii="Times New Roman" w:hAnsi="Times New Roman" w:cs="Times New Roman"/>
          <w:sz w:val="24"/>
          <w:szCs w:val="24"/>
        </w:rPr>
      </w:pPr>
      <w:r w:rsidRPr="006C208E">
        <w:rPr>
          <w:rFonts w:ascii="Times New Roman" w:hAnsi="Times New Roman" w:cs="Times New Roman"/>
          <w:sz w:val="24"/>
          <w:szCs w:val="24"/>
        </w:rPr>
        <w:t xml:space="preserve">All </w:t>
      </w:r>
      <w:r w:rsidR="00A76229" w:rsidRPr="006C208E">
        <w:rPr>
          <w:rFonts w:ascii="Times New Roman" w:hAnsi="Times New Roman" w:cs="Times New Roman"/>
          <w:sz w:val="24"/>
          <w:szCs w:val="24"/>
        </w:rPr>
        <w:t>a</w:t>
      </w:r>
      <w:r w:rsidRPr="006C208E">
        <w:rPr>
          <w:rFonts w:ascii="Times New Roman" w:hAnsi="Times New Roman" w:cs="Times New Roman"/>
          <w:sz w:val="24"/>
          <w:szCs w:val="24"/>
        </w:rPr>
        <w:t xml:space="preserve">pplicants must submit </w:t>
      </w:r>
      <w:r w:rsidR="00593880" w:rsidRPr="006C208E">
        <w:rPr>
          <w:rFonts w:ascii="Times New Roman" w:hAnsi="Times New Roman" w:cs="Times New Roman"/>
          <w:sz w:val="24"/>
          <w:szCs w:val="24"/>
        </w:rPr>
        <w:t>the following forms:</w:t>
      </w:r>
    </w:p>
    <w:p w14:paraId="4B3416B4" w14:textId="460E30AB" w:rsidR="00593880" w:rsidRPr="006C208E" w:rsidRDefault="00115A3E" w:rsidP="006C208E">
      <w:pPr>
        <w:pStyle w:val="ListParagraph"/>
        <w:numPr>
          <w:ilvl w:val="1"/>
          <w:numId w:val="24"/>
        </w:numPr>
        <w:spacing w:after="0"/>
        <w:ind w:left="810" w:hanging="270"/>
        <w:jc w:val="both"/>
        <w:rPr>
          <w:rFonts w:ascii="Times New Roman" w:hAnsi="Times New Roman" w:cs="Times New Roman"/>
          <w:sz w:val="24"/>
          <w:szCs w:val="24"/>
        </w:rPr>
      </w:pPr>
      <w:r w:rsidRPr="006C208E">
        <w:rPr>
          <w:rFonts w:ascii="Times New Roman" w:hAnsi="Times New Roman" w:cs="Times New Roman"/>
          <w:sz w:val="24"/>
          <w:szCs w:val="24"/>
        </w:rPr>
        <w:t>Application Form</w:t>
      </w:r>
      <w:r w:rsidR="00593880" w:rsidRPr="006C208E">
        <w:rPr>
          <w:rFonts w:ascii="Times New Roman" w:hAnsi="Times New Roman" w:cs="Times New Roman"/>
          <w:sz w:val="24"/>
          <w:szCs w:val="24"/>
        </w:rPr>
        <w:t xml:space="preserve"> as outlined in </w:t>
      </w:r>
      <w:hyperlink w:anchor="_SECTION_4:_APPLICATION" w:history="1">
        <w:r w:rsidRPr="006C208E">
          <w:rPr>
            <w:rStyle w:val="Hyperlink"/>
            <w:rFonts w:ascii="Times New Roman" w:hAnsi="Times New Roman" w:cs="Times New Roman"/>
            <w:sz w:val="24"/>
            <w:szCs w:val="24"/>
          </w:rPr>
          <w:t>Section 4</w:t>
        </w:r>
      </w:hyperlink>
      <w:r w:rsidR="00593880" w:rsidRPr="006C208E">
        <w:rPr>
          <w:rFonts w:ascii="Times New Roman" w:hAnsi="Times New Roman" w:cs="Times New Roman"/>
          <w:sz w:val="24"/>
          <w:szCs w:val="24"/>
        </w:rPr>
        <w:t xml:space="preserve"> of this Notice;</w:t>
      </w:r>
    </w:p>
    <w:p w14:paraId="0ED62EDE" w14:textId="0A3E4965" w:rsidR="00593880" w:rsidRPr="006C208E" w:rsidRDefault="00115A3E" w:rsidP="006C208E">
      <w:pPr>
        <w:pStyle w:val="ListParagraph"/>
        <w:numPr>
          <w:ilvl w:val="1"/>
          <w:numId w:val="24"/>
        </w:numPr>
        <w:spacing w:after="0"/>
        <w:ind w:left="810" w:hanging="270"/>
        <w:jc w:val="both"/>
        <w:rPr>
          <w:rFonts w:ascii="Times New Roman" w:hAnsi="Times New Roman" w:cs="Times New Roman"/>
          <w:sz w:val="24"/>
          <w:szCs w:val="24"/>
        </w:rPr>
      </w:pPr>
      <w:r w:rsidRPr="006C208E">
        <w:rPr>
          <w:rFonts w:ascii="Times New Roman" w:hAnsi="Times New Roman" w:cs="Times New Roman"/>
          <w:sz w:val="24"/>
          <w:szCs w:val="24"/>
        </w:rPr>
        <w:t xml:space="preserve">Business Plan </w:t>
      </w:r>
      <w:r w:rsidR="00593880" w:rsidRPr="006C208E">
        <w:rPr>
          <w:rFonts w:ascii="Times New Roman" w:hAnsi="Times New Roman" w:cs="Times New Roman"/>
          <w:sz w:val="24"/>
          <w:szCs w:val="24"/>
        </w:rPr>
        <w:t xml:space="preserve">including all the </w:t>
      </w:r>
      <w:r w:rsidR="00A76229" w:rsidRPr="006C208E">
        <w:rPr>
          <w:rFonts w:ascii="Times New Roman" w:hAnsi="Times New Roman" w:cs="Times New Roman"/>
          <w:sz w:val="24"/>
          <w:szCs w:val="24"/>
        </w:rPr>
        <w:t>a</w:t>
      </w:r>
      <w:r w:rsidR="00593880" w:rsidRPr="006C208E">
        <w:rPr>
          <w:rFonts w:ascii="Times New Roman" w:hAnsi="Times New Roman" w:cs="Times New Roman"/>
          <w:sz w:val="24"/>
          <w:szCs w:val="24"/>
        </w:rPr>
        <w:t xml:space="preserve">nnexed items as outlined in </w:t>
      </w:r>
      <w:hyperlink w:anchor="_SECTION_5:_OUTLINE" w:history="1">
        <w:r w:rsidRPr="006C208E">
          <w:rPr>
            <w:rStyle w:val="Hyperlink"/>
            <w:rFonts w:ascii="Times New Roman" w:hAnsi="Times New Roman" w:cs="Times New Roman"/>
            <w:sz w:val="24"/>
            <w:szCs w:val="24"/>
          </w:rPr>
          <w:t>Section 5</w:t>
        </w:r>
      </w:hyperlink>
      <w:r w:rsidR="00593880" w:rsidRPr="006C208E">
        <w:rPr>
          <w:rFonts w:ascii="Times New Roman" w:hAnsi="Times New Roman" w:cs="Times New Roman"/>
          <w:sz w:val="24"/>
          <w:szCs w:val="24"/>
        </w:rPr>
        <w:t xml:space="preserve"> of this Notice;</w:t>
      </w:r>
      <w:r w:rsidR="006D1C37" w:rsidRPr="006C208E">
        <w:rPr>
          <w:rFonts w:ascii="Times New Roman" w:hAnsi="Times New Roman" w:cs="Times New Roman"/>
          <w:sz w:val="24"/>
          <w:szCs w:val="24"/>
        </w:rPr>
        <w:t xml:space="preserve"> and</w:t>
      </w:r>
    </w:p>
    <w:p w14:paraId="556DB49A" w14:textId="6DA5EE94" w:rsidR="00593880" w:rsidRPr="006C208E" w:rsidRDefault="00593880" w:rsidP="006C208E">
      <w:pPr>
        <w:pStyle w:val="ListParagraph"/>
        <w:numPr>
          <w:ilvl w:val="1"/>
          <w:numId w:val="24"/>
        </w:numPr>
        <w:spacing w:after="0"/>
        <w:ind w:left="810" w:hanging="270"/>
        <w:jc w:val="both"/>
        <w:rPr>
          <w:rFonts w:ascii="Times New Roman" w:hAnsi="Times New Roman" w:cs="Times New Roman"/>
          <w:sz w:val="24"/>
          <w:szCs w:val="24"/>
        </w:rPr>
      </w:pPr>
      <w:r w:rsidRPr="006C208E">
        <w:rPr>
          <w:rFonts w:ascii="Times New Roman" w:hAnsi="Times New Roman" w:cs="Times New Roman"/>
          <w:sz w:val="24"/>
          <w:szCs w:val="24"/>
        </w:rPr>
        <w:t xml:space="preserve">Documents as outlined in </w:t>
      </w:r>
      <w:hyperlink w:anchor="_SECTION_6:_ANNEX" w:history="1">
        <w:r w:rsidRPr="006C208E">
          <w:rPr>
            <w:rStyle w:val="Hyperlink"/>
            <w:rFonts w:ascii="Times New Roman" w:hAnsi="Times New Roman" w:cs="Times New Roman"/>
            <w:sz w:val="24"/>
            <w:szCs w:val="24"/>
          </w:rPr>
          <w:t>Section 6</w:t>
        </w:r>
      </w:hyperlink>
      <w:r w:rsidRPr="006C208E">
        <w:rPr>
          <w:rFonts w:ascii="Times New Roman" w:hAnsi="Times New Roman" w:cs="Times New Roman"/>
          <w:sz w:val="24"/>
          <w:szCs w:val="24"/>
        </w:rPr>
        <w:t xml:space="preserve"> of this Notice.</w:t>
      </w:r>
    </w:p>
    <w:p w14:paraId="51C2EBFB" w14:textId="77777777" w:rsidR="00593880" w:rsidRPr="006C208E" w:rsidRDefault="00593880" w:rsidP="006C208E">
      <w:pPr>
        <w:spacing w:after="0"/>
        <w:jc w:val="both"/>
        <w:rPr>
          <w:rFonts w:ascii="Times New Roman" w:hAnsi="Times New Roman" w:cs="Times New Roman"/>
          <w:sz w:val="24"/>
          <w:szCs w:val="24"/>
        </w:rPr>
      </w:pPr>
    </w:p>
    <w:p w14:paraId="2CA3CA73" w14:textId="5BA7AFC4" w:rsidR="00593880" w:rsidRDefault="006809C7" w:rsidP="000E12EC">
      <w:pPr>
        <w:pStyle w:val="ListParagraph"/>
        <w:numPr>
          <w:ilvl w:val="0"/>
          <w:numId w:val="24"/>
        </w:numPr>
        <w:spacing w:after="0"/>
        <w:jc w:val="both"/>
        <w:rPr>
          <w:rFonts w:ascii="Times New Roman" w:hAnsi="Times New Roman" w:cs="Times New Roman"/>
          <w:sz w:val="24"/>
          <w:szCs w:val="24"/>
        </w:rPr>
      </w:pPr>
      <w:r w:rsidRPr="006C208E">
        <w:rPr>
          <w:rFonts w:ascii="Times New Roman" w:hAnsi="Times New Roman" w:cs="Times New Roman"/>
          <w:sz w:val="24"/>
          <w:szCs w:val="24"/>
        </w:rPr>
        <w:t>Details of the submission address, deadline and format are provided in the Data Sheet (</w:t>
      </w:r>
      <w:hyperlink w:anchor="_SECTION_3:_DATA" w:history="1">
        <w:r w:rsidRPr="006C208E">
          <w:rPr>
            <w:rStyle w:val="Hyperlink"/>
            <w:rFonts w:ascii="Times New Roman" w:hAnsi="Times New Roman" w:cs="Times New Roman"/>
            <w:sz w:val="24"/>
            <w:szCs w:val="24"/>
          </w:rPr>
          <w:t>Section 3</w:t>
        </w:r>
      </w:hyperlink>
      <w:r w:rsidRPr="006C208E">
        <w:rPr>
          <w:rFonts w:ascii="Times New Roman" w:hAnsi="Times New Roman" w:cs="Times New Roman"/>
          <w:sz w:val="24"/>
          <w:szCs w:val="24"/>
        </w:rPr>
        <w:t>).</w:t>
      </w:r>
    </w:p>
    <w:p w14:paraId="0F187303" w14:textId="77777777" w:rsidR="003358C0" w:rsidRPr="000E12EC" w:rsidRDefault="003358C0" w:rsidP="002D5C99">
      <w:pPr>
        <w:pStyle w:val="ListParagraph"/>
        <w:spacing w:after="0"/>
        <w:ind w:left="360"/>
        <w:jc w:val="both"/>
        <w:rPr>
          <w:rFonts w:ascii="Times New Roman" w:hAnsi="Times New Roman" w:cs="Times New Roman"/>
          <w:sz w:val="24"/>
          <w:szCs w:val="24"/>
        </w:rPr>
      </w:pPr>
    </w:p>
    <w:p w14:paraId="00844857" w14:textId="3614785A" w:rsidR="00593880" w:rsidRDefault="004F032E" w:rsidP="000E12EC">
      <w:pPr>
        <w:pStyle w:val="ListParagraph"/>
        <w:numPr>
          <w:ilvl w:val="0"/>
          <w:numId w:val="24"/>
        </w:numPr>
        <w:spacing w:after="0"/>
        <w:jc w:val="both"/>
        <w:rPr>
          <w:rFonts w:ascii="Times New Roman" w:hAnsi="Times New Roman" w:cs="Times New Roman"/>
          <w:sz w:val="24"/>
          <w:szCs w:val="24"/>
        </w:rPr>
      </w:pPr>
      <w:r w:rsidRPr="0065146F">
        <w:rPr>
          <w:rFonts w:ascii="Times New Roman" w:hAnsi="Times New Roman" w:cs="Times New Roman"/>
          <w:sz w:val="24"/>
          <w:szCs w:val="24"/>
        </w:rPr>
        <w:t xml:space="preserve">Only selected companies shall be contacted after evaluation. </w:t>
      </w:r>
    </w:p>
    <w:p w14:paraId="7EF32070" w14:textId="77777777" w:rsidR="003358C0" w:rsidRPr="0065146F" w:rsidRDefault="003358C0" w:rsidP="002D5C99">
      <w:pPr>
        <w:pStyle w:val="ListParagraph"/>
        <w:spacing w:after="0"/>
        <w:ind w:left="360"/>
        <w:jc w:val="both"/>
        <w:rPr>
          <w:rFonts w:ascii="Times New Roman" w:hAnsi="Times New Roman" w:cs="Times New Roman"/>
          <w:sz w:val="24"/>
          <w:szCs w:val="24"/>
        </w:rPr>
      </w:pPr>
    </w:p>
    <w:p w14:paraId="637DD68C" w14:textId="36C38F70" w:rsidR="00593880" w:rsidRPr="006C208E" w:rsidRDefault="00593880" w:rsidP="006C208E">
      <w:pPr>
        <w:pStyle w:val="ListParagraph"/>
        <w:numPr>
          <w:ilvl w:val="0"/>
          <w:numId w:val="24"/>
        </w:numPr>
        <w:spacing w:after="0"/>
        <w:jc w:val="both"/>
        <w:rPr>
          <w:rFonts w:ascii="Times New Roman" w:hAnsi="Times New Roman" w:cs="Times New Roman"/>
          <w:sz w:val="24"/>
          <w:szCs w:val="24"/>
        </w:rPr>
      </w:pPr>
      <w:r w:rsidRPr="006C208E">
        <w:rPr>
          <w:rFonts w:ascii="Times New Roman" w:hAnsi="Times New Roman" w:cs="Times New Roman"/>
          <w:sz w:val="24"/>
          <w:szCs w:val="24"/>
        </w:rPr>
        <w:t xml:space="preserve">The Business Plan must be submitted on or </w:t>
      </w:r>
      <w:r w:rsidRPr="00A067F8">
        <w:rPr>
          <w:rFonts w:ascii="Times New Roman" w:hAnsi="Times New Roman" w:cs="Times New Roman"/>
          <w:sz w:val="24"/>
          <w:szCs w:val="24"/>
        </w:rPr>
        <w:t xml:space="preserve">before </w:t>
      </w:r>
      <w:r w:rsidR="002473F7">
        <w:rPr>
          <w:rFonts w:ascii="Times New Roman" w:hAnsi="Times New Roman" w:cs="Times New Roman"/>
          <w:b/>
          <w:bCs/>
          <w:sz w:val="24"/>
          <w:szCs w:val="24"/>
        </w:rPr>
        <w:t>21</w:t>
      </w:r>
      <w:r w:rsidR="002473F7" w:rsidRPr="001F3827">
        <w:rPr>
          <w:rFonts w:ascii="Times New Roman" w:hAnsi="Times New Roman" w:cs="Times New Roman"/>
          <w:b/>
          <w:bCs/>
          <w:sz w:val="24"/>
          <w:szCs w:val="24"/>
          <w:vertAlign w:val="superscript"/>
        </w:rPr>
        <w:t>st</w:t>
      </w:r>
      <w:r w:rsidR="00336460" w:rsidRPr="00A067F8">
        <w:rPr>
          <w:rFonts w:ascii="Times New Roman" w:hAnsi="Times New Roman" w:cs="Times New Roman"/>
          <w:b/>
          <w:bCs/>
          <w:sz w:val="24"/>
          <w:szCs w:val="24"/>
        </w:rPr>
        <w:t xml:space="preserve"> </w:t>
      </w:r>
      <w:r w:rsidR="004C0826" w:rsidRPr="00A067F8">
        <w:rPr>
          <w:rFonts w:ascii="Times New Roman" w:hAnsi="Times New Roman" w:cs="Times New Roman"/>
          <w:b/>
          <w:bCs/>
          <w:sz w:val="24"/>
          <w:szCs w:val="24"/>
        </w:rPr>
        <w:t>September</w:t>
      </w:r>
      <w:r w:rsidR="004C0826" w:rsidRPr="00A067F8">
        <w:rPr>
          <w:rFonts w:ascii="Times New Roman" w:hAnsi="Times New Roman" w:cs="Times New Roman"/>
          <w:sz w:val="24"/>
          <w:szCs w:val="24"/>
        </w:rPr>
        <w:t xml:space="preserve"> </w:t>
      </w:r>
      <w:r w:rsidR="00C12A2B" w:rsidRPr="00A067F8">
        <w:rPr>
          <w:rFonts w:ascii="Times New Roman" w:hAnsi="Times New Roman" w:cs="Times New Roman"/>
          <w:b/>
          <w:bCs/>
          <w:sz w:val="24"/>
          <w:szCs w:val="24"/>
        </w:rPr>
        <w:t xml:space="preserve">2026 </w:t>
      </w:r>
      <w:r w:rsidRPr="00A067F8">
        <w:rPr>
          <w:rFonts w:ascii="Times New Roman" w:hAnsi="Times New Roman" w:cs="Times New Roman"/>
          <w:b/>
          <w:bCs/>
          <w:sz w:val="24"/>
          <w:szCs w:val="24"/>
        </w:rPr>
        <w:t xml:space="preserve">by </w:t>
      </w:r>
      <w:r w:rsidR="00CE0EF8" w:rsidRPr="00A067F8">
        <w:rPr>
          <w:rFonts w:ascii="Times New Roman" w:hAnsi="Times New Roman" w:cs="Times New Roman"/>
          <w:b/>
          <w:bCs/>
          <w:sz w:val="24"/>
          <w:szCs w:val="24"/>
        </w:rPr>
        <w:t>2</w:t>
      </w:r>
      <w:r w:rsidRPr="00A067F8">
        <w:rPr>
          <w:rFonts w:ascii="Times New Roman" w:hAnsi="Times New Roman" w:cs="Times New Roman"/>
          <w:b/>
          <w:bCs/>
          <w:sz w:val="24"/>
          <w:szCs w:val="24"/>
        </w:rPr>
        <w:t>:00 PM</w:t>
      </w:r>
      <w:r w:rsidRPr="006C208E">
        <w:rPr>
          <w:rFonts w:ascii="Times New Roman" w:hAnsi="Times New Roman" w:cs="Times New Roman"/>
          <w:sz w:val="24"/>
          <w:szCs w:val="24"/>
        </w:rPr>
        <w:t xml:space="preserve"> </w:t>
      </w:r>
      <w:r w:rsidR="00D211C2" w:rsidRPr="006C208E">
        <w:rPr>
          <w:rFonts w:ascii="Times New Roman" w:hAnsi="Times New Roman" w:cs="Times New Roman"/>
          <w:sz w:val="24"/>
          <w:szCs w:val="24"/>
        </w:rPr>
        <w:t xml:space="preserve">Central </w:t>
      </w:r>
      <w:r w:rsidRPr="006C208E">
        <w:rPr>
          <w:rFonts w:ascii="Times New Roman" w:hAnsi="Times New Roman" w:cs="Times New Roman"/>
          <w:sz w:val="24"/>
          <w:szCs w:val="24"/>
        </w:rPr>
        <w:t xml:space="preserve">Africa Time. </w:t>
      </w:r>
      <w:r w:rsidR="00475907" w:rsidRPr="006C208E">
        <w:rPr>
          <w:rFonts w:ascii="Times New Roman" w:hAnsi="Times New Roman" w:cs="Times New Roman"/>
          <w:sz w:val="24"/>
          <w:szCs w:val="24"/>
        </w:rPr>
        <w:t>L</w:t>
      </w:r>
      <w:r w:rsidRPr="006C208E">
        <w:rPr>
          <w:rFonts w:ascii="Times New Roman" w:hAnsi="Times New Roman" w:cs="Times New Roman"/>
          <w:sz w:val="24"/>
          <w:szCs w:val="24"/>
        </w:rPr>
        <w:t xml:space="preserve">ate submission </w:t>
      </w:r>
      <w:r w:rsidR="006411A9" w:rsidRPr="006C208E">
        <w:rPr>
          <w:rFonts w:ascii="Times New Roman" w:hAnsi="Times New Roman" w:cs="Times New Roman"/>
          <w:sz w:val="24"/>
          <w:szCs w:val="24"/>
        </w:rPr>
        <w:t>shall</w:t>
      </w:r>
      <w:r w:rsidRPr="006C208E">
        <w:rPr>
          <w:rFonts w:ascii="Times New Roman" w:hAnsi="Times New Roman" w:cs="Times New Roman"/>
          <w:sz w:val="24"/>
          <w:szCs w:val="24"/>
        </w:rPr>
        <w:t xml:space="preserve"> </w:t>
      </w:r>
      <w:r w:rsidR="00475907" w:rsidRPr="006C208E">
        <w:rPr>
          <w:rFonts w:ascii="Times New Roman" w:hAnsi="Times New Roman" w:cs="Times New Roman"/>
          <w:sz w:val="24"/>
          <w:szCs w:val="24"/>
        </w:rPr>
        <w:t xml:space="preserve">not </w:t>
      </w:r>
      <w:r w:rsidRPr="006C208E">
        <w:rPr>
          <w:rFonts w:ascii="Times New Roman" w:hAnsi="Times New Roman" w:cs="Times New Roman"/>
          <w:sz w:val="24"/>
          <w:szCs w:val="24"/>
        </w:rPr>
        <w:t>be accepted.</w:t>
      </w:r>
    </w:p>
    <w:p w14:paraId="6D9CA7FA" w14:textId="77777777" w:rsidR="00593880" w:rsidRPr="006C208E" w:rsidRDefault="00593880" w:rsidP="006C208E">
      <w:pPr>
        <w:spacing w:after="0"/>
        <w:rPr>
          <w:rFonts w:ascii="Times New Roman" w:hAnsi="Times New Roman" w:cs="Times New Roman"/>
          <w:sz w:val="24"/>
          <w:szCs w:val="24"/>
        </w:rPr>
      </w:pPr>
    </w:p>
    <w:p w14:paraId="0923580A" w14:textId="05FB20F1" w:rsidR="00593880" w:rsidRPr="006C208E" w:rsidRDefault="00593880" w:rsidP="006C208E">
      <w:pPr>
        <w:pStyle w:val="ListParagraph"/>
        <w:numPr>
          <w:ilvl w:val="0"/>
          <w:numId w:val="24"/>
        </w:numPr>
        <w:spacing w:after="0"/>
        <w:jc w:val="both"/>
        <w:rPr>
          <w:rFonts w:ascii="Times New Roman" w:hAnsi="Times New Roman" w:cs="Times New Roman"/>
          <w:sz w:val="24"/>
          <w:szCs w:val="24"/>
        </w:rPr>
      </w:pPr>
      <w:r w:rsidRPr="006C208E">
        <w:rPr>
          <w:rFonts w:ascii="Times New Roman" w:hAnsi="Times New Roman" w:cs="Times New Roman"/>
          <w:sz w:val="24"/>
          <w:szCs w:val="24"/>
        </w:rPr>
        <w:t xml:space="preserve">One (1) original and </w:t>
      </w:r>
      <w:r w:rsidR="004F7E6F">
        <w:rPr>
          <w:rFonts w:ascii="Times New Roman" w:hAnsi="Times New Roman" w:cs="Times New Roman"/>
          <w:sz w:val="24"/>
          <w:szCs w:val="24"/>
        </w:rPr>
        <w:t>one (</w:t>
      </w:r>
      <w:r w:rsidRPr="006C208E">
        <w:rPr>
          <w:rFonts w:ascii="Times New Roman" w:hAnsi="Times New Roman" w:cs="Times New Roman"/>
          <w:sz w:val="24"/>
          <w:szCs w:val="24"/>
        </w:rPr>
        <w:t>1</w:t>
      </w:r>
      <w:r w:rsidR="004F7E6F">
        <w:rPr>
          <w:rFonts w:ascii="Times New Roman" w:hAnsi="Times New Roman" w:cs="Times New Roman"/>
          <w:sz w:val="24"/>
          <w:szCs w:val="24"/>
        </w:rPr>
        <w:t>)</w:t>
      </w:r>
      <w:r w:rsidRPr="006C208E">
        <w:rPr>
          <w:rFonts w:ascii="Times New Roman" w:hAnsi="Times New Roman" w:cs="Times New Roman"/>
          <w:sz w:val="24"/>
          <w:szCs w:val="24"/>
        </w:rPr>
        <w:t xml:space="preserve"> copy of </w:t>
      </w:r>
      <w:r w:rsidR="00AE3A5D" w:rsidRPr="006C208E">
        <w:rPr>
          <w:rFonts w:ascii="Times New Roman" w:hAnsi="Times New Roman" w:cs="Times New Roman"/>
          <w:sz w:val="24"/>
          <w:szCs w:val="24"/>
        </w:rPr>
        <w:t xml:space="preserve">the </w:t>
      </w:r>
      <w:r w:rsidRPr="006C208E">
        <w:rPr>
          <w:rFonts w:ascii="Times New Roman" w:hAnsi="Times New Roman" w:cs="Times New Roman"/>
          <w:sz w:val="24"/>
          <w:szCs w:val="24"/>
        </w:rPr>
        <w:t xml:space="preserve">Business Plan and Application Form must be submitted in printed form </w:t>
      </w:r>
      <w:r w:rsidR="00E60D6A">
        <w:rPr>
          <w:rFonts w:ascii="Times New Roman" w:hAnsi="Times New Roman" w:cs="Times New Roman"/>
          <w:sz w:val="24"/>
          <w:szCs w:val="24"/>
        </w:rPr>
        <w:t>to</w:t>
      </w:r>
      <w:r w:rsidRPr="006C208E">
        <w:rPr>
          <w:rFonts w:ascii="Times New Roman" w:hAnsi="Times New Roman" w:cs="Times New Roman"/>
          <w:sz w:val="24"/>
          <w:szCs w:val="24"/>
        </w:rPr>
        <w:t xml:space="preserve"> the address </w:t>
      </w:r>
      <w:r w:rsidR="006A4B9E">
        <w:rPr>
          <w:rFonts w:ascii="Times New Roman" w:hAnsi="Times New Roman" w:cs="Times New Roman"/>
          <w:sz w:val="24"/>
          <w:szCs w:val="24"/>
        </w:rPr>
        <w:t xml:space="preserve">below, </w:t>
      </w:r>
      <w:r w:rsidRPr="006C208E">
        <w:rPr>
          <w:rFonts w:ascii="Times New Roman" w:hAnsi="Times New Roman" w:cs="Times New Roman"/>
          <w:sz w:val="24"/>
          <w:szCs w:val="24"/>
        </w:rPr>
        <w:t xml:space="preserve">within the </w:t>
      </w:r>
      <w:r w:rsidR="006A4B9E">
        <w:rPr>
          <w:rFonts w:ascii="Times New Roman" w:hAnsi="Times New Roman" w:cs="Times New Roman"/>
          <w:sz w:val="24"/>
          <w:szCs w:val="24"/>
        </w:rPr>
        <w:t xml:space="preserve">specified </w:t>
      </w:r>
      <w:r w:rsidRPr="006C208E">
        <w:rPr>
          <w:rFonts w:ascii="Times New Roman" w:hAnsi="Times New Roman" w:cs="Times New Roman"/>
          <w:sz w:val="24"/>
          <w:szCs w:val="24"/>
        </w:rPr>
        <w:t>deadline</w:t>
      </w:r>
      <w:r w:rsidR="00E96C43">
        <w:rPr>
          <w:rFonts w:ascii="Times New Roman" w:hAnsi="Times New Roman" w:cs="Times New Roman"/>
          <w:sz w:val="24"/>
          <w:szCs w:val="24"/>
        </w:rPr>
        <w:t>. In addition, an electronic</w:t>
      </w:r>
      <w:r w:rsidRPr="006C208E">
        <w:rPr>
          <w:rFonts w:ascii="Times New Roman" w:hAnsi="Times New Roman" w:cs="Times New Roman"/>
          <w:sz w:val="24"/>
          <w:szCs w:val="24"/>
        </w:rPr>
        <w:t xml:space="preserve"> copy </w:t>
      </w:r>
      <w:r w:rsidR="00E96C43">
        <w:rPr>
          <w:rFonts w:ascii="Times New Roman" w:hAnsi="Times New Roman" w:cs="Times New Roman"/>
          <w:sz w:val="24"/>
          <w:szCs w:val="24"/>
        </w:rPr>
        <w:t>must</w:t>
      </w:r>
      <w:r w:rsidRPr="006C208E">
        <w:rPr>
          <w:rFonts w:ascii="Times New Roman" w:hAnsi="Times New Roman" w:cs="Times New Roman"/>
          <w:sz w:val="24"/>
          <w:szCs w:val="24"/>
        </w:rPr>
        <w:t xml:space="preserve"> be </w:t>
      </w:r>
      <w:r w:rsidR="00FC2FE8" w:rsidRPr="006C208E">
        <w:rPr>
          <w:rFonts w:ascii="Times New Roman" w:hAnsi="Times New Roman" w:cs="Times New Roman"/>
          <w:sz w:val="24"/>
          <w:szCs w:val="24"/>
        </w:rPr>
        <w:t>sent to</w:t>
      </w:r>
      <w:r w:rsidRPr="006C208E">
        <w:rPr>
          <w:rFonts w:ascii="Times New Roman" w:hAnsi="Times New Roman" w:cs="Times New Roman"/>
          <w:sz w:val="24"/>
          <w:szCs w:val="24"/>
        </w:rPr>
        <w:t xml:space="preserve"> the email address </w:t>
      </w:r>
      <w:r w:rsidR="006A4B9E">
        <w:rPr>
          <w:rFonts w:ascii="Times New Roman" w:hAnsi="Times New Roman" w:cs="Times New Roman"/>
          <w:sz w:val="24"/>
          <w:szCs w:val="24"/>
        </w:rPr>
        <w:t xml:space="preserve">below </w:t>
      </w:r>
      <w:r w:rsidRPr="006C208E">
        <w:rPr>
          <w:rFonts w:ascii="Times New Roman" w:hAnsi="Times New Roman" w:cs="Times New Roman"/>
          <w:sz w:val="24"/>
          <w:szCs w:val="24"/>
        </w:rPr>
        <w:t>(</w:t>
      </w:r>
      <w:r w:rsidR="006A4B9E">
        <w:rPr>
          <w:rFonts w:ascii="Times New Roman" w:hAnsi="Times New Roman" w:cs="Times New Roman"/>
          <w:sz w:val="24"/>
          <w:szCs w:val="24"/>
        </w:rPr>
        <w:t xml:space="preserve">maximum </w:t>
      </w:r>
      <w:r w:rsidRPr="006C208E">
        <w:rPr>
          <w:rFonts w:ascii="Times New Roman" w:hAnsi="Times New Roman" w:cs="Times New Roman"/>
          <w:sz w:val="24"/>
          <w:szCs w:val="24"/>
        </w:rPr>
        <w:t>file size</w:t>
      </w:r>
      <w:r w:rsidR="006A4B9E">
        <w:rPr>
          <w:rFonts w:ascii="Times New Roman" w:hAnsi="Times New Roman" w:cs="Times New Roman"/>
          <w:sz w:val="24"/>
          <w:szCs w:val="24"/>
        </w:rPr>
        <w:t>:</w:t>
      </w:r>
      <w:r w:rsidRPr="006C208E">
        <w:rPr>
          <w:rFonts w:ascii="Times New Roman" w:hAnsi="Times New Roman" w:cs="Times New Roman"/>
          <w:sz w:val="24"/>
          <w:szCs w:val="24"/>
        </w:rPr>
        <w:t xml:space="preserve"> </w:t>
      </w:r>
      <w:r w:rsidR="00F10EA0">
        <w:rPr>
          <w:rFonts w:ascii="Times New Roman" w:hAnsi="Times New Roman" w:cs="Times New Roman"/>
          <w:sz w:val="24"/>
          <w:szCs w:val="24"/>
        </w:rPr>
        <w:t>not exceed</w:t>
      </w:r>
      <w:r w:rsidR="00C120C8">
        <w:rPr>
          <w:rFonts w:ascii="Times New Roman" w:hAnsi="Times New Roman" w:cs="Times New Roman"/>
          <w:sz w:val="24"/>
          <w:szCs w:val="24"/>
        </w:rPr>
        <w:t xml:space="preserve"> </w:t>
      </w:r>
      <w:r w:rsidRPr="006C208E">
        <w:rPr>
          <w:rFonts w:ascii="Times New Roman" w:hAnsi="Times New Roman" w:cs="Times New Roman"/>
          <w:sz w:val="24"/>
          <w:szCs w:val="24"/>
        </w:rPr>
        <w:t xml:space="preserve">15MB). </w:t>
      </w:r>
      <w:r w:rsidR="000B315B" w:rsidRPr="006C208E">
        <w:rPr>
          <w:rFonts w:ascii="Times New Roman" w:hAnsi="Times New Roman" w:cs="Times New Roman"/>
          <w:sz w:val="24"/>
          <w:szCs w:val="24"/>
        </w:rPr>
        <w:t>S</w:t>
      </w:r>
      <w:r w:rsidRPr="006C208E">
        <w:rPr>
          <w:rFonts w:ascii="Times New Roman" w:hAnsi="Times New Roman" w:cs="Times New Roman"/>
          <w:sz w:val="24"/>
          <w:szCs w:val="24"/>
        </w:rPr>
        <w:t>ubmission</w:t>
      </w:r>
      <w:r w:rsidR="00DA25E3">
        <w:rPr>
          <w:rFonts w:ascii="Times New Roman" w:hAnsi="Times New Roman" w:cs="Times New Roman"/>
          <w:sz w:val="24"/>
          <w:szCs w:val="24"/>
        </w:rPr>
        <w:t>s</w:t>
      </w:r>
      <w:r w:rsidR="000B315B" w:rsidRPr="006C208E">
        <w:rPr>
          <w:rFonts w:ascii="Times New Roman" w:hAnsi="Times New Roman" w:cs="Times New Roman"/>
          <w:sz w:val="24"/>
          <w:szCs w:val="24"/>
        </w:rPr>
        <w:t xml:space="preserve"> </w:t>
      </w:r>
      <w:r w:rsidR="006A4B9E">
        <w:rPr>
          <w:rFonts w:ascii="Times New Roman" w:hAnsi="Times New Roman" w:cs="Times New Roman"/>
          <w:sz w:val="24"/>
          <w:szCs w:val="24"/>
        </w:rPr>
        <w:t xml:space="preserve">that include only a </w:t>
      </w:r>
      <w:r w:rsidR="006B347F" w:rsidRPr="006C208E">
        <w:rPr>
          <w:rFonts w:ascii="Times New Roman" w:hAnsi="Times New Roman" w:cs="Times New Roman"/>
          <w:sz w:val="24"/>
          <w:szCs w:val="24"/>
        </w:rPr>
        <w:t>hard copy</w:t>
      </w:r>
      <w:r w:rsidR="000B315B" w:rsidRPr="006C208E">
        <w:rPr>
          <w:rFonts w:ascii="Times New Roman" w:hAnsi="Times New Roman" w:cs="Times New Roman"/>
          <w:sz w:val="24"/>
          <w:szCs w:val="24"/>
        </w:rPr>
        <w:t xml:space="preserve"> </w:t>
      </w:r>
      <w:r w:rsidR="006A4B9E">
        <w:rPr>
          <w:rFonts w:ascii="Times New Roman" w:hAnsi="Times New Roman" w:cs="Times New Roman"/>
          <w:sz w:val="24"/>
          <w:szCs w:val="24"/>
        </w:rPr>
        <w:t xml:space="preserve">or only an electronic copy </w:t>
      </w:r>
      <w:r w:rsidR="000B315B" w:rsidRPr="006C208E">
        <w:rPr>
          <w:rFonts w:ascii="Times New Roman" w:hAnsi="Times New Roman" w:cs="Times New Roman"/>
          <w:sz w:val="24"/>
          <w:szCs w:val="24"/>
        </w:rPr>
        <w:t xml:space="preserve">will be considered </w:t>
      </w:r>
      <w:r w:rsidR="00DA25E3">
        <w:rPr>
          <w:rFonts w:ascii="Times New Roman" w:hAnsi="Times New Roman" w:cs="Times New Roman"/>
          <w:sz w:val="24"/>
          <w:szCs w:val="24"/>
        </w:rPr>
        <w:t>in</w:t>
      </w:r>
      <w:r w:rsidR="000B315B" w:rsidRPr="006C208E">
        <w:rPr>
          <w:rFonts w:ascii="Times New Roman" w:hAnsi="Times New Roman" w:cs="Times New Roman"/>
          <w:sz w:val="24"/>
          <w:szCs w:val="24"/>
        </w:rPr>
        <w:t>compl</w:t>
      </w:r>
      <w:r w:rsidRPr="006C208E">
        <w:rPr>
          <w:rFonts w:ascii="Times New Roman" w:hAnsi="Times New Roman" w:cs="Times New Roman"/>
          <w:sz w:val="24"/>
          <w:szCs w:val="24"/>
        </w:rPr>
        <w:t xml:space="preserve">ete.  </w:t>
      </w:r>
    </w:p>
    <w:p w14:paraId="771063F1" w14:textId="77777777" w:rsidR="009D45EF" w:rsidRPr="006C208E" w:rsidRDefault="009D45EF" w:rsidP="006C208E">
      <w:pPr>
        <w:spacing w:after="0"/>
        <w:rPr>
          <w:rFonts w:ascii="Times New Roman" w:hAnsi="Times New Roman" w:cs="Times New Roman"/>
          <w:sz w:val="24"/>
          <w:szCs w:val="24"/>
        </w:rPr>
      </w:pPr>
    </w:p>
    <w:p w14:paraId="13C677D8" w14:textId="6D447A30" w:rsidR="00ED52C1" w:rsidRPr="006C208E" w:rsidRDefault="007D70E9" w:rsidP="006C208E">
      <w:pPr>
        <w:spacing w:after="0"/>
        <w:jc w:val="center"/>
        <w:rPr>
          <w:rFonts w:ascii="Times New Roman" w:hAnsi="Times New Roman" w:cs="Times New Roman"/>
          <w:sz w:val="24"/>
          <w:szCs w:val="24"/>
        </w:rPr>
      </w:pPr>
      <w:r w:rsidRPr="006C208E">
        <w:rPr>
          <w:rFonts w:ascii="Times New Roman" w:hAnsi="Times New Roman" w:cs="Times New Roman"/>
          <w:sz w:val="24"/>
          <w:szCs w:val="24"/>
        </w:rPr>
        <w:t>Sincerely,</w:t>
      </w:r>
    </w:p>
    <w:p w14:paraId="4309D4E8" w14:textId="77777777" w:rsidR="000B0952" w:rsidRPr="006C208E" w:rsidRDefault="000B0952" w:rsidP="006C208E">
      <w:pPr>
        <w:spacing w:after="0"/>
        <w:jc w:val="center"/>
        <w:rPr>
          <w:rFonts w:ascii="Times New Roman" w:hAnsi="Times New Roman" w:cs="Times New Roman"/>
          <w:sz w:val="24"/>
          <w:szCs w:val="24"/>
        </w:rPr>
      </w:pPr>
    </w:p>
    <w:p w14:paraId="29E27152" w14:textId="737D0FE8" w:rsidR="00D211C2" w:rsidRPr="006C208E" w:rsidRDefault="00D211C2" w:rsidP="006C208E">
      <w:pPr>
        <w:spacing w:after="0"/>
        <w:jc w:val="center"/>
        <w:rPr>
          <w:rFonts w:ascii="Times New Roman" w:hAnsi="Times New Roman" w:cs="Times New Roman"/>
          <w:sz w:val="24"/>
          <w:szCs w:val="24"/>
        </w:rPr>
      </w:pPr>
      <w:r w:rsidRPr="006C208E">
        <w:rPr>
          <w:rFonts w:ascii="Times New Roman" w:hAnsi="Times New Roman" w:cs="Times New Roman"/>
          <w:sz w:val="24"/>
          <w:szCs w:val="24"/>
        </w:rPr>
        <w:t>Infrastructure Development Company Limited (IDCOL)</w:t>
      </w:r>
    </w:p>
    <w:p w14:paraId="3FF05DCE" w14:textId="3B228824" w:rsidR="00ED52C1" w:rsidRPr="006C208E" w:rsidRDefault="007D70E9" w:rsidP="006C208E">
      <w:pPr>
        <w:pStyle w:val="NoSpacing"/>
        <w:spacing w:line="276" w:lineRule="auto"/>
        <w:jc w:val="center"/>
        <w:rPr>
          <w:rFonts w:ascii="Times New Roman" w:hAnsi="Times New Roman" w:cs="Times New Roman"/>
          <w:sz w:val="24"/>
          <w:szCs w:val="24"/>
        </w:rPr>
      </w:pPr>
      <w:r w:rsidRPr="006C208E">
        <w:rPr>
          <w:rFonts w:ascii="Times New Roman" w:hAnsi="Times New Roman" w:cs="Times New Roman"/>
          <w:sz w:val="24"/>
          <w:szCs w:val="24"/>
        </w:rPr>
        <w:t>Fund Manager, Ngwee </w:t>
      </w:r>
      <w:proofErr w:type="spellStart"/>
      <w:r w:rsidRPr="006C208E">
        <w:rPr>
          <w:rFonts w:ascii="Times New Roman" w:hAnsi="Times New Roman" w:cs="Times New Roman"/>
          <w:sz w:val="24"/>
          <w:szCs w:val="24"/>
        </w:rPr>
        <w:t>Ngwee</w:t>
      </w:r>
      <w:proofErr w:type="spellEnd"/>
      <w:r w:rsidRPr="006C208E">
        <w:rPr>
          <w:rFonts w:ascii="Times New Roman" w:hAnsi="Times New Roman" w:cs="Times New Roman"/>
          <w:sz w:val="24"/>
          <w:szCs w:val="24"/>
        </w:rPr>
        <w:t> Ngwee Fund</w:t>
      </w:r>
    </w:p>
    <w:p w14:paraId="473A4213" w14:textId="78B4DDB5" w:rsidR="006F68D1" w:rsidRPr="006C208E" w:rsidRDefault="000A7B96" w:rsidP="006C208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6F68D1" w:rsidRPr="006C208E">
        <w:rPr>
          <w:rFonts w:ascii="Times New Roman" w:hAnsi="Times New Roman" w:cs="Times New Roman"/>
          <w:sz w:val="24"/>
          <w:szCs w:val="24"/>
        </w:rPr>
        <w:t>Area 47, Sector 5, House no. 66 (</w:t>
      </w:r>
      <w:hyperlink r:id="rId12" w:history="1">
        <w:r w:rsidR="006F68D1" w:rsidRPr="006C208E">
          <w:rPr>
            <w:rStyle w:val="Hyperlink"/>
            <w:rFonts w:ascii="Times New Roman" w:hAnsi="Times New Roman" w:cs="Times New Roman"/>
            <w:sz w:val="24"/>
            <w:szCs w:val="24"/>
          </w:rPr>
          <w:t>https://maps.app.goo.gl/13GeA56qFcCiPZj1A</w:t>
        </w:r>
      </w:hyperlink>
      <w:r w:rsidR="006F68D1" w:rsidRPr="006C208E">
        <w:rPr>
          <w:rFonts w:ascii="Times New Roman" w:hAnsi="Times New Roman" w:cs="Times New Roman"/>
          <w:sz w:val="24"/>
          <w:szCs w:val="24"/>
        </w:rPr>
        <w:t xml:space="preserve">) </w:t>
      </w:r>
    </w:p>
    <w:p w14:paraId="5B71181B" w14:textId="6AA82133" w:rsidR="00800659" w:rsidRPr="006C208E" w:rsidRDefault="007D70E9" w:rsidP="006C208E">
      <w:pPr>
        <w:pStyle w:val="NoSpacing"/>
        <w:spacing w:line="276" w:lineRule="auto"/>
        <w:jc w:val="center"/>
        <w:rPr>
          <w:rFonts w:ascii="Times New Roman" w:hAnsi="Times New Roman" w:cs="Times New Roman"/>
          <w:sz w:val="24"/>
          <w:szCs w:val="24"/>
        </w:rPr>
      </w:pPr>
      <w:r w:rsidRPr="006C208E">
        <w:rPr>
          <w:rFonts w:ascii="Times New Roman" w:hAnsi="Times New Roman" w:cs="Times New Roman"/>
          <w:sz w:val="24"/>
          <w:szCs w:val="24"/>
        </w:rPr>
        <w:t xml:space="preserve">E‑mail: </w:t>
      </w:r>
      <w:hyperlink r:id="rId13" w:history="1">
        <w:r w:rsidR="00800659" w:rsidRPr="006C208E">
          <w:rPr>
            <w:rStyle w:val="Hyperlink"/>
            <w:rFonts w:ascii="Times New Roman" w:hAnsi="Times New Roman" w:cs="Times New Roman"/>
            <w:sz w:val="24"/>
            <w:szCs w:val="24"/>
          </w:rPr>
          <w:t>ogmdf@idcol.org</w:t>
        </w:r>
      </w:hyperlink>
      <w:r w:rsidR="00D211C2" w:rsidRPr="006C208E">
        <w:rPr>
          <w:rFonts w:ascii="Times New Roman" w:hAnsi="Times New Roman" w:cs="Times New Roman"/>
          <w:sz w:val="24"/>
          <w:szCs w:val="24"/>
        </w:rPr>
        <w:t xml:space="preserve"> </w:t>
      </w:r>
      <w:r w:rsidR="00800659" w:rsidRPr="006C208E">
        <w:rPr>
          <w:rFonts w:ascii="Times New Roman" w:hAnsi="Times New Roman" w:cs="Times New Roman"/>
          <w:sz w:val="24"/>
          <w:szCs w:val="24"/>
        </w:rPr>
        <w:t xml:space="preserve">with a copy to </w:t>
      </w:r>
      <w:hyperlink r:id="rId14" w:history="1">
        <w:r w:rsidR="00A71E51" w:rsidRPr="00E859DA">
          <w:rPr>
            <w:rStyle w:val="Hyperlink"/>
            <w:rFonts w:ascii="Times New Roman" w:hAnsi="Times New Roman" w:cs="Times New Roman"/>
            <w:sz w:val="24"/>
            <w:szCs w:val="24"/>
          </w:rPr>
          <w:t>info@ascent.mw</w:t>
        </w:r>
      </w:hyperlink>
      <w:r w:rsidR="00A71E51">
        <w:rPr>
          <w:rFonts w:ascii="Times New Roman" w:hAnsi="Times New Roman" w:cs="Times New Roman"/>
          <w:sz w:val="24"/>
          <w:szCs w:val="24"/>
        </w:rPr>
        <w:t xml:space="preserve"> </w:t>
      </w:r>
      <w:r w:rsidR="00D47D32" w:rsidRPr="006C208E">
        <w:rPr>
          <w:rFonts w:ascii="Times New Roman" w:hAnsi="Times New Roman" w:cs="Times New Roman"/>
          <w:sz w:val="24"/>
          <w:szCs w:val="24"/>
        </w:rPr>
        <w:t xml:space="preserve"> </w:t>
      </w:r>
      <w:r w:rsidRPr="006C208E">
        <w:rPr>
          <w:rFonts w:ascii="Times New Roman" w:hAnsi="Times New Roman" w:cs="Times New Roman"/>
          <w:sz w:val="24"/>
          <w:szCs w:val="24"/>
        </w:rPr>
        <w:t> </w:t>
      </w:r>
    </w:p>
    <w:p w14:paraId="4D401215" w14:textId="77777777" w:rsidR="001A69F1" w:rsidRPr="006C208E" w:rsidRDefault="007D70E9" w:rsidP="006C208E">
      <w:pPr>
        <w:pStyle w:val="NoSpacing"/>
        <w:spacing w:line="276" w:lineRule="auto"/>
        <w:jc w:val="center"/>
        <w:rPr>
          <w:rFonts w:ascii="Times New Roman" w:hAnsi="Times New Roman" w:cs="Times New Roman"/>
          <w:sz w:val="24"/>
          <w:szCs w:val="24"/>
        </w:rPr>
      </w:pPr>
      <w:r w:rsidRPr="006C208E">
        <w:rPr>
          <w:rFonts w:ascii="Times New Roman" w:hAnsi="Times New Roman" w:cs="Times New Roman"/>
          <w:sz w:val="24"/>
          <w:szCs w:val="24"/>
        </w:rPr>
        <w:t xml:space="preserve">Tel: </w:t>
      </w:r>
      <w:r w:rsidR="004E2E2C" w:rsidRPr="006C208E">
        <w:rPr>
          <w:rFonts w:ascii="Times New Roman" w:hAnsi="Times New Roman" w:cs="Times New Roman"/>
          <w:sz w:val="24"/>
          <w:szCs w:val="24"/>
        </w:rPr>
        <w:t xml:space="preserve">Fund Manager: </w:t>
      </w:r>
      <w:r w:rsidRPr="006C208E">
        <w:rPr>
          <w:rFonts w:ascii="Times New Roman" w:hAnsi="Times New Roman" w:cs="Times New Roman"/>
          <w:sz w:val="24"/>
          <w:szCs w:val="24"/>
        </w:rPr>
        <w:t>+</w:t>
      </w:r>
      <w:r w:rsidR="004E2E2C" w:rsidRPr="006C208E">
        <w:rPr>
          <w:rFonts w:ascii="Times New Roman" w:hAnsi="Times New Roman" w:cs="Times New Roman"/>
          <w:sz w:val="24"/>
          <w:szCs w:val="24"/>
        </w:rPr>
        <w:t xml:space="preserve">265 98 000 6904 (WhatsApp), </w:t>
      </w:r>
    </w:p>
    <w:p w14:paraId="1ACD006A" w14:textId="7E30AF34" w:rsidR="00D211C2" w:rsidRPr="006C208E" w:rsidRDefault="001A69F1" w:rsidP="006C208E">
      <w:pPr>
        <w:pStyle w:val="NoSpacing"/>
        <w:spacing w:line="276" w:lineRule="auto"/>
        <w:jc w:val="center"/>
        <w:rPr>
          <w:rFonts w:ascii="Times New Roman" w:hAnsi="Times New Roman" w:cs="Times New Roman"/>
          <w:sz w:val="24"/>
          <w:szCs w:val="24"/>
        </w:rPr>
        <w:sectPr w:rsidR="00D211C2" w:rsidRPr="006C208E" w:rsidSect="00750EF2">
          <w:headerReference w:type="default" r:id="rId15"/>
          <w:footerReference w:type="even" r:id="rId16"/>
          <w:footerReference w:type="default" r:id="rId17"/>
          <w:footerReference w:type="first" r:id="rId18"/>
          <w:type w:val="continuous"/>
          <w:pgSz w:w="11909" w:h="16834"/>
          <w:pgMar w:top="1440" w:right="1440" w:bottom="1440" w:left="1440" w:header="720" w:footer="720" w:gutter="0"/>
          <w:cols w:space="720"/>
          <w:docGrid w:linePitch="360"/>
        </w:sectPr>
      </w:pPr>
      <w:r w:rsidRPr="006C208E">
        <w:rPr>
          <w:rFonts w:ascii="Times New Roman" w:hAnsi="Times New Roman" w:cs="Times New Roman"/>
          <w:sz w:val="24"/>
          <w:szCs w:val="24"/>
        </w:rPr>
        <w:t xml:space="preserve"> Project Manager, ASCENT MW PIU</w:t>
      </w:r>
      <w:r w:rsidR="004E2E2C" w:rsidRPr="006C208E">
        <w:rPr>
          <w:rFonts w:ascii="Times New Roman" w:hAnsi="Times New Roman" w:cs="Times New Roman"/>
          <w:sz w:val="24"/>
          <w:szCs w:val="24"/>
        </w:rPr>
        <w:t>: +265 99 913 8270</w:t>
      </w:r>
      <w:r w:rsidR="009D45EF" w:rsidRPr="006C208E">
        <w:rPr>
          <w:rFonts w:ascii="Times New Roman" w:hAnsi="Times New Roman" w:cs="Times New Roman"/>
          <w:sz w:val="24"/>
          <w:szCs w:val="24"/>
        </w:rPr>
        <w:br/>
      </w:r>
      <w:r w:rsidR="009D45EF" w:rsidRPr="006C208E">
        <w:rPr>
          <w:rFonts w:ascii="Times New Roman" w:hAnsi="Times New Roman" w:cs="Times New Roman"/>
          <w:sz w:val="24"/>
          <w:szCs w:val="24"/>
        </w:rPr>
        <w:br/>
      </w:r>
    </w:p>
    <w:p w14:paraId="61FD9743" w14:textId="2C6E7766" w:rsidR="0041544D" w:rsidRPr="006C208E" w:rsidRDefault="0041544D" w:rsidP="006C208E">
      <w:pPr>
        <w:pStyle w:val="Heading1"/>
        <w:spacing w:before="0"/>
        <w:jc w:val="both"/>
        <w:rPr>
          <w:rFonts w:ascii="Times New Roman" w:hAnsi="Times New Roman" w:cs="Times New Roman"/>
          <w:b w:val="0"/>
          <w:bCs w:val="0"/>
        </w:rPr>
      </w:pPr>
      <w:bookmarkStart w:id="1" w:name="_Toc237975164"/>
      <w:r w:rsidRPr="006C208E">
        <w:rPr>
          <w:rFonts w:ascii="Times New Roman" w:hAnsi="Times New Roman" w:cs="Times New Roman"/>
        </w:rPr>
        <w:lastRenderedPageBreak/>
        <w:t>SECTION 2: INFORMATION TO APPLICANTS</w:t>
      </w:r>
      <w:bookmarkEnd w:id="1"/>
    </w:p>
    <w:p w14:paraId="58A0C7DF" w14:textId="77777777" w:rsidR="0041544D" w:rsidRPr="006C208E" w:rsidRDefault="0041544D" w:rsidP="006C208E">
      <w:pPr>
        <w:spacing w:after="0"/>
        <w:rPr>
          <w:rFonts w:ascii="Times New Roman" w:hAnsi="Times New Roman" w:cs="Times New Roman"/>
          <w:sz w:val="24"/>
          <w:szCs w:val="24"/>
        </w:rPr>
      </w:pPr>
    </w:p>
    <w:p w14:paraId="09BB0A2C" w14:textId="412F4BFE" w:rsidR="0041544D" w:rsidRPr="006C208E" w:rsidRDefault="0041544D" w:rsidP="006C208E">
      <w:pPr>
        <w:pStyle w:val="ListParagraph"/>
        <w:numPr>
          <w:ilvl w:val="0"/>
          <w:numId w:val="25"/>
        </w:numPr>
        <w:spacing w:after="0"/>
        <w:jc w:val="both"/>
        <w:rPr>
          <w:rFonts w:ascii="Times New Roman" w:hAnsi="Times New Roman" w:cs="Times New Roman"/>
          <w:b/>
          <w:bCs/>
          <w:sz w:val="24"/>
          <w:szCs w:val="24"/>
        </w:rPr>
      </w:pPr>
      <w:r w:rsidRPr="006C208E">
        <w:rPr>
          <w:rFonts w:ascii="Times New Roman" w:hAnsi="Times New Roman" w:cs="Times New Roman"/>
          <w:b/>
          <w:bCs/>
          <w:sz w:val="24"/>
          <w:szCs w:val="24"/>
        </w:rPr>
        <w:t>Introduction</w:t>
      </w:r>
    </w:p>
    <w:p w14:paraId="759890AE" w14:textId="77777777" w:rsidR="00D211C2" w:rsidRPr="006C208E" w:rsidRDefault="00D211C2" w:rsidP="006C208E">
      <w:pPr>
        <w:pStyle w:val="NoSpacing"/>
        <w:spacing w:line="276" w:lineRule="auto"/>
        <w:jc w:val="both"/>
        <w:rPr>
          <w:rFonts w:ascii="Times New Roman" w:hAnsi="Times New Roman" w:cs="Times New Roman"/>
          <w:sz w:val="24"/>
          <w:szCs w:val="24"/>
        </w:rPr>
      </w:pPr>
    </w:p>
    <w:p w14:paraId="6781DD6C" w14:textId="127BBF1C" w:rsidR="0041544D" w:rsidRPr="006C208E" w:rsidRDefault="00BB34E9" w:rsidP="006C208E">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P</w:t>
      </w:r>
      <w:r w:rsidR="00F10EA0">
        <w:rPr>
          <w:rFonts w:ascii="Times New Roman" w:hAnsi="Times New Roman" w:cs="Times New Roman"/>
          <w:sz w:val="24"/>
          <w:szCs w:val="24"/>
        </w:rPr>
        <w:t xml:space="preserve">rospective companies and firms </w:t>
      </w:r>
      <w:r>
        <w:rPr>
          <w:rFonts w:ascii="Times New Roman" w:hAnsi="Times New Roman" w:cs="Times New Roman"/>
          <w:sz w:val="24"/>
          <w:szCs w:val="24"/>
        </w:rPr>
        <w:t xml:space="preserve">are invited </w:t>
      </w:r>
      <w:r w:rsidR="0041544D" w:rsidRPr="006C208E">
        <w:rPr>
          <w:rFonts w:ascii="Times New Roman" w:hAnsi="Times New Roman" w:cs="Times New Roman"/>
          <w:sz w:val="24"/>
          <w:szCs w:val="24"/>
        </w:rPr>
        <w:t>to submit Business Plan</w:t>
      </w:r>
      <w:r w:rsidR="00CC508C">
        <w:rPr>
          <w:rFonts w:ascii="Times New Roman" w:hAnsi="Times New Roman" w:cs="Times New Roman"/>
          <w:sz w:val="24"/>
          <w:szCs w:val="24"/>
        </w:rPr>
        <w:t>s</w:t>
      </w:r>
      <w:r w:rsidR="0041544D" w:rsidRPr="006C208E">
        <w:rPr>
          <w:rFonts w:ascii="Times New Roman" w:hAnsi="Times New Roman" w:cs="Times New Roman"/>
          <w:sz w:val="24"/>
          <w:szCs w:val="24"/>
        </w:rPr>
        <w:t xml:space="preserve"> for </w:t>
      </w:r>
      <w:r w:rsidR="00283E11">
        <w:rPr>
          <w:rFonts w:ascii="Times New Roman" w:hAnsi="Times New Roman" w:cs="Times New Roman"/>
          <w:sz w:val="24"/>
          <w:szCs w:val="24"/>
        </w:rPr>
        <w:t xml:space="preserve">the provision of eligible </w:t>
      </w:r>
      <w:r w:rsidR="00A71E51" w:rsidRPr="00A71E51">
        <w:rPr>
          <w:rFonts w:ascii="Times New Roman" w:hAnsi="Times New Roman" w:cs="Times New Roman"/>
          <w:sz w:val="24"/>
          <w:szCs w:val="24"/>
        </w:rPr>
        <w:t>Clean Cooking Solutions</w:t>
      </w:r>
      <w:r w:rsidR="00283E11">
        <w:rPr>
          <w:rFonts w:ascii="Times New Roman" w:hAnsi="Times New Roman" w:cs="Times New Roman"/>
          <w:sz w:val="24"/>
          <w:szCs w:val="24"/>
        </w:rPr>
        <w:t xml:space="preserve"> to households in Malawi</w:t>
      </w:r>
      <w:r w:rsidR="0041544D" w:rsidRPr="006C208E">
        <w:rPr>
          <w:rFonts w:ascii="Times New Roman" w:hAnsi="Times New Roman" w:cs="Times New Roman"/>
          <w:sz w:val="24"/>
          <w:szCs w:val="24"/>
        </w:rPr>
        <w:t xml:space="preserve">. The Business Plan shall be considered as one of the </w:t>
      </w:r>
      <w:r w:rsidR="00D80781">
        <w:rPr>
          <w:rFonts w:ascii="Times New Roman" w:hAnsi="Times New Roman" w:cs="Times New Roman"/>
          <w:sz w:val="24"/>
          <w:szCs w:val="24"/>
        </w:rPr>
        <w:t xml:space="preserve">main </w:t>
      </w:r>
      <w:r w:rsidR="0041544D" w:rsidRPr="006C208E">
        <w:rPr>
          <w:rFonts w:ascii="Times New Roman" w:hAnsi="Times New Roman" w:cs="Times New Roman"/>
          <w:sz w:val="24"/>
          <w:szCs w:val="24"/>
        </w:rPr>
        <w:t xml:space="preserve">factors in the selection of </w:t>
      </w:r>
      <w:r w:rsidR="00977EB7" w:rsidRPr="006C208E">
        <w:rPr>
          <w:rFonts w:ascii="Times New Roman" w:hAnsi="Times New Roman" w:cs="Times New Roman"/>
          <w:sz w:val="24"/>
          <w:szCs w:val="24"/>
        </w:rPr>
        <w:t>Pa</w:t>
      </w:r>
      <w:r w:rsidR="00017910" w:rsidRPr="006C208E">
        <w:rPr>
          <w:rFonts w:ascii="Times New Roman" w:hAnsi="Times New Roman" w:cs="Times New Roman"/>
          <w:sz w:val="24"/>
          <w:szCs w:val="24"/>
        </w:rPr>
        <w:t>rticipating</w:t>
      </w:r>
      <w:r w:rsidR="00977EB7" w:rsidRPr="006C208E">
        <w:rPr>
          <w:rFonts w:ascii="Times New Roman" w:hAnsi="Times New Roman" w:cs="Times New Roman"/>
          <w:sz w:val="24"/>
          <w:szCs w:val="24"/>
        </w:rPr>
        <w:t xml:space="preserve"> Organizations (POs) </w:t>
      </w:r>
      <w:r w:rsidR="0041544D" w:rsidRPr="006C208E">
        <w:rPr>
          <w:rFonts w:ascii="Times New Roman" w:hAnsi="Times New Roman" w:cs="Times New Roman"/>
          <w:sz w:val="24"/>
          <w:szCs w:val="24"/>
        </w:rPr>
        <w:t>and fund allocation, in addition to other factors including but not limited to credit analysis and capacity assessment by the Fund Manager</w:t>
      </w:r>
      <w:r w:rsidR="00A62A89">
        <w:rPr>
          <w:rFonts w:ascii="Times New Roman" w:hAnsi="Times New Roman" w:cs="Times New Roman"/>
          <w:sz w:val="24"/>
          <w:szCs w:val="24"/>
        </w:rPr>
        <w:t xml:space="preserve"> which are </w:t>
      </w:r>
      <w:r w:rsidR="008923E9">
        <w:rPr>
          <w:rFonts w:ascii="Times New Roman" w:hAnsi="Times New Roman" w:cs="Times New Roman"/>
          <w:sz w:val="24"/>
          <w:szCs w:val="24"/>
        </w:rPr>
        <w:t xml:space="preserve">outlined later </w:t>
      </w:r>
      <w:r w:rsidR="00A62A89">
        <w:rPr>
          <w:rFonts w:ascii="Times New Roman" w:hAnsi="Times New Roman" w:cs="Times New Roman"/>
          <w:sz w:val="24"/>
          <w:szCs w:val="24"/>
        </w:rPr>
        <w:t>in</w:t>
      </w:r>
      <w:r w:rsidR="008923E9">
        <w:rPr>
          <w:rFonts w:ascii="Times New Roman" w:hAnsi="Times New Roman" w:cs="Times New Roman"/>
          <w:sz w:val="24"/>
          <w:szCs w:val="24"/>
        </w:rPr>
        <w:t xml:space="preserve"> this section</w:t>
      </w:r>
      <w:r w:rsidR="0041544D" w:rsidRPr="006C208E">
        <w:rPr>
          <w:rFonts w:ascii="Times New Roman" w:hAnsi="Times New Roman" w:cs="Times New Roman"/>
          <w:sz w:val="24"/>
          <w:szCs w:val="24"/>
        </w:rPr>
        <w:t xml:space="preserve">. </w:t>
      </w:r>
      <w:r w:rsidR="008C7310" w:rsidRPr="008C7310">
        <w:rPr>
          <w:rFonts w:ascii="Times New Roman" w:hAnsi="Times New Roman" w:cs="Times New Roman"/>
          <w:sz w:val="24"/>
          <w:szCs w:val="24"/>
        </w:rPr>
        <w:t>Following the completion of the required appraisal</w:t>
      </w:r>
      <w:r w:rsidR="004A34FB">
        <w:rPr>
          <w:rFonts w:ascii="Times New Roman" w:hAnsi="Times New Roman" w:cs="Times New Roman"/>
          <w:sz w:val="24"/>
          <w:szCs w:val="24"/>
        </w:rPr>
        <w:t xml:space="preserve"> and </w:t>
      </w:r>
      <w:r w:rsidR="008C7310" w:rsidRPr="008C7310">
        <w:rPr>
          <w:rFonts w:ascii="Times New Roman" w:hAnsi="Times New Roman" w:cs="Times New Roman"/>
          <w:sz w:val="24"/>
          <w:szCs w:val="24"/>
        </w:rPr>
        <w:t xml:space="preserve">approvals, </w:t>
      </w:r>
      <w:proofErr w:type="spellStart"/>
      <w:r w:rsidR="008C7310" w:rsidRPr="008C7310">
        <w:rPr>
          <w:rFonts w:ascii="Times New Roman" w:hAnsi="Times New Roman" w:cs="Times New Roman"/>
          <w:sz w:val="24"/>
          <w:szCs w:val="24"/>
        </w:rPr>
        <w:t>MoE</w:t>
      </w:r>
      <w:proofErr w:type="spellEnd"/>
      <w:r w:rsidR="008C7310" w:rsidRPr="008C7310">
        <w:rPr>
          <w:rFonts w:ascii="Times New Roman" w:hAnsi="Times New Roman" w:cs="Times New Roman"/>
          <w:sz w:val="24"/>
          <w:szCs w:val="24"/>
        </w:rPr>
        <w:t xml:space="preserve"> will enter into a Loan and Security Agreement with each selected </w:t>
      </w:r>
      <w:r w:rsidR="004A34FB">
        <w:rPr>
          <w:rFonts w:ascii="Times New Roman" w:hAnsi="Times New Roman" w:cs="Times New Roman"/>
          <w:sz w:val="24"/>
          <w:szCs w:val="24"/>
        </w:rPr>
        <w:t>PO</w:t>
      </w:r>
      <w:r w:rsidR="008C7310" w:rsidRPr="008C7310">
        <w:rPr>
          <w:rFonts w:ascii="Times New Roman" w:hAnsi="Times New Roman" w:cs="Times New Roman"/>
          <w:sz w:val="24"/>
          <w:szCs w:val="24"/>
        </w:rPr>
        <w:t xml:space="preserve">. The Agreement will define the roles and responsibilities of the parties, financing terms and conditions, performance and reporting requirements, carbon-rights arrangements, remedies, and termination provisions. </w:t>
      </w:r>
    </w:p>
    <w:p w14:paraId="7C187536" w14:textId="77777777" w:rsidR="0041544D" w:rsidRPr="006C208E" w:rsidRDefault="0041544D" w:rsidP="006C208E">
      <w:pPr>
        <w:pStyle w:val="NoSpacing"/>
        <w:spacing w:line="276" w:lineRule="auto"/>
        <w:jc w:val="both"/>
        <w:rPr>
          <w:rFonts w:ascii="Times New Roman" w:hAnsi="Times New Roman" w:cs="Times New Roman"/>
          <w:sz w:val="24"/>
          <w:szCs w:val="24"/>
        </w:rPr>
      </w:pPr>
    </w:p>
    <w:p w14:paraId="5BB20396" w14:textId="32B6758C" w:rsidR="0041544D" w:rsidRPr="006C208E" w:rsidRDefault="0041544D" w:rsidP="006C208E">
      <w:pPr>
        <w:pStyle w:val="NoSpacing"/>
        <w:spacing w:line="276" w:lineRule="auto"/>
        <w:jc w:val="both"/>
        <w:rPr>
          <w:rFonts w:ascii="Times New Roman" w:hAnsi="Times New Roman" w:cs="Times New Roman"/>
          <w:sz w:val="24"/>
          <w:szCs w:val="24"/>
        </w:rPr>
      </w:pPr>
      <w:r w:rsidRPr="006C208E">
        <w:rPr>
          <w:rFonts w:ascii="Times New Roman" w:hAnsi="Times New Roman" w:cs="Times New Roman"/>
          <w:sz w:val="24"/>
          <w:szCs w:val="24"/>
        </w:rPr>
        <w:t xml:space="preserve">Kindly note that (i) the costs of preparing the Business Plan including Applicants’ visits to the </w:t>
      </w:r>
      <w:r w:rsidR="009D45EF" w:rsidRPr="006C208E">
        <w:rPr>
          <w:rFonts w:ascii="Times New Roman" w:hAnsi="Times New Roman" w:cs="Times New Roman"/>
          <w:sz w:val="24"/>
          <w:szCs w:val="24"/>
        </w:rPr>
        <w:t xml:space="preserve">Ministry </w:t>
      </w:r>
      <w:r w:rsidRPr="006C208E">
        <w:rPr>
          <w:rFonts w:ascii="Times New Roman" w:hAnsi="Times New Roman" w:cs="Times New Roman"/>
          <w:sz w:val="24"/>
          <w:szCs w:val="24"/>
        </w:rPr>
        <w:t xml:space="preserve">office are not reimbursable; and (ii) </w:t>
      </w:r>
      <w:proofErr w:type="spellStart"/>
      <w:r w:rsidR="00EE2095">
        <w:rPr>
          <w:rFonts w:ascii="Times New Roman" w:hAnsi="Times New Roman" w:cs="Times New Roman"/>
          <w:sz w:val="24"/>
          <w:szCs w:val="24"/>
        </w:rPr>
        <w:t>MoE</w:t>
      </w:r>
      <w:proofErr w:type="spellEnd"/>
      <w:r w:rsidR="00D211C2" w:rsidRPr="006C208E">
        <w:rPr>
          <w:rFonts w:ascii="Times New Roman" w:hAnsi="Times New Roman" w:cs="Times New Roman"/>
          <w:sz w:val="24"/>
          <w:szCs w:val="24"/>
        </w:rPr>
        <w:t xml:space="preserve"> </w:t>
      </w:r>
      <w:r w:rsidRPr="006C208E">
        <w:rPr>
          <w:rFonts w:ascii="Times New Roman" w:hAnsi="Times New Roman" w:cs="Times New Roman"/>
          <w:sz w:val="24"/>
          <w:szCs w:val="24"/>
        </w:rPr>
        <w:t>is not obligated to sign any Agreement in relation to the Business Plans submitted.</w:t>
      </w:r>
    </w:p>
    <w:p w14:paraId="118A619D" w14:textId="77777777" w:rsidR="00CB7FF7" w:rsidRPr="006C208E" w:rsidRDefault="00CB7FF7" w:rsidP="006C208E">
      <w:pPr>
        <w:pStyle w:val="NoSpacing"/>
        <w:spacing w:line="276" w:lineRule="auto"/>
        <w:jc w:val="both"/>
        <w:rPr>
          <w:rFonts w:ascii="Times New Roman" w:hAnsi="Times New Roman" w:cs="Times New Roman"/>
          <w:sz w:val="24"/>
          <w:szCs w:val="24"/>
        </w:rPr>
      </w:pPr>
    </w:p>
    <w:p w14:paraId="57407CF0" w14:textId="61C91E7E" w:rsidR="0041544D" w:rsidRPr="006C208E" w:rsidRDefault="0041544D" w:rsidP="006C208E">
      <w:pPr>
        <w:pStyle w:val="ListParagraph"/>
        <w:numPr>
          <w:ilvl w:val="1"/>
          <w:numId w:val="25"/>
        </w:numPr>
        <w:spacing w:after="0"/>
        <w:jc w:val="both"/>
        <w:rPr>
          <w:rFonts w:ascii="Times New Roman" w:hAnsi="Times New Roman" w:cs="Times New Roman"/>
          <w:b/>
          <w:bCs/>
          <w:sz w:val="24"/>
          <w:szCs w:val="24"/>
        </w:rPr>
      </w:pPr>
      <w:r w:rsidRPr="006C208E">
        <w:rPr>
          <w:rFonts w:ascii="Times New Roman" w:hAnsi="Times New Roman" w:cs="Times New Roman"/>
          <w:b/>
          <w:bCs/>
          <w:sz w:val="24"/>
          <w:szCs w:val="24"/>
        </w:rPr>
        <w:t>Clarification and Amendment</w:t>
      </w:r>
    </w:p>
    <w:p w14:paraId="03DF5069" w14:textId="77777777" w:rsidR="00D211C2" w:rsidRPr="006C208E" w:rsidRDefault="00D211C2" w:rsidP="006C208E">
      <w:pPr>
        <w:spacing w:after="0"/>
        <w:jc w:val="both"/>
        <w:rPr>
          <w:rFonts w:ascii="Times New Roman" w:hAnsi="Times New Roman" w:cs="Times New Roman"/>
          <w:sz w:val="24"/>
          <w:szCs w:val="24"/>
        </w:rPr>
      </w:pPr>
    </w:p>
    <w:p w14:paraId="6005EF28" w14:textId="2CBE5986" w:rsidR="0041544D" w:rsidRPr="006C208E" w:rsidRDefault="0041544D" w:rsidP="006C208E">
      <w:pPr>
        <w:spacing w:after="0"/>
        <w:jc w:val="both"/>
        <w:rPr>
          <w:rFonts w:ascii="Times New Roman" w:hAnsi="Times New Roman" w:cs="Times New Roman"/>
          <w:sz w:val="24"/>
          <w:szCs w:val="24"/>
        </w:rPr>
      </w:pPr>
      <w:r w:rsidRPr="006C208E">
        <w:rPr>
          <w:rFonts w:ascii="Times New Roman" w:hAnsi="Times New Roman" w:cs="Times New Roman"/>
          <w:sz w:val="24"/>
          <w:szCs w:val="24"/>
        </w:rPr>
        <w:t>Applicants may request clarification from the Fund Manager</w:t>
      </w:r>
      <w:r w:rsidR="002E5C41" w:rsidRPr="006C208E">
        <w:rPr>
          <w:rFonts w:ascii="Times New Roman" w:hAnsi="Times New Roman" w:cs="Times New Roman"/>
          <w:sz w:val="24"/>
          <w:szCs w:val="24"/>
        </w:rPr>
        <w:t>/</w:t>
      </w:r>
      <w:proofErr w:type="spellStart"/>
      <w:r w:rsidR="00EE2095">
        <w:rPr>
          <w:rFonts w:ascii="Times New Roman" w:hAnsi="Times New Roman" w:cs="Times New Roman"/>
          <w:sz w:val="24"/>
          <w:szCs w:val="24"/>
        </w:rPr>
        <w:t>MoE</w:t>
      </w:r>
      <w:proofErr w:type="spellEnd"/>
      <w:r w:rsidRPr="006C208E">
        <w:rPr>
          <w:rFonts w:ascii="Times New Roman" w:hAnsi="Times New Roman" w:cs="Times New Roman"/>
          <w:sz w:val="24"/>
          <w:szCs w:val="24"/>
        </w:rPr>
        <w:t xml:space="preserve"> </w:t>
      </w:r>
      <w:r w:rsidR="00C61C5F">
        <w:rPr>
          <w:rFonts w:ascii="Times New Roman" w:hAnsi="Times New Roman" w:cs="Times New Roman"/>
          <w:sz w:val="24"/>
          <w:szCs w:val="24"/>
        </w:rPr>
        <w:t>regarding</w:t>
      </w:r>
      <w:r w:rsidRPr="006C208E">
        <w:rPr>
          <w:rFonts w:ascii="Times New Roman" w:hAnsi="Times New Roman" w:cs="Times New Roman"/>
          <w:sz w:val="24"/>
          <w:szCs w:val="24"/>
        </w:rPr>
        <w:t xml:space="preserve"> any </w:t>
      </w:r>
      <w:r w:rsidR="0078526A">
        <w:rPr>
          <w:rFonts w:ascii="Times New Roman" w:hAnsi="Times New Roman" w:cs="Times New Roman"/>
          <w:sz w:val="24"/>
          <w:szCs w:val="24"/>
        </w:rPr>
        <w:t xml:space="preserve">aspect </w:t>
      </w:r>
      <w:r w:rsidRPr="006C208E">
        <w:rPr>
          <w:rFonts w:ascii="Times New Roman" w:hAnsi="Times New Roman" w:cs="Times New Roman"/>
          <w:sz w:val="24"/>
          <w:szCs w:val="24"/>
        </w:rPr>
        <w:t xml:space="preserve">of the Business Plan documents </w:t>
      </w:r>
      <w:r w:rsidR="0078526A">
        <w:rPr>
          <w:rFonts w:ascii="Times New Roman" w:hAnsi="Times New Roman" w:cs="Times New Roman"/>
          <w:sz w:val="24"/>
          <w:szCs w:val="24"/>
        </w:rPr>
        <w:t xml:space="preserve">or </w:t>
      </w:r>
      <w:r w:rsidR="00B267C8">
        <w:rPr>
          <w:rFonts w:ascii="Times New Roman" w:hAnsi="Times New Roman" w:cs="Times New Roman"/>
          <w:sz w:val="24"/>
          <w:szCs w:val="24"/>
        </w:rPr>
        <w:t>requirements</w:t>
      </w:r>
      <w:r w:rsidR="00481389">
        <w:rPr>
          <w:rFonts w:ascii="Times New Roman" w:hAnsi="Times New Roman" w:cs="Times New Roman"/>
          <w:sz w:val="24"/>
          <w:szCs w:val="24"/>
        </w:rPr>
        <w:t xml:space="preserve">, provided that such requests </w:t>
      </w:r>
      <w:r w:rsidR="008149D1">
        <w:rPr>
          <w:rFonts w:ascii="Times New Roman" w:hAnsi="Times New Roman" w:cs="Times New Roman"/>
          <w:sz w:val="24"/>
          <w:szCs w:val="24"/>
        </w:rPr>
        <w:t>are submitted</w:t>
      </w:r>
      <w:r w:rsidR="00B267C8">
        <w:rPr>
          <w:rFonts w:ascii="Times New Roman" w:hAnsi="Times New Roman" w:cs="Times New Roman"/>
          <w:sz w:val="24"/>
          <w:szCs w:val="24"/>
        </w:rPr>
        <w:t xml:space="preserve"> </w:t>
      </w:r>
      <w:r w:rsidR="00127BFE" w:rsidRPr="006C208E">
        <w:rPr>
          <w:rFonts w:ascii="Times New Roman" w:hAnsi="Times New Roman" w:cs="Times New Roman"/>
          <w:sz w:val="24"/>
          <w:szCs w:val="24"/>
        </w:rPr>
        <w:t>before the deadline for clarifications indicated in the</w:t>
      </w:r>
      <w:r w:rsidRPr="006C208E">
        <w:rPr>
          <w:rFonts w:ascii="Times New Roman" w:hAnsi="Times New Roman" w:cs="Times New Roman"/>
          <w:sz w:val="24"/>
          <w:szCs w:val="24"/>
        </w:rPr>
        <w:t xml:space="preserve"> Data Sheet. At any time </w:t>
      </w:r>
      <w:r w:rsidR="008149D1">
        <w:rPr>
          <w:rFonts w:ascii="Times New Roman" w:hAnsi="Times New Roman" w:cs="Times New Roman"/>
          <w:sz w:val="24"/>
          <w:szCs w:val="24"/>
        </w:rPr>
        <w:t>prior to</w:t>
      </w:r>
      <w:r w:rsidR="008149D1" w:rsidRPr="006C208E">
        <w:rPr>
          <w:rFonts w:ascii="Times New Roman" w:hAnsi="Times New Roman" w:cs="Times New Roman"/>
          <w:sz w:val="24"/>
          <w:szCs w:val="24"/>
        </w:rPr>
        <w:t xml:space="preserve"> </w:t>
      </w:r>
      <w:r w:rsidRPr="006C208E">
        <w:rPr>
          <w:rFonts w:ascii="Times New Roman" w:hAnsi="Times New Roman" w:cs="Times New Roman"/>
          <w:sz w:val="24"/>
          <w:szCs w:val="24"/>
        </w:rPr>
        <w:t xml:space="preserve">the </w:t>
      </w:r>
      <w:r w:rsidR="008149D1">
        <w:rPr>
          <w:rFonts w:ascii="Times New Roman" w:hAnsi="Times New Roman" w:cs="Times New Roman"/>
          <w:sz w:val="24"/>
          <w:szCs w:val="24"/>
        </w:rPr>
        <w:t xml:space="preserve">deadline for </w:t>
      </w:r>
      <w:r w:rsidRPr="006C208E">
        <w:rPr>
          <w:rFonts w:ascii="Times New Roman" w:hAnsi="Times New Roman" w:cs="Times New Roman"/>
          <w:sz w:val="24"/>
          <w:szCs w:val="24"/>
        </w:rPr>
        <w:t xml:space="preserve">submission of Business Plans, the </w:t>
      </w:r>
      <w:proofErr w:type="spellStart"/>
      <w:r w:rsidR="00EE2095">
        <w:rPr>
          <w:rFonts w:ascii="Times New Roman" w:hAnsi="Times New Roman" w:cs="Times New Roman"/>
          <w:sz w:val="24"/>
          <w:szCs w:val="24"/>
        </w:rPr>
        <w:t>MoE</w:t>
      </w:r>
      <w:proofErr w:type="spellEnd"/>
      <w:r w:rsidRPr="006C208E">
        <w:rPr>
          <w:rFonts w:ascii="Times New Roman" w:hAnsi="Times New Roman" w:cs="Times New Roman"/>
          <w:sz w:val="24"/>
          <w:szCs w:val="24"/>
        </w:rPr>
        <w:t xml:space="preserve"> may</w:t>
      </w:r>
      <w:r w:rsidR="00890FB1">
        <w:rPr>
          <w:rFonts w:ascii="Times New Roman" w:hAnsi="Times New Roman" w:cs="Times New Roman"/>
          <w:sz w:val="24"/>
          <w:szCs w:val="24"/>
        </w:rPr>
        <w:t xml:space="preserve"> </w:t>
      </w:r>
      <w:r w:rsidRPr="006C208E">
        <w:rPr>
          <w:rFonts w:ascii="Times New Roman" w:hAnsi="Times New Roman" w:cs="Times New Roman"/>
          <w:sz w:val="24"/>
          <w:szCs w:val="24"/>
        </w:rPr>
        <w:t xml:space="preserve">amend the NNNF terms and conditions </w:t>
      </w:r>
      <w:r w:rsidR="009C01AF">
        <w:rPr>
          <w:rFonts w:ascii="Times New Roman" w:hAnsi="Times New Roman" w:cs="Times New Roman"/>
          <w:sz w:val="24"/>
          <w:szCs w:val="24"/>
        </w:rPr>
        <w:t>or</w:t>
      </w:r>
      <w:r w:rsidRPr="006C208E">
        <w:rPr>
          <w:rFonts w:ascii="Times New Roman" w:hAnsi="Times New Roman" w:cs="Times New Roman"/>
          <w:sz w:val="24"/>
          <w:szCs w:val="24"/>
        </w:rPr>
        <w:t xml:space="preserve"> submission requirement</w:t>
      </w:r>
      <w:r w:rsidR="00127BFE" w:rsidRPr="006C208E">
        <w:rPr>
          <w:rFonts w:ascii="Times New Roman" w:hAnsi="Times New Roman" w:cs="Times New Roman"/>
          <w:sz w:val="24"/>
          <w:szCs w:val="24"/>
        </w:rPr>
        <w:t>s</w:t>
      </w:r>
      <w:r w:rsidRPr="006C208E">
        <w:rPr>
          <w:rFonts w:ascii="Times New Roman" w:hAnsi="Times New Roman" w:cs="Times New Roman"/>
          <w:sz w:val="24"/>
          <w:szCs w:val="24"/>
        </w:rPr>
        <w:t xml:space="preserve"> or extend the </w:t>
      </w:r>
      <w:r w:rsidR="007F787E">
        <w:rPr>
          <w:rFonts w:ascii="Times New Roman" w:hAnsi="Times New Roman" w:cs="Times New Roman"/>
          <w:sz w:val="24"/>
          <w:szCs w:val="24"/>
        </w:rPr>
        <w:t xml:space="preserve">submission </w:t>
      </w:r>
      <w:r w:rsidRPr="006C208E">
        <w:rPr>
          <w:rFonts w:ascii="Times New Roman" w:hAnsi="Times New Roman" w:cs="Times New Roman"/>
          <w:sz w:val="24"/>
          <w:szCs w:val="24"/>
        </w:rPr>
        <w:t xml:space="preserve">deadline </w:t>
      </w:r>
      <w:r w:rsidR="009C01AF" w:rsidRPr="006C208E">
        <w:rPr>
          <w:rFonts w:ascii="Times New Roman" w:hAnsi="Times New Roman" w:cs="Times New Roman"/>
          <w:sz w:val="24"/>
          <w:szCs w:val="24"/>
        </w:rPr>
        <w:t>at its discretion</w:t>
      </w:r>
      <w:r w:rsidRPr="006C208E">
        <w:rPr>
          <w:rFonts w:ascii="Times New Roman" w:hAnsi="Times New Roman" w:cs="Times New Roman"/>
          <w:sz w:val="24"/>
          <w:szCs w:val="24"/>
        </w:rPr>
        <w:t>.</w:t>
      </w:r>
      <w:r w:rsidR="00112A42">
        <w:rPr>
          <w:rFonts w:ascii="Times New Roman" w:hAnsi="Times New Roman" w:cs="Times New Roman"/>
          <w:sz w:val="24"/>
          <w:szCs w:val="24"/>
        </w:rPr>
        <w:t xml:space="preserve"> </w:t>
      </w:r>
      <w:r w:rsidR="007F787E" w:rsidRPr="007F787E">
        <w:rPr>
          <w:rFonts w:ascii="Times New Roman" w:hAnsi="Times New Roman" w:cs="Times New Roman"/>
          <w:sz w:val="24"/>
          <w:szCs w:val="24"/>
        </w:rPr>
        <w:t>Any such amendment or extension shall be communicated to all prospective applicants through the same channels used to issue this Request for Business Plans.</w:t>
      </w:r>
    </w:p>
    <w:p w14:paraId="61CD3599" w14:textId="77777777" w:rsidR="00D211C2" w:rsidRPr="006C208E" w:rsidRDefault="00D211C2" w:rsidP="006C208E">
      <w:pPr>
        <w:spacing w:after="0"/>
        <w:jc w:val="both"/>
        <w:rPr>
          <w:rFonts w:ascii="Times New Roman" w:hAnsi="Times New Roman" w:cs="Times New Roman"/>
          <w:sz w:val="24"/>
          <w:szCs w:val="24"/>
        </w:rPr>
      </w:pPr>
    </w:p>
    <w:p w14:paraId="5EB4C7EB" w14:textId="7BA3AE46" w:rsidR="0041544D" w:rsidRPr="006C208E" w:rsidRDefault="0041544D" w:rsidP="006C208E">
      <w:pPr>
        <w:pStyle w:val="ListParagraph"/>
        <w:numPr>
          <w:ilvl w:val="1"/>
          <w:numId w:val="25"/>
        </w:numPr>
        <w:spacing w:after="0"/>
        <w:jc w:val="both"/>
        <w:rPr>
          <w:rFonts w:ascii="Times New Roman" w:hAnsi="Times New Roman" w:cs="Times New Roman"/>
          <w:b/>
          <w:bCs/>
          <w:sz w:val="24"/>
          <w:szCs w:val="24"/>
        </w:rPr>
      </w:pPr>
      <w:r w:rsidRPr="006C208E">
        <w:rPr>
          <w:rFonts w:ascii="Times New Roman" w:hAnsi="Times New Roman" w:cs="Times New Roman"/>
          <w:b/>
          <w:bCs/>
          <w:sz w:val="24"/>
          <w:szCs w:val="24"/>
        </w:rPr>
        <w:t>Miscellaneous</w:t>
      </w:r>
    </w:p>
    <w:p w14:paraId="2365B58F" w14:textId="77777777" w:rsidR="00D211C2" w:rsidRPr="006C208E" w:rsidRDefault="00D211C2" w:rsidP="006C208E">
      <w:pPr>
        <w:spacing w:after="0"/>
        <w:jc w:val="both"/>
        <w:rPr>
          <w:rFonts w:ascii="Times New Roman" w:hAnsi="Times New Roman" w:cs="Times New Roman"/>
          <w:sz w:val="24"/>
          <w:szCs w:val="24"/>
        </w:rPr>
      </w:pPr>
    </w:p>
    <w:p w14:paraId="58665BE9" w14:textId="749A0812" w:rsidR="0041544D" w:rsidRPr="006C208E" w:rsidRDefault="0041544D" w:rsidP="006C208E">
      <w:pPr>
        <w:spacing w:after="0"/>
        <w:jc w:val="both"/>
        <w:rPr>
          <w:rFonts w:ascii="Times New Roman" w:hAnsi="Times New Roman" w:cs="Times New Roman"/>
          <w:sz w:val="24"/>
          <w:szCs w:val="24"/>
        </w:rPr>
      </w:pPr>
      <w:r w:rsidRPr="006C208E">
        <w:rPr>
          <w:rFonts w:ascii="Times New Roman" w:hAnsi="Times New Roman" w:cs="Times New Roman"/>
          <w:sz w:val="24"/>
          <w:szCs w:val="24"/>
        </w:rPr>
        <w:t>All submission</w:t>
      </w:r>
      <w:r w:rsidR="00127BFE" w:rsidRPr="006C208E">
        <w:rPr>
          <w:rFonts w:ascii="Times New Roman" w:hAnsi="Times New Roman" w:cs="Times New Roman"/>
          <w:sz w:val="24"/>
          <w:szCs w:val="24"/>
        </w:rPr>
        <w:t>s</w:t>
      </w:r>
      <w:r w:rsidRPr="006C208E">
        <w:rPr>
          <w:rFonts w:ascii="Times New Roman" w:hAnsi="Times New Roman" w:cs="Times New Roman"/>
          <w:sz w:val="24"/>
          <w:szCs w:val="24"/>
        </w:rPr>
        <w:t xml:space="preserve"> must be in English language. If any supporting documents are written in a language other than English, a </w:t>
      </w:r>
      <w:r w:rsidRPr="006C208E">
        <w:rPr>
          <w:rFonts w:ascii="Times New Roman" w:hAnsi="Times New Roman" w:cs="Times New Roman"/>
          <w:i/>
          <w:iCs/>
          <w:sz w:val="24"/>
          <w:szCs w:val="24"/>
        </w:rPr>
        <w:t>certified</w:t>
      </w:r>
      <w:r w:rsidRPr="006C208E">
        <w:rPr>
          <w:rFonts w:ascii="Times New Roman" w:hAnsi="Times New Roman" w:cs="Times New Roman"/>
          <w:sz w:val="24"/>
          <w:szCs w:val="24"/>
        </w:rPr>
        <w:t xml:space="preserve"> copy of the translation must be provided in addition to the original document.</w:t>
      </w:r>
    </w:p>
    <w:p w14:paraId="293E2061" w14:textId="77777777" w:rsidR="00D211C2" w:rsidRPr="006C208E" w:rsidRDefault="00D211C2" w:rsidP="006C208E">
      <w:pPr>
        <w:spacing w:after="0"/>
        <w:jc w:val="both"/>
        <w:rPr>
          <w:rFonts w:ascii="Times New Roman" w:hAnsi="Times New Roman" w:cs="Times New Roman"/>
          <w:sz w:val="24"/>
          <w:szCs w:val="24"/>
        </w:rPr>
      </w:pPr>
    </w:p>
    <w:p w14:paraId="69E0D5CE" w14:textId="7985DC8D" w:rsidR="0041544D" w:rsidRDefault="0041544D" w:rsidP="006C208E">
      <w:pPr>
        <w:spacing w:after="0"/>
        <w:jc w:val="both"/>
        <w:rPr>
          <w:rFonts w:ascii="Times New Roman" w:hAnsi="Times New Roman" w:cs="Times New Roman"/>
          <w:sz w:val="24"/>
          <w:szCs w:val="24"/>
        </w:rPr>
      </w:pPr>
      <w:r w:rsidRPr="006C208E">
        <w:rPr>
          <w:rFonts w:ascii="Times New Roman" w:hAnsi="Times New Roman" w:cs="Times New Roman"/>
          <w:sz w:val="24"/>
          <w:szCs w:val="24"/>
        </w:rPr>
        <w:t xml:space="preserve">The Business Plan and any related information submitted by the Applicants shall be considered confidential and shall not be disclosed to any third party without the prior written consent of the Applicant, except as required by law or as necessary for the Fund Manager and </w:t>
      </w:r>
      <w:proofErr w:type="spellStart"/>
      <w:r w:rsidR="00EE2095">
        <w:rPr>
          <w:rFonts w:ascii="Times New Roman" w:hAnsi="Times New Roman" w:cs="Times New Roman"/>
          <w:sz w:val="24"/>
          <w:szCs w:val="24"/>
        </w:rPr>
        <w:t>MoE</w:t>
      </w:r>
      <w:proofErr w:type="spellEnd"/>
      <w:r w:rsidRPr="006C208E">
        <w:rPr>
          <w:rFonts w:ascii="Times New Roman" w:hAnsi="Times New Roman" w:cs="Times New Roman"/>
          <w:sz w:val="24"/>
          <w:szCs w:val="24"/>
        </w:rPr>
        <w:t xml:space="preserve"> to review and evaluate the Business Plan. The Fund Manager and </w:t>
      </w:r>
      <w:proofErr w:type="spellStart"/>
      <w:r w:rsidR="00EE2095">
        <w:rPr>
          <w:rFonts w:ascii="Times New Roman" w:hAnsi="Times New Roman" w:cs="Times New Roman"/>
          <w:sz w:val="24"/>
          <w:szCs w:val="24"/>
        </w:rPr>
        <w:t>MoE</w:t>
      </w:r>
      <w:proofErr w:type="spellEnd"/>
      <w:r w:rsidRPr="006C208E">
        <w:rPr>
          <w:rFonts w:ascii="Times New Roman" w:hAnsi="Times New Roman" w:cs="Times New Roman"/>
          <w:sz w:val="24"/>
          <w:szCs w:val="24"/>
        </w:rPr>
        <w:t xml:space="preserve"> shall take reasonable measures to protect the confidentiality of the Business Plan and related information and shall not use such information for any purpose other than the evaluation of the Business Plan.</w:t>
      </w:r>
      <w:r w:rsidR="006422AE" w:rsidRPr="006C208E">
        <w:rPr>
          <w:rFonts w:ascii="Times New Roman" w:hAnsi="Times New Roman" w:cs="Times New Roman"/>
          <w:sz w:val="24"/>
          <w:szCs w:val="24"/>
        </w:rPr>
        <w:t xml:space="preserve"> </w:t>
      </w:r>
    </w:p>
    <w:p w14:paraId="68A83D38" w14:textId="76B883B4" w:rsidR="0067117B" w:rsidRPr="006C208E" w:rsidRDefault="00440BE8" w:rsidP="00012DA6">
      <w:pPr>
        <w:rPr>
          <w:rFonts w:ascii="Times New Roman" w:hAnsi="Times New Roman" w:cs="Times New Roman"/>
          <w:sz w:val="24"/>
          <w:szCs w:val="24"/>
        </w:rPr>
      </w:pPr>
      <w:r>
        <w:rPr>
          <w:rFonts w:ascii="Times New Roman" w:hAnsi="Times New Roman" w:cs="Times New Roman"/>
          <w:sz w:val="24"/>
          <w:szCs w:val="24"/>
        </w:rPr>
        <w:br w:type="page"/>
      </w:r>
    </w:p>
    <w:p w14:paraId="452E26FA" w14:textId="51619FDA" w:rsidR="006422AE" w:rsidRPr="006C208E" w:rsidRDefault="006422AE" w:rsidP="006C208E">
      <w:pPr>
        <w:pStyle w:val="ListParagraph"/>
        <w:numPr>
          <w:ilvl w:val="0"/>
          <w:numId w:val="25"/>
        </w:numPr>
        <w:spacing w:after="0"/>
        <w:jc w:val="both"/>
        <w:rPr>
          <w:rFonts w:ascii="Times New Roman" w:hAnsi="Times New Roman" w:cs="Times New Roman"/>
          <w:b/>
          <w:bCs/>
          <w:sz w:val="24"/>
          <w:szCs w:val="24"/>
        </w:rPr>
      </w:pPr>
      <w:r w:rsidRPr="006C208E">
        <w:rPr>
          <w:rFonts w:ascii="Times New Roman" w:hAnsi="Times New Roman" w:cs="Times New Roman"/>
          <w:b/>
          <w:bCs/>
          <w:sz w:val="24"/>
          <w:szCs w:val="24"/>
        </w:rPr>
        <w:lastRenderedPageBreak/>
        <w:t xml:space="preserve">Eligibility Criteria </w:t>
      </w:r>
    </w:p>
    <w:p w14:paraId="242235CC" w14:textId="77777777" w:rsidR="00D211C2" w:rsidRPr="006C208E" w:rsidRDefault="00D211C2" w:rsidP="006C208E">
      <w:pPr>
        <w:spacing w:after="0"/>
        <w:jc w:val="both"/>
        <w:rPr>
          <w:rFonts w:ascii="Times New Roman" w:hAnsi="Times New Roman" w:cs="Times New Roman"/>
          <w:sz w:val="24"/>
          <w:szCs w:val="24"/>
        </w:rPr>
      </w:pPr>
    </w:p>
    <w:p w14:paraId="3C6F44C1" w14:textId="097A96D2" w:rsidR="00741D5D" w:rsidRPr="006C208E" w:rsidRDefault="00741D5D" w:rsidP="006C208E">
      <w:pPr>
        <w:spacing w:after="0"/>
        <w:jc w:val="both"/>
        <w:rPr>
          <w:rFonts w:ascii="Times New Roman" w:hAnsi="Times New Roman" w:cs="Times New Roman"/>
          <w:sz w:val="24"/>
          <w:szCs w:val="24"/>
        </w:rPr>
      </w:pPr>
      <w:r w:rsidRPr="006C208E">
        <w:rPr>
          <w:rFonts w:ascii="Times New Roman" w:hAnsi="Times New Roman" w:cs="Times New Roman"/>
          <w:sz w:val="24"/>
          <w:szCs w:val="24"/>
        </w:rPr>
        <w:t xml:space="preserve">To qualify for funding under the NNNF, </w:t>
      </w:r>
      <w:r w:rsidR="00A2460E" w:rsidRPr="006C208E">
        <w:rPr>
          <w:rFonts w:ascii="Times New Roman" w:hAnsi="Times New Roman" w:cs="Times New Roman"/>
          <w:sz w:val="24"/>
          <w:szCs w:val="24"/>
        </w:rPr>
        <w:t xml:space="preserve">applicants </w:t>
      </w:r>
      <w:r w:rsidRPr="006C208E">
        <w:rPr>
          <w:rFonts w:ascii="Times New Roman" w:hAnsi="Times New Roman" w:cs="Times New Roman"/>
          <w:sz w:val="24"/>
          <w:szCs w:val="24"/>
        </w:rPr>
        <w:t xml:space="preserve">must satisfy </w:t>
      </w:r>
      <w:r w:rsidR="003B11DD" w:rsidRPr="006C208E">
        <w:rPr>
          <w:rFonts w:ascii="Times New Roman" w:hAnsi="Times New Roman" w:cs="Times New Roman"/>
          <w:sz w:val="24"/>
          <w:szCs w:val="24"/>
        </w:rPr>
        <w:t>all</w:t>
      </w:r>
      <w:r w:rsidRPr="006C208E">
        <w:rPr>
          <w:rFonts w:ascii="Times New Roman" w:hAnsi="Times New Roman" w:cs="Times New Roman"/>
          <w:sz w:val="24"/>
          <w:szCs w:val="24"/>
        </w:rPr>
        <w:t xml:space="preserve"> </w:t>
      </w:r>
      <w:r w:rsidR="007C4038">
        <w:rPr>
          <w:rFonts w:ascii="Times New Roman" w:hAnsi="Times New Roman" w:cs="Times New Roman"/>
          <w:sz w:val="24"/>
          <w:szCs w:val="24"/>
        </w:rPr>
        <w:t xml:space="preserve">of </w:t>
      </w:r>
      <w:r w:rsidRPr="006C208E">
        <w:rPr>
          <w:rFonts w:ascii="Times New Roman" w:hAnsi="Times New Roman" w:cs="Times New Roman"/>
          <w:sz w:val="24"/>
          <w:szCs w:val="24"/>
        </w:rPr>
        <w:t>the following conditions, unless stated otherwise</w:t>
      </w:r>
      <w:r w:rsidR="006F46CB" w:rsidRPr="006C208E">
        <w:rPr>
          <w:rFonts w:ascii="Times New Roman" w:hAnsi="Times New Roman" w:cs="Times New Roman"/>
          <w:sz w:val="24"/>
          <w:szCs w:val="24"/>
        </w:rPr>
        <w:t xml:space="preserve">. If any applicant fails to satisfy any of the following conditions, the application shall not be considered for </w:t>
      </w:r>
      <w:r w:rsidR="003B11DD" w:rsidRPr="006C208E">
        <w:rPr>
          <w:rFonts w:ascii="Times New Roman" w:hAnsi="Times New Roman" w:cs="Times New Roman"/>
          <w:sz w:val="24"/>
          <w:szCs w:val="24"/>
        </w:rPr>
        <w:t>detailed</w:t>
      </w:r>
      <w:r w:rsidR="006F46CB" w:rsidRPr="006C208E">
        <w:rPr>
          <w:rFonts w:ascii="Times New Roman" w:hAnsi="Times New Roman" w:cs="Times New Roman"/>
          <w:sz w:val="24"/>
          <w:szCs w:val="24"/>
        </w:rPr>
        <w:t xml:space="preserve"> business plan evaluation.</w:t>
      </w:r>
    </w:p>
    <w:p w14:paraId="2A18A7A7" w14:textId="77777777" w:rsidR="00D211C2" w:rsidRPr="006C208E" w:rsidRDefault="00D211C2" w:rsidP="006C208E">
      <w:pPr>
        <w:spacing w:after="0"/>
        <w:jc w:val="both"/>
        <w:rPr>
          <w:rFonts w:ascii="Times New Roman" w:hAnsi="Times New Roman" w:cs="Times New Roman"/>
          <w:sz w:val="24"/>
          <w:szCs w:val="24"/>
        </w:rPr>
      </w:pPr>
    </w:p>
    <w:p w14:paraId="13AD70F7" w14:textId="77777777" w:rsidR="00741D5D" w:rsidRPr="006C208E" w:rsidRDefault="00741D5D" w:rsidP="006C208E">
      <w:pPr>
        <w:spacing w:after="0"/>
        <w:jc w:val="both"/>
        <w:rPr>
          <w:rFonts w:ascii="Times New Roman" w:hAnsi="Times New Roman" w:cs="Times New Roman"/>
          <w:b/>
          <w:bCs/>
          <w:sz w:val="24"/>
          <w:szCs w:val="24"/>
        </w:rPr>
      </w:pPr>
      <w:r w:rsidRPr="006C208E">
        <w:rPr>
          <w:rFonts w:ascii="Times New Roman" w:hAnsi="Times New Roman" w:cs="Times New Roman"/>
          <w:b/>
          <w:bCs/>
          <w:sz w:val="24"/>
          <w:szCs w:val="24"/>
        </w:rPr>
        <w:t>(a) Business Plan Quality</w:t>
      </w:r>
    </w:p>
    <w:p w14:paraId="7FD366D4" w14:textId="77777777" w:rsidR="00741D5D" w:rsidRPr="006C208E" w:rsidRDefault="00741D5D" w:rsidP="006C208E">
      <w:pPr>
        <w:numPr>
          <w:ilvl w:val="0"/>
          <w:numId w:val="19"/>
        </w:numPr>
        <w:spacing w:after="0"/>
        <w:jc w:val="both"/>
        <w:rPr>
          <w:rFonts w:ascii="Times New Roman" w:hAnsi="Times New Roman" w:cs="Times New Roman"/>
          <w:sz w:val="24"/>
          <w:szCs w:val="24"/>
        </w:rPr>
      </w:pPr>
      <w:r w:rsidRPr="006C208E">
        <w:rPr>
          <w:rFonts w:ascii="Times New Roman" w:hAnsi="Times New Roman" w:cs="Times New Roman"/>
          <w:sz w:val="24"/>
          <w:szCs w:val="24"/>
        </w:rPr>
        <w:t xml:space="preserve">Submit a </w:t>
      </w:r>
      <w:r w:rsidRPr="006C208E">
        <w:rPr>
          <w:rFonts w:ascii="Times New Roman" w:hAnsi="Times New Roman" w:cs="Times New Roman"/>
          <w:b/>
          <w:bCs/>
          <w:sz w:val="24"/>
          <w:szCs w:val="24"/>
        </w:rPr>
        <w:t>satisfactory Business Plan</w:t>
      </w:r>
      <w:r w:rsidRPr="006C208E">
        <w:rPr>
          <w:rFonts w:ascii="Times New Roman" w:hAnsi="Times New Roman" w:cs="Times New Roman"/>
          <w:sz w:val="24"/>
          <w:szCs w:val="24"/>
        </w:rPr>
        <w:t xml:space="preserve"> that demonstrates:</w:t>
      </w:r>
    </w:p>
    <w:p w14:paraId="34CFC591" w14:textId="75E1B301" w:rsidR="007E35AB" w:rsidRPr="006C208E" w:rsidRDefault="007E35AB" w:rsidP="006C208E">
      <w:pPr>
        <w:pStyle w:val="ListParagraph"/>
        <w:numPr>
          <w:ilvl w:val="1"/>
          <w:numId w:val="19"/>
        </w:numPr>
        <w:spacing w:after="0"/>
        <w:jc w:val="both"/>
        <w:rPr>
          <w:rFonts w:ascii="Times New Roman" w:hAnsi="Times New Roman" w:cs="Times New Roman"/>
          <w:sz w:val="24"/>
          <w:szCs w:val="24"/>
        </w:rPr>
      </w:pPr>
      <w:r w:rsidRPr="006C208E">
        <w:rPr>
          <w:rFonts w:ascii="Times New Roman" w:hAnsi="Times New Roman" w:cs="Times New Roman"/>
          <w:sz w:val="24"/>
          <w:szCs w:val="24"/>
        </w:rPr>
        <w:t>A credible strategy for using NNNF loan financing to sell CCS to Eligible Households;</w:t>
      </w:r>
    </w:p>
    <w:p w14:paraId="21DB0BBE" w14:textId="77777777" w:rsidR="007E35AB" w:rsidRPr="006C208E" w:rsidRDefault="007E35AB" w:rsidP="006C208E">
      <w:pPr>
        <w:pStyle w:val="ListParagraph"/>
        <w:numPr>
          <w:ilvl w:val="1"/>
          <w:numId w:val="19"/>
        </w:numPr>
        <w:spacing w:after="0"/>
        <w:jc w:val="both"/>
        <w:rPr>
          <w:rFonts w:ascii="Times New Roman" w:hAnsi="Times New Roman" w:cs="Times New Roman"/>
          <w:sz w:val="24"/>
          <w:szCs w:val="24"/>
        </w:rPr>
      </w:pPr>
      <w:r w:rsidRPr="006C208E">
        <w:rPr>
          <w:rFonts w:ascii="Times New Roman" w:hAnsi="Times New Roman" w:cs="Times New Roman"/>
          <w:sz w:val="24"/>
          <w:szCs w:val="24"/>
        </w:rPr>
        <w:t>A robust internal organizational structure for implementing the plan;</w:t>
      </w:r>
    </w:p>
    <w:p w14:paraId="6B5E371C" w14:textId="77777777" w:rsidR="007E35AB" w:rsidRPr="006C208E" w:rsidRDefault="007E35AB" w:rsidP="006C208E">
      <w:pPr>
        <w:pStyle w:val="ListParagraph"/>
        <w:numPr>
          <w:ilvl w:val="1"/>
          <w:numId w:val="19"/>
        </w:numPr>
        <w:spacing w:after="0"/>
        <w:jc w:val="both"/>
        <w:rPr>
          <w:rFonts w:ascii="Times New Roman" w:hAnsi="Times New Roman" w:cs="Times New Roman"/>
          <w:sz w:val="24"/>
          <w:szCs w:val="24"/>
        </w:rPr>
      </w:pPr>
      <w:r w:rsidRPr="006C208E">
        <w:rPr>
          <w:rFonts w:ascii="Times New Roman" w:hAnsi="Times New Roman" w:cs="Times New Roman"/>
          <w:sz w:val="24"/>
          <w:szCs w:val="24"/>
        </w:rPr>
        <w:t>A suitable team to implement the business plan;</w:t>
      </w:r>
    </w:p>
    <w:p w14:paraId="18752B21" w14:textId="77777777" w:rsidR="007E35AB" w:rsidRPr="006C208E" w:rsidRDefault="007E35AB" w:rsidP="006C208E">
      <w:pPr>
        <w:pStyle w:val="ListParagraph"/>
        <w:numPr>
          <w:ilvl w:val="1"/>
          <w:numId w:val="19"/>
        </w:numPr>
        <w:spacing w:after="0"/>
        <w:jc w:val="both"/>
        <w:rPr>
          <w:rFonts w:ascii="Times New Roman" w:hAnsi="Times New Roman" w:cs="Times New Roman"/>
          <w:sz w:val="24"/>
          <w:szCs w:val="24"/>
        </w:rPr>
      </w:pPr>
      <w:r w:rsidRPr="006C208E">
        <w:rPr>
          <w:rFonts w:ascii="Times New Roman" w:hAnsi="Times New Roman" w:cs="Times New Roman"/>
          <w:sz w:val="24"/>
          <w:szCs w:val="24"/>
        </w:rPr>
        <w:t>Capacity to distribute CCSs to Eligible Households on cash or credit using PAYGO or other models;</w:t>
      </w:r>
    </w:p>
    <w:p w14:paraId="62045180" w14:textId="6FE66EAA" w:rsidR="007E35AB" w:rsidRPr="006C208E" w:rsidRDefault="007E35AB" w:rsidP="006C208E">
      <w:pPr>
        <w:pStyle w:val="ListParagraph"/>
        <w:numPr>
          <w:ilvl w:val="1"/>
          <w:numId w:val="19"/>
        </w:numPr>
        <w:spacing w:after="0"/>
        <w:jc w:val="both"/>
        <w:rPr>
          <w:rFonts w:ascii="Times New Roman" w:hAnsi="Times New Roman" w:cs="Times New Roman"/>
          <w:sz w:val="24"/>
          <w:szCs w:val="24"/>
        </w:rPr>
      </w:pPr>
      <w:r w:rsidRPr="006C208E">
        <w:rPr>
          <w:rFonts w:ascii="Times New Roman" w:hAnsi="Times New Roman" w:cs="Times New Roman"/>
          <w:sz w:val="24"/>
          <w:szCs w:val="24"/>
        </w:rPr>
        <w:t xml:space="preserve">Capacity to </w:t>
      </w:r>
      <w:r w:rsidR="007A401B">
        <w:rPr>
          <w:rFonts w:ascii="Times New Roman" w:hAnsi="Times New Roman" w:cs="Times New Roman"/>
          <w:sz w:val="24"/>
          <w:szCs w:val="24"/>
        </w:rPr>
        <w:t>provide a</w:t>
      </w:r>
      <w:r w:rsidR="007A401B" w:rsidRPr="006C208E">
        <w:rPr>
          <w:rFonts w:ascii="Times New Roman" w:hAnsi="Times New Roman" w:cs="Times New Roman"/>
          <w:sz w:val="24"/>
          <w:szCs w:val="24"/>
        </w:rPr>
        <w:t xml:space="preserve"> </w:t>
      </w:r>
      <w:r w:rsidRPr="006C208E">
        <w:rPr>
          <w:rFonts w:ascii="Times New Roman" w:hAnsi="Times New Roman" w:cs="Times New Roman"/>
          <w:sz w:val="24"/>
          <w:szCs w:val="24"/>
        </w:rPr>
        <w:t xml:space="preserve">minimum two-year </w:t>
      </w:r>
      <w:r w:rsidR="001529BF">
        <w:rPr>
          <w:rFonts w:ascii="Times New Roman" w:hAnsi="Times New Roman" w:cs="Times New Roman"/>
          <w:sz w:val="24"/>
          <w:szCs w:val="24"/>
        </w:rPr>
        <w:t xml:space="preserve">product </w:t>
      </w:r>
      <w:r w:rsidRPr="006C208E">
        <w:rPr>
          <w:rFonts w:ascii="Times New Roman" w:hAnsi="Times New Roman" w:cs="Times New Roman"/>
          <w:sz w:val="24"/>
          <w:szCs w:val="24"/>
        </w:rPr>
        <w:t xml:space="preserve">warranty and </w:t>
      </w:r>
      <w:r w:rsidR="001529BF">
        <w:rPr>
          <w:rFonts w:ascii="Times New Roman" w:hAnsi="Times New Roman" w:cs="Times New Roman"/>
          <w:sz w:val="24"/>
          <w:szCs w:val="24"/>
        </w:rPr>
        <w:t>ensure the availability of</w:t>
      </w:r>
      <w:r w:rsidR="001529BF" w:rsidRPr="006C208E">
        <w:rPr>
          <w:rFonts w:ascii="Times New Roman" w:hAnsi="Times New Roman" w:cs="Times New Roman"/>
          <w:sz w:val="24"/>
          <w:szCs w:val="24"/>
        </w:rPr>
        <w:t xml:space="preserve"> </w:t>
      </w:r>
      <w:r w:rsidRPr="006C208E">
        <w:rPr>
          <w:rFonts w:ascii="Times New Roman" w:hAnsi="Times New Roman" w:cs="Times New Roman"/>
          <w:sz w:val="24"/>
          <w:szCs w:val="24"/>
        </w:rPr>
        <w:t>after-sale</w:t>
      </w:r>
      <w:r w:rsidR="001529BF">
        <w:rPr>
          <w:rFonts w:ascii="Times New Roman" w:hAnsi="Times New Roman" w:cs="Times New Roman"/>
          <w:sz w:val="24"/>
          <w:szCs w:val="24"/>
        </w:rPr>
        <w:t>s</w:t>
      </w:r>
      <w:r w:rsidRPr="006C208E">
        <w:rPr>
          <w:rFonts w:ascii="Times New Roman" w:hAnsi="Times New Roman" w:cs="Times New Roman"/>
          <w:sz w:val="24"/>
          <w:szCs w:val="24"/>
        </w:rPr>
        <w:t xml:space="preserve"> services </w:t>
      </w:r>
      <w:r w:rsidR="001529BF">
        <w:rPr>
          <w:rFonts w:ascii="Times New Roman" w:hAnsi="Times New Roman" w:cs="Times New Roman"/>
          <w:sz w:val="24"/>
          <w:szCs w:val="24"/>
        </w:rPr>
        <w:t xml:space="preserve">and spare parts throughout </w:t>
      </w:r>
      <w:r w:rsidRPr="006C208E">
        <w:rPr>
          <w:rFonts w:ascii="Times New Roman" w:hAnsi="Times New Roman" w:cs="Times New Roman"/>
          <w:sz w:val="24"/>
          <w:szCs w:val="24"/>
        </w:rPr>
        <w:t xml:space="preserve">the minimum five-year </w:t>
      </w:r>
      <w:r w:rsidR="00561F2E">
        <w:rPr>
          <w:rFonts w:ascii="Times New Roman" w:hAnsi="Times New Roman" w:cs="Times New Roman"/>
          <w:sz w:val="24"/>
          <w:szCs w:val="24"/>
        </w:rPr>
        <w:t>service</w:t>
      </w:r>
      <w:r w:rsidR="00561F2E" w:rsidRPr="006C208E">
        <w:rPr>
          <w:rFonts w:ascii="Times New Roman" w:hAnsi="Times New Roman" w:cs="Times New Roman"/>
          <w:sz w:val="24"/>
          <w:szCs w:val="24"/>
        </w:rPr>
        <w:t xml:space="preserve"> </w:t>
      </w:r>
      <w:r w:rsidRPr="006C208E">
        <w:rPr>
          <w:rFonts w:ascii="Times New Roman" w:hAnsi="Times New Roman" w:cs="Times New Roman"/>
          <w:sz w:val="24"/>
          <w:szCs w:val="24"/>
        </w:rPr>
        <w:t>life for each CCS;</w:t>
      </w:r>
    </w:p>
    <w:p w14:paraId="5AB78466" w14:textId="77777777" w:rsidR="007E35AB" w:rsidRPr="006C208E" w:rsidRDefault="00995FA0" w:rsidP="006C208E">
      <w:pPr>
        <w:pStyle w:val="ListParagraph"/>
        <w:numPr>
          <w:ilvl w:val="1"/>
          <w:numId w:val="19"/>
        </w:numPr>
        <w:spacing w:after="0"/>
        <w:jc w:val="both"/>
        <w:rPr>
          <w:rFonts w:ascii="Times New Roman" w:hAnsi="Times New Roman" w:cs="Times New Roman"/>
          <w:sz w:val="24"/>
          <w:szCs w:val="24"/>
        </w:rPr>
      </w:pPr>
      <w:r>
        <w:rPr>
          <w:rFonts w:ascii="Times New Roman" w:hAnsi="Times New Roman" w:cs="Times New Roman"/>
          <w:sz w:val="24"/>
          <w:szCs w:val="24"/>
        </w:rPr>
        <w:t xml:space="preserve">Availability of or readiness to acquire a </w:t>
      </w:r>
      <w:r w:rsidR="007E35AB" w:rsidRPr="006C208E">
        <w:rPr>
          <w:rFonts w:ascii="Times New Roman" w:hAnsi="Times New Roman" w:cs="Times New Roman"/>
          <w:sz w:val="24"/>
          <w:szCs w:val="24"/>
        </w:rPr>
        <w:t>Customer Relationship Management (CRM) Systems for ongoing customer receivables portfolio monitoring and recovery; and</w:t>
      </w:r>
    </w:p>
    <w:p w14:paraId="4D5F2248" w14:textId="477341A6" w:rsidR="007E35AB" w:rsidRPr="006C208E" w:rsidRDefault="007E35AB" w:rsidP="006C208E">
      <w:pPr>
        <w:pStyle w:val="ListParagraph"/>
        <w:numPr>
          <w:ilvl w:val="1"/>
          <w:numId w:val="19"/>
        </w:numPr>
        <w:spacing w:after="0"/>
        <w:jc w:val="both"/>
        <w:rPr>
          <w:rFonts w:ascii="Times New Roman" w:hAnsi="Times New Roman" w:cs="Times New Roman"/>
          <w:sz w:val="24"/>
          <w:szCs w:val="24"/>
        </w:rPr>
      </w:pPr>
      <w:r w:rsidRPr="006C208E">
        <w:rPr>
          <w:rFonts w:ascii="Times New Roman" w:hAnsi="Times New Roman" w:cs="Times New Roman"/>
          <w:sz w:val="24"/>
          <w:szCs w:val="24"/>
        </w:rPr>
        <w:t>Prior experience</w:t>
      </w:r>
      <w:r w:rsidR="00C43FF2">
        <w:rPr>
          <w:rFonts w:ascii="Times New Roman" w:hAnsi="Times New Roman" w:cs="Times New Roman"/>
          <w:sz w:val="24"/>
          <w:szCs w:val="24"/>
        </w:rPr>
        <w:t xml:space="preserve"> in</w:t>
      </w:r>
      <w:r w:rsidRPr="006C208E">
        <w:rPr>
          <w:rFonts w:ascii="Times New Roman" w:hAnsi="Times New Roman" w:cs="Times New Roman"/>
          <w:sz w:val="24"/>
          <w:szCs w:val="24"/>
        </w:rPr>
        <w:t xml:space="preserve"> participating in loan and grant programs implemented by the government or development finance institutions is desirable.</w:t>
      </w:r>
    </w:p>
    <w:p w14:paraId="5F7FD81F" w14:textId="77777777" w:rsidR="00D211C2" w:rsidRPr="006C208E" w:rsidRDefault="00D211C2" w:rsidP="006C208E">
      <w:pPr>
        <w:pStyle w:val="ListParagraph"/>
        <w:spacing w:after="0"/>
        <w:ind w:left="1440"/>
        <w:jc w:val="both"/>
        <w:rPr>
          <w:rFonts w:ascii="Times New Roman" w:hAnsi="Times New Roman" w:cs="Times New Roman"/>
          <w:sz w:val="24"/>
          <w:szCs w:val="24"/>
        </w:rPr>
      </w:pPr>
    </w:p>
    <w:p w14:paraId="71A8A869" w14:textId="467B4D33" w:rsidR="00B339F7" w:rsidRPr="006C208E" w:rsidRDefault="00741D5D" w:rsidP="006C208E">
      <w:pPr>
        <w:spacing w:after="0"/>
        <w:jc w:val="both"/>
        <w:rPr>
          <w:rFonts w:ascii="Times New Roman" w:hAnsi="Times New Roman" w:cs="Times New Roman"/>
          <w:b/>
          <w:bCs/>
          <w:sz w:val="24"/>
          <w:szCs w:val="24"/>
        </w:rPr>
      </w:pPr>
      <w:r w:rsidRPr="006C208E">
        <w:rPr>
          <w:rFonts w:ascii="Times New Roman" w:hAnsi="Times New Roman" w:cs="Times New Roman"/>
          <w:b/>
          <w:bCs/>
          <w:sz w:val="24"/>
          <w:szCs w:val="24"/>
        </w:rPr>
        <w:t>(b) Financial Track Record</w:t>
      </w:r>
    </w:p>
    <w:p w14:paraId="5E38B0C0" w14:textId="6A7E8F57" w:rsidR="00B339F7" w:rsidRPr="006C208E" w:rsidRDefault="00B339F7" w:rsidP="006C208E">
      <w:pPr>
        <w:numPr>
          <w:ilvl w:val="0"/>
          <w:numId w:val="20"/>
        </w:numPr>
        <w:spacing w:after="0"/>
        <w:jc w:val="both"/>
        <w:rPr>
          <w:rFonts w:ascii="Times New Roman" w:hAnsi="Times New Roman" w:cs="Times New Roman"/>
          <w:sz w:val="24"/>
          <w:szCs w:val="24"/>
        </w:rPr>
      </w:pPr>
      <w:r w:rsidRPr="006C208E">
        <w:rPr>
          <w:rFonts w:ascii="Times New Roman" w:hAnsi="Times New Roman" w:cs="Times New Roman"/>
          <w:sz w:val="24"/>
          <w:szCs w:val="24"/>
        </w:rPr>
        <w:t>Provide audited financial statements for the past t</w:t>
      </w:r>
      <w:r w:rsidR="00C57F12">
        <w:rPr>
          <w:rFonts w:ascii="Times New Roman" w:hAnsi="Times New Roman" w:cs="Times New Roman"/>
          <w:sz w:val="24"/>
          <w:szCs w:val="24"/>
        </w:rPr>
        <w:t>wo</w:t>
      </w:r>
      <w:r w:rsidRPr="006C208E">
        <w:rPr>
          <w:rFonts w:ascii="Times New Roman" w:hAnsi="Times New Roman" w:cs="Times New Roman"/>
          <w:sz w:val="24"/>
          <w:szCs w:val="24"/>
        </w:rPr>
        <w:t xml:space="preserve"> (</w:t>
      </w:r>
      <w:r w:rsidR="00C57F12">
        <w:rPr>
          <w:rFonts w:ascii="Times New Roman" w:hAnsi="Times New Roman" w:cs="Times New Roman"/>
          <w:sz w:val="24"/>
          <w:szCs w:val="24"/>
        </w:rPr>
        <w:t>2</w:t>
      </w:r>
      <w:r w:rsidRPr="006C208E">
        <w:rPr>
          <w:rFonts w:ascii="Times New Roman" w:hAnsi="Times New Roman" w:cs="Times New Roman"/>
          <w:sz w:val="24"/>
          <w:szCs w:val="24"/>
        </w:rPr>
        <w:t>) years.</w:t>
      </w:r>
    </w:p>
    <w:p w14:paraId="487863F2" w14:textId="77777777" w:rsidR="00D211C2" w:rsidRPr="006C208E" w:rsidRDefault="00D211C2" w:rsidP="006C208E">
      <w:pPr>
        <w:spacing w:after="0"/>
        <w:jc w:val="both"/>
        <w:rPr>
          <w:rFonts w:ascii="Times New Roman" w:hAnsi="Times New Roman" w:cs="Times New Roman"/>
          <w:sz w:val="24"/>
          <w:szCs w:val="24"/>
        </w:rPr>
      </w:pPr>
    </w:p>
    <w:p w14:paraId="0CEAEC45" w14:textId="08020F42" w:rsidR="00391A20" w:rsidRPr="006C208E" w:rsidRDefault="00741D5D" w:rsidP="006C208E">
      <w:pPr>
        <w:spacing w:after="0"/>
        <w:jc w:val="both"/>
        <w:rPr>
          <w:rFonts w:ascii="Times New Roman" w:hAnsi="Times New Roman" w:cs="Times New Roman"/>
          <w:b/>
          <w:bCs/>
          <w:sz w:val="24"/>
          <w:szCs w:val="24"/>
        </w:rPr>
      </w:pPr>
      <w:r w:rsidRPr="006C208E">
        <w:rPr>
          <w:rFonts w:ascii="Times New Roman" w:hAnsi="Times New Roman" w:cs="Times New Roman"/>
          <w:b/>
          <w:bCs/>
          <w:sz w:val="24"/>
          <w:szCs w:val="24"/>
        </w:rPr>
        <w:t xml:space="preserve">(c) Financial Strength </w:t>
      </w:r>
      <w:r w:rsidR="00391A20" w:rsidRPr="006C208E">
        <w:rPr>
          <w:rFonts w:ascii="Times New Roman" w:hAnsi="Times New Roman" w:cs="Times New Roman"/>
          <w:b/>
          <w:bCs/>
          <w:sz w:val="24"/>
          <w:szCs w:val="24"/>
        </w:rPr>
        <w:t>(must meet at least two of the following</w:t>
      </w:r>
      <w:r w:rsidR="00775035">
        <w:rPr>
          <w:rFonts w:ascii="Times New Roman" w:hAnsi="Times New Roman" w:cs="Times New Roman"/>
          <w:b/>
          <w:bCs/>
          <w:sz w:val="24"/>
          <w:szCs w:val="24"/>
        </w:rPr>
        <w:t xml:space="preserve"> criteria</w:t>
      </w:r>
      <w:r w:rsidR="00391A20" w:rsidRPr="006C208E">
        <w:rPr>
          <w:rFonts w:ascii="Times New Roman" w:hAnsi="Times New Roman" w:cs="Times New Roman"/>
          <w:b/>
          <w:bCs/>
          <w:sz w:val="24"/>
          <w:szCs w:val="24"/>
        </w:rPr>
        <w:t>):</w:t>
      </w:r>
    </w:p>
    <w:p w14:paraId="2B76DBD3" w14:textId="42B75D71" w:rsidR="00391A20" w:rsidRPr="006C208E" w:rsidRDefault="00391A20" w:rsidP="007F3E09">
      <w:pPr>
        <w:numPr>
          <w:ilvl w:val="0"/>
          <w:numId w:val="20"/>
        </w:numPr>
        <w:spacing w:after="0"/>
        <w:jc w:val="both"/>
        <w:rPr>
          <w:rFonts w:ascii="Times New Roman" w:hAnsi="Times New Roman" w:cs="Times New Roman"/>
          <w:sz w:val="24"/>
          <w:szCs w:val="24"/>
        </w:rPr>
      </w:pPr>
      <w:r w:rsidRPr="006C208E">
        <w:rPr>
          <w:rFonts w:ascii="Times New Roman" w:hAnsi="Times New Roman" w:cs="Times New Roman"/>
          <w:sz w:val="24"/>
          <w:szCs w:val="24"/>
        </w:rPr>
        <w:t xml:space="preserve">Minimum </w:t>
      </w:r>
      <w:r w:rsidR="00090376">
        <w:rPr>
          <w:rFonts w:ascii="Times New Roman" w:hAnsi="Times New Roman" w:cs="Times New Roman"/>
          <w:sz w:val="24"/>
          <w:szCs w:val="24"/>
        </w:rPr>
        <w:t xml:space="preserve">annual </w:t>
      </w:r>
      <w:r w:rsidRPr="006C208E">
        <w:rPr>
          <w:rFonts w:ascii="Times New Roman" w:hAnsi="Times New Roman" w:cs="Times New Roman"/>
          <w:sz w:val="24"/>
          <w:szCs w:val="24"/>
        </w:rPr>
        <w:t xml:space="preserve">revenue of MWK </w:t>
      </w:r>
      <w:r w:rsidR="00F823AD">
        <w:rPr>
          <w:rFonts w:ascii="Times New Roman" w:hAnsi="Times New Roman" w:cs="Times New Roman"/>
          <w:sz w:val="24"/>
          <w:szCs w:val="24"/>
        </w:rPr>
        <w:t>100</w:t>
      </w:r>
      <w:r w:rsidR="00F823AD" w:rsidRPr="006C208E">
        <w:rPr>
          <w:rFonts w:ascii="Times New Roman" w:hAnsi="Times New Roman" w:cs="Times New Roman"/>
          <w:sz w:val="24"/>
          <w:szCs w:val="24"/>
        </w:rPr>
        <w:t xml:space="preserve"> </w:t>
      </w:r>
      <w:r w:rsidRPr="006C208E">
        <w:rPr>
          <w:rFonts w:ascii="Times New Roman" w:hAnsi="Times New Roman" w:cs="Times New Roman"/>
          <w:sz w:val="24"/>
          <w:szCs w:val="24"/>
        </w:rPr>
        <w:t xml:space="preserve">million (or equivalent) in the latest </w:t>
      </w:r>
      <w:r w:rsidR="00AB5622">
        <w:rPr>
          <w:rFonts w:ascii="Times New Roman" w:hAnsi="Times New Roman" w:cs="Times New Roman"/>
          <w:sz w:val="24"/>
          <w:szCs w:val="24"/>
        </w:rPr>
        <w:t xml:space="preserve">completed financial </w:t>
      </w:r>
      <w:r w:rsidRPr="006C208E">
        <w:rPr>
          <w:rFonts w:ascii="Times New Roman" w:hAnsi="Times New Roman" w:cs="Times New Roman"/>
          <w:sz w:val="24"/>
          <w:szCs w:val="24"/>
        </w:rPr>
        <w:t>year;</w:t>
      </w:r>
    </w:p>
    <w:p w14:paraId="53484AE7" w14:textId="41DF03C2" w:rsidR="00A15098" w:rsidRDefault="00391A20" w:rsidP="007F3E09">
      <w:pPr>
        <w:numPr>
          <w:ilvl w:val="0"/>
          <w:numId w:val="20"/>
        </w:numPr>
        <w:spacing w:after="0"/>
        <w:jc w:val="both"/>
        <w:rPr>
          <w:rFonts w:ascii="Times New Roman" w:hAnsi="Times New Roman" w:cs="Times New Roman"/>
          <w:sz w:val="24"/>
          <w:szCs w:val="24"/>
        </w:rPr>
      </w:pPr>
      <w:r w:rsidRPr="006C208E">
        <w:rPr>
          <w:rFonts w:ascii="Times New Roman" w:hAnsi="Times New Roman" w:cs="Times New Roman"/>
          <w:sz w:val="24"/>
          <w:szCs w:val="24"/>
        </w:rPr>
        <w:t xml:space="preserve">Positive </w:t>
      </w:r>
      <w:r w:rsidR="00AB5622">
        <w:rPr>
          <w:rFonts w:ascii="Times New Roman" w:hAnsi="Times New Roman" w:cs="Times New Roman"/>
          <w:sz w:val="24"/>
          <w:szCs w:val="24"/>
        </w:rPr>
        <w:t>n</w:t>
      </w:r>
      <w:r w:rsidRPr="006C208E">
        <w:rPr>
          <w:rFonts w:ascii="Times New Roman" w:hAnsi="Times New Roman" w:cs="Times New Roman"/>
          <w:sz w:val="24"/>
          <w:szCs w:val="24"/>
        </w:rPr>
        <w:t xml:space="preserve">et </w:t>
      </w:r>
      <w:r w:rsidR="00AB5622">
        <w:rPr>
          <w:rFonts w:ascii="Times New Roman" w:hAnsi="Times New Roman" w:cs="Times New Roman"/>
          <w:sz w:val="24"/>
          <w:szCs w:val="24"/>
        </w:rPr>
        <w:t>i</w:t>
      </w:r>
      <w:r w:rsidRPr="006C208E">
        <w:rPr>
          <w:rFonts w:ascii="Times New Roman" w:hAnsi="Times New Roman" w:cs="Times New Roman"/>
          <w:sz w:val="24"/>
          <w:szCs w:val="24"/>
        </w:rPr>
        <w:t xml:space="preserve">ncome in </w:t>
      </w:r>
      <w:r w:rsidR="00AB5622">
        <w:rPr>
          <w:rFonts w:ascii="Times New Roman" w:hAnsi="Times New Roman" w:cs="Times New Roman"/>
          <w:sz w:val="24"/>
          <w:szCs w:val="24"/>
        </w:rPr>
        <w:t xml:space="preserve">each of </w:t>
      </w:r>
      <w:r w:rsidRPr="006C208E">
        <w:rPr>
          <w:rFonts w:ascii="Times New Roman" w:hAnsi="Times New Roman" w:cs="Times New Roman"/>
          <w:sz w:val="24"/>
          <w:szCs w:val="24"/>
        </w:rPr>
        <w:t xml:space="preserve">the past two </w:t>
      </w:r>
      <w:r w:rsidR="00AB5622">
        <w:rPr>
          <w:rFonts w:ascii="Times New Roman" w:hAnsi="Times New Roman" w:cs="Times New Roman"/>
          <w:sz w:val="24"/>
          <w:szCs w:val="24"/>
        </w:rPr>
        <w:t xml:space="preserve">completed financial </w:t>
      </w:r>
      <w:r w:rsidRPr="006C208E">
        <w:rPr>
          <w:rFonts w:ascii="Times New Roman" w:hAnsi="Times New Roman" w:cs="Times New Roman"/>
          <w:sz w:val="24"/>
          <w:szCs w:val="24"/>
        </w:rPr>
        <w:t>years</w:t>
      </w:r>
      <w:r w:rsidR="004A641D">
        <w:rPr>
          <w:rStyle w:val="FootnoteReference"/>
          <w:rFonts w:ascii="Times New Roman" w:hAnsi="Times New Roman" w:cs="Times New Roman"/>
          <w:sz w:val="24"/>
          <w:szCs w:val="24"/>
        </w:rPr>
        <w:footnoteReference w:id="2"/>
      </w:r>
      <w:r w:rsidR="00AB5622">
        <w:rPr>
          <w:rFonts w:ascii="Times New Roman" w:hAnsi="Times New Roman" w:cs="Times New Roman"/>
          <w:sz w:val="24"/>
          <w:szCs w:val="24"/>
        </w:rPr>
        <w:t>;</w:t>
      </w:r>
      <w:r w:rsidR="004A641D" w:rsidRPr="004A641D">
        <w:rPr>
          <w:rStyle w:val="FootnoteReference"/>
          <w:rFonts w:ascii="Times New Roman" w:hAnsi="Times New Roman" w:cs="Times New Roman"/>
          <w:sz w:val="24"/>
          <w:szCs w:val="24"/>
        </w:rPr>
        <w:t xml:space="preserve"> </w:t>
      </w:r>
    </w:p>
    <w:p w14:paraId="557D87F5" w14:textId="7EDDB2F6" w:rsidR="00391A20" w:rsidRPr="00FD290C" w:rsidRDefault="00391A20" w:rsidP="007F3E09">
      <w:pPr>
        <w:numPr>
          <w:ilvl w:val="0"/>
          <w:numId w:val="20"/>
        </w:numPr>
        <w:spacing w:after="0"/>
        <w:jc w:val="both"/>
        <w:rPr>
          <w:rFonts w:ascii="Times New Roman" w:hAnsi="Times New Roman" w:cs="Times New Roman"/>
          <w:sz w:val="24"/>
          <w:szCs w:val="24"/>
        </w:rPr>
      </w:pPr>
      <w:r w:rsidRPr="00FD290C">
        <w:rPr>
          <w:rFonts w:ascii="Times New Roman" w:hAnsi="Times New Roman" w:cs="Times New Roman"/>
          <w:sz w:val="24"/>
          <w:szCs w:val="24"/>
        </w:rPr>
        <w:t xml:space="preserve">Return on </w:t>
      </w:r>
      <w:r w:rsidR="004A641D">
        <w:rPr>
          <w:rFonts w:ascii="Times New Roman" w:hAnsi="Times New Roman" w:cs="Times New Roman"/>
          <w:sz w:val="24"/>
          <w:szCs w:val="24"/>
        </w:rPr>
        <w:t>a</w:t>
      </w:r>
      <w:r w:rsidRPr="00FD290C">
        <w:rPr>
          <w:rFonts w:ascii="Times New Roman" w:hAnsi="Times New Roman" w:cs="Times New Roman"/>
          <w:sz w:val="24"/>
          <w:szCs w:val="24"/>
        </w:rPr>
        <w:t xml:space="preserve">ssets </w:t>
      </w:r>
      <w:r w:rsidR="0054482B">
        <w:rPr>
          <w:rFonts w:ascii="Times New Roman" w:hAnsi="Times New Roman" w:cs="Times New Roman"/>
          <w:sz w:val="24"/>
          <w:szCs w:val="24"/>
        </w:rPr>
        <w:t>exceeding</w:t>
      </w:r>
      <w:r w:rsidRPr="00FD290C">
        <w:rPr>
          <w:rFonts w:ascii="Times New Roman" w:hAnsi="Times New Roman" w:cs="Times New Roman"/>
          <w:sz w:val="24"/>
          <w:szCs w:val="24"/>
        </w:rPr>
        <w:t xml:space="preserve"> </w:t>
      </w:r>
      <w:r w:rsidR="00CE09E8">
        <w:rPr>
          <w:rFonts w:ascii="Times New Roman" w:hAnsi="Times New Roman" w:cs="Times New Roman"/>
          <w:sz w:val="24"/>
          <w:szCs w:val="24"/>
        </w:rPr>
        <w:t>2.5%</w:t>
      </w:r>
      <w:r w:rsidRPr="00FD290C">
        <w:rPr>
          <w:rFonts w:ascii="Times New Roman" w:hAnsi="Times New Roman" w:cs="Times New Roman"/>
          <w:sz w:val="24"/>
          <w:szCs w:val="24"/>
        </w:rPr>
        <w:t xml:space="preserve"> </w:t>
      </w:r>
      <w:r w:rsidR="007F3E09">
        <w:rPr>
          <w:rFonts w:ascii="Times New Roman" w:hAnsi="Times New Roman" w:cs="Times New Roman"/>
          <w:sz w:val="24"/>
          <w:szCs w:val="24"/>
        </w:rPr>
        <w:t>in</w:t>
      </w:r>
      <w:r w:rsidRPr="00FD290C">
        <w:rPr>
          <w:rFonts w:ascii="Times New Roman" w:hAnsi="Times New Roman" w:cs="Times New Roman"/>
          <w:sz w:val="24"/>
          <w:szCs w:val="24"/>
        </w:rPr>
        <w:t xml:space="preserve"> the latest </w:t>
      </w:r>
      <w:r w:rsidR="0054482B">
        <w:rPr>
          <w:rFonts w:ascii="Times New Roman" w:hAnsi="Times New Roman" w:cs="Times New Roman"/>
          <w:sz w:val="24"/>
          <w:szCs w:val="24"/>
        </w:rPr>
        <w:t xml:space="preserve">completed </w:t>
      </w:r>
      <w:r w:rsidRPr="00FD290C">
        <w:rPr>
          <w:rFonts w:ascii="Times New Roman" w:hAnsi="Times New Roman" w:cs="Times New Roman"/>
          <w:sz w:val="24"/>
          <w:szCs w:val="24"/>
        </w:rPr>
        <w:t>financial year</w:t>
      </w:r>
      <w:r w:rsidR="004A641D">
        <w:rPr>
          <w:rStyle w:val="FootnoteReference"/>
          <w:rFonts w:ascii="Times New Roman" w:hAnsi="Times New Roman" w:cs="Times New Roman"/>
          <w:sz w:val="24"/>
          <w:szCs w:val="24"/>
        </w:rPr>
        <w:footnoteReference w:id="3"/>
      </w:r>
      <w:r w:rsidRPr="00FD290C">
        <w:rPr>
          <w:rFonts w:ascii="Times New Roman" w:hAnsi="Times New Roman" w:cs="Times New Roman"/>
          <w:sz w:val="24"/>
          <w:szCs w:val="24"/>
        </w:rPr>
        <w:t xml:space="preserve">; </w:t>
      </w:r>
    </w:p>
    <w:p w14:paraId="77E3BE3B" w14:textId="6BD5575E" w:rsidR="00620D19" w:rsidRPr="007F6887" w:rsidRDefault="0058228D" w:rsidP="003C6FA8">
      <w:pPr>
        <w:pStyle w:val="ListParagraph"/>
        <w:numPr>
          <w:ilvl w:val="0"/>
          <w:numId w:val="20"/>
        </w:numPr>
        <w:jc w:val="both"/>
        <w:rPr>
          <w:rFonts w:ascii="Times New Roman" w:hAnsi="Times New Roman" w:cs="Times New Roman"/>
          <w:sz w:val="24"/>
          <w:szCs w:val="24"/>
        </w:rPr>
      </w:pPr>
      <w:r>
        <w:rPr>
          <w:rFonts w:ascii="Times New Roman" w:hAnsi="Times New Roman" w:cs="Times New Roman"/>
          <w:sz w:val="24"/>
          <w:szCs w:val="24"/>
        </w:rPr>
        <w:t>Positive shareholders’ equity and a d</w:t>
      </w:r>
      <w:r w:rsidR="007F6887" w:rsidRPr="007F6887">
        <w:rPr>
          <w:rFonts w:ascii="Times New Roman" w:hAnsi="Times New Roman" w:cs="Times New Roman"/>
          <w:sz w:val="24"/>
          <w:szCs w:val="24"/>
        </w:rPr>
        <w:t xml:space="preserve">ebt-to-equity ratio </w:t>
      </w:r>
      <w:r w:rsidR="00E3744C">
        <w:rPr>
          <w:rFonts w:ascii="Times New Roman" w:hAnsi="Times New Roman" w:cs="Times New Roman"/>
          <w:sz w:val="24"/>
          <w:szCs w:val="24"/>
        </w:rPr>
        <w:t xml:space="preserve">between </w:t>
      </w:r>
      <w:r w:rsidR="00615E60">
        <w:rPr>
          <w:rFonts w:ascii="Times New Roman" w:hAnsi="Times New Roman" w:cs="Times New Roman"/>
          <w:sz w:val="24"/>
          <w:szCs w:val="24"/>
        </w:rPr>
        <w:t>1 to</w:t>
      </w:r>
      <w:r w:rsidR="007F6887" w:rsidRPr="007F6887">
        <w:rPr>
          <w:rFonts w:ascii="Times New Roman" w:hAnsi="Times New Roman" w:cs="Times New Roman"/>
          <w:sz w:val="24"/>
          <w:szCs w:val="24"/>
        </w:rPr>
        <w:t xml:space="preserve"> 5</w:t>
      </w:r>
      <w:r w:rsidR="005C3B92">
        <w:rPr>
          <w:rFonts w:ascii="Times New Roman" w:hAnsi="Times New Roman" w:cs="Times New Roman"/>
          <w:sz w:val="24"/>
          <w:szCs w:val="24"/>
        </w:rPr>
        <w:t>.0</w:t>
      </w:r>
      <w:r w:rsidR="009E1C3C">
        <w:rPr>
          <w:rFonts w:ascii="Times New Roman" w:hAnsi="Times New Roman" w:cs="Times New Roman"/>
          <w:sz w:val="24"/>
          <w:szCs w:val="24"/>
        </w:rPr>
        <w:t xml:space="preserve"> </w:t>
      </w:r>
      <w:r w:rsidR="005C3B92">
        <w:rPr>
          <w:rFonts w:ascii="Times New Roman" w:hAnsi="Times New Roman" w:cs="Times New Roman"/>
          <w:sz w:val="24"/>
          <w:szCs w:val="24"/>
        </w:rPr>
        <w:t>in the latest completed financial year</w:t>
      </w:r>
      <w:r>
        <w:rPr>
          <w:rFonts w:ascii="Times New Roman" w:hAnsi="Times New Roman" w:cs="Times New Roman"/>
          <w:sz w:val="24"/>
          <w:szCs w:val="24"/>
        </w:rPr>
        <w:t>;</w:t>
      </w:r>
      <w:r w:rsidR="00B537C2">
        <w:rPr>
          <w:rFonts w:ascii="Times New Roman" w:hAnsi="Times New Roman" w:cs="Times New Roman"/>
          <w:sz w:val="24"/>
          <w:szCs w:val="24"/>
        </w:rPr>
        <w:t xml:space="preserve"> or</w:t>
      </w:r>
    </w:p>
    <w:p w14:paraId="2FD83E7A" w14:textId="2647452E" w:rsidR="00B339F7" w:rsidRPr="003C6FA8" w:rsidRDefault="00391A20" w:rsidP="003C6FA8">
      <w:pPr>
        <w:pStyle w:val="ListParagraph"/>
        <w:numPr>
          <w:ilvl w:val="0"/>
          <w:numId w:val="20"/>
        </w:numPr>
        <w:jc w:val="both"/>
        <w:rPr>
          <w:rFonts w:ascii="Times New Roman" w:hAnsi="Times New Roman" w:cs="Times New Roman"/>
          <w:b/>
          <w:bCs/>
          <w:sz w:val="24"/>
          <w:szCs w:val="24"/>
        </w:rPr>
      </w:pPr>
      <w:r w:rsidRPr="003C6FA8">
        <w:rPr>
          <w:rFonts w:ascii="Times New Roman" w:hAnsi="Times New Roman" w:cs="Times New Roman"/>
          <w:sz w:val="24"/>
          <w:szCs w:val="24"/>
        </w:rPr>
        <w:t xml:space="preserve">Minimum working capital of MWK </w:t>
      </w:r>
      <w:r w:rsidR="00912D29" w:rsidRPr="003C6FA8">
        <w:rPr>
          <w:rFonts w:ascii="Times New Roman" w:hAnsi="Times New Roman" w:cs="Times New Roman"/>
          <w:sz w:val="24"/>
          <w:szCs w:val="24"/>
        </w:rPr>
        <w:t xml:space="preserve">120 </w:t>
      </w:r>
      <w:r w:rsidRPr="003C6FA8">
        <w:rPr>
          <w:rFonts w:ascii="Times New Roman" w:hAnsi="Times New Roman" w:cs="Times New Roman"/>
          <w:sz w:val="24"/>
          <w:szCs w:val="24"/>
        </w:rPr>
        <w:t xml:space="preserve">million (or equivalent) in the latest </w:t>
      </w:r>
      <w:r w:rsidR="001A32CB">
        <w:rPr>
          <w:rFonts w:ascii="Times New Roman" w:hAnsi="Times New Roman" w:cs="Times New Roman"/>
          <w:sz w:val="24"/>
          <w:szCs w:val="24"/>
        </w:rPr>
        <w:t xml:space="preserve">completed financial </w:t>
      </w:r>
      <w:r w:rsidRPr="003C6FA8">
        <w:rPr>
          <w:rFonts w:ascii="Times New Roman" w:hAnsi="Times New Roman" w:cs="Times New Roman"/>
          <w:sz w:val="24"/>
          <w:szCs w:val="24"/>
        </w:rPr>
        <w:t>year.</w:t>
      </w:r>
    </w:p>
    <w:p w14:paraId="6CF0FC67" w14:textId="6EC25232" w:rsidR="00741D5D" w:rsidRPr="006C208E" w:rsidRDefault="00741D5D" w:rsidP="006C208E">
      <w:pPr>
        <w:spacing w:after="0"/>
        <w:jc w:val="both"/>
        <w:rPr>
          <w:rFonts w:ascii="Times New Roman" w:hAnsi="Times New Roman" w:cs="Times New Roman"/>
          <w:b/>
          <w:bCs/>
          <w:sz w:val="24"/>
          <w:szCs w:val="24"/>
        </w:rPr>
      </w:pPr>
      <w:r w:rsidRPr="006C208E">
        <w:rPr>
          <w:rFonts w:ascii="Times New Roman" w:hAnsi="Times New Roman" w:cs="Times New Roman"/>
          <w:b/>
          <w:bCs/>
          <w:sz w:val="24"/>
          <w:szCs w:val="24"/>
        </w:rPr>
        <w:t>(d) Ongoing Compliance</w:t>
      </w:r>
    </w:p>
    <w:p w14:paraId="740FE729" w14:textId="7DAD47C2" w:rsidR="00741D5D" w:rsidRPr="006C208E" w:rsidRDefault="00741D5D" w:rsidP="006C208E">
      <w:pPr>
        <w:numPr>
          <w:ilvl w:val="0"/>
          <w:numId w:val="20"/>
        </w:numPr>
        <w:spacing w:after="0"/>
        <w:jc w:val="both"/>
        <w:rPr>
          <w:rFonts w:ascii="Times New Roman" w:hAnsi="Times New Roman" w:cs="Times New Roman"/>
          <w:sz w:val="24"/>
          <w:szCs w:val="24"/>
        </w:rPr>
      </w:pPr>
      <w:r w:rsidRPr="006C208E">
        <w:rPr>
          <w:rFonts w:ascii="Times New Roman" w:hAnsi="Times New Roman" w:cs="Times New Roman"/>
          <w:sz w:val="24"/>
          <w:szCs w:val="24"/>
        </w:rPr>
        <w:t>POs must continue to meet these eligibility criteria throughout the funding period</w:t>
      </w:r>
      <w:r w:rsidR="006D1C37" w:rsidRPr="006C208E">
        <w:rPr>
          <w:rFonts w:ascii="Times New Roman" w:hAnsi="Times New Roman" w:cs="Times New Roman"/>
          <w:sz w:val="24"/>
          <w:szCs w:val="24"/>
        </w:rPr>
        <w:t>;</w:t>
      </w:r>
    </w:p>
    <w:p w14:paraId="212417E4" w14:textId="52D42366" w:rsidR="00741D5D" w:rsidRPr="006C208E" w:rsidRDefault="00741D5D" w:rsidP="006C208E">
      <w:pPr>
        <w:numPr>
          <w:ilvl w:val="0"/>
          <w:numId w:val="20"/>
        </w:numPr>
        <w:spacing w:after="0"/>
        <w:jc w:val="both"/>
        <w:rPr>
          <w:rFonts w:ascii="Times New Roman" w:hAnsi="Times New Roman" w:cs="Times New Roman"/>
          <w:sz w:val="24"/>
          <w:szCs w:val="24"/>
        </w:rPr>
      </w:pPr>
      <w:r w:rsidRPr="006C208E">
        <w:rPr>
          <w:rFonts w:ascii="Times New Roman" w:hAnsi="Times New Roman" w:cs="Times New Roman"/>
          <w:sz w:val="24"/>
          <w:szCs w:val="24"/>
        </w:rPr>
        <w:t xml:space="preserve">Compliance will be monitored annually by the Fund Manager, </w:t>
      </w:r>
      <w:proofErr w:type="spellStart"/>
      <w:r w:rsidRPr="006C208E">
        <w:rPr>
          <w:rFonts w:ascii="Times New Roman" w:hAnsi="Times New Roman" w:cs="Times New Roman"/>
          <w:sz w:val="24"/>
          <w:szCs w:val="24"/>
        </w:rPr>
        <w:t>MoE</w:t>
      </w:r>
      <w:proofErr w:type="spellEnd"/>
      <w:r w:rsidRPr="006C208E">
        <w:rPr>
          <w:rFonts w:ascii="Times New Roman" w:hAnsi="Times New Roman" w:cs="Times New Roman"/>
          <w:sz w:val="24"/>
          <w:szCs w:val="24"/>
        </w:rPr>
        <w:t>, and the World Bank</w:t>
      </w:r>
      <w:r w:rsidR="006D1C37" w:rsidRPr="006C208E">
        <w:rPr>
          <w:rFonts w:ascii="Times New Roman" w:hAnsi="Times New Roman" w:cs="Times New Roman"/>
          <w:sz w:val="24"/>
          <w:szCs w:val="24"/>
        </w:rPr>
        <w:t>; and</w:t>
      </w:r>
    </w:p>
    <w:p w14:paraId="00B55362" w14:textId="2F5EDA32" w:rsidR="00741D5D" w:rsidRPr="006C208E" w:rsidRDefault="00741D5D" w:rsidP="006C208E">
      <w:pPr>
        <w:numPr>
          <w:ilvl w:val="0"/>
          <w:numId w:val="20"/>
        </w:numPr>
        <w:spacing w:after="0"/>
        <w:jc w:val="both"/>
        <w:rPr>
          <w:rFonts w:ascii="Times New Roman" w:hAnsi="Times New Roman" w:cs="Times New Roman"/>
          <w:sz w:val="24"/>
          <w:szCs w:val="24"/>
        </w:rPr>
      </w:pPr>
      <w:r w:rsidRPr="006C208E">
        <w:rPr>
          <w:rFonts w:ascii="Times New Roman" w:hAnsi="Times New Roman" w:cs="Times New Roman"/>
          <w:sz w:val="24"/>
          <w:szCs w:val="24"/>
        </w:rPr>
        <w:t xml:space="preserve">Failure to comply may result in suspension of further disbursements until corrective actions are taken to </w:t>
      </w:r>
      <w:proofErr w:type="spellStart"/>
      <w:r w:rsidRPr="006C208E">
        <w:rPr>
          <w:rFonts w:ascii="Times New Roman" w:hAnsi="Times New Roman" w:cs="Times New Roman"/>
          <w:sz w:val="24"/>
          <w:szCs w:val="24"/>
        </w:rPr>
        <w:t>MoE’s</w:t>
      </w:r>
      <w:proofErr w:type="spellEnd"/>
      <w:r w:rsidRPr="006C208E">
        <w:rPr>
          <w:rFonts w:ascii="Times New Roman" w:hAnsi="Times New Roman" w:cs="Times New Roman"/>
          <w:sz w:val="24"/>
          <w:szCs w:val="24"/>
        </w:rPr>
        <w:t xml:space="preserve"> satisfaction.</w:t>
      </w:r>
    </w:p>
    <w:p w14:paraId="069274B3" w14:textId="77777777" w:rsidR="001D3A68" w:rsidRPr="006C208E" w:rsidRDefault="001D3A68" w:rsidP="006C208E">
      <w:pPr>
        <w:spacing w:after="0"/>
        <w:ind w:left="720"/>
        <w:jc w:val="both"/>
        <w:rPr>
          <w:rFonts w:ascii="Times New Roman" w:hAnsi="Times New Roman" w:cs="Times New Roman"/>
          <w:sz w:val="24"/>
          <w:szCs w:val="24"/>
        </w:rPr>
      </w:pPr>
    </w:p>
    <w:p w14:paraId="474C8A01" w14:textId="3DF59801" w:rsidR="00741D5D" w:rsidRPr="006C208E" w:rsidRDefault="00741D5D" w:rsidP="006C208E">
      <w:pPr>
        <w:spacing w:after="0"/>
        <w:jc w:val="both"/>
        <w:rPr>
          <w:rFonts w:ascii="Times New Roman" w:hAnsi="Times New Roman" w:cs="Times New Roman"/>
          <w:b/>
          <w:bCs/>
          <w:sz w:val="24"/>
          <w:szCs w:val="24"/>
        </w:rPr>
      </w:pPr>
      <w:r w:rsidRPr="006C208E">
        <w:rPr>
          <w:rFonts w:ascii="Times New Roman" w:hAnsi="Times New Roman" w:cs="Times New Roman"/>
          <w:b/>
          <w:bCs/>
          <w:sz w:val="24"/>
          <w:szCs w:val="24"/>
        </w:rPr>
        <w:t xml:space="preserve">(e) Systems </w:t>
      </w:r>
      <w:r w:rsidR="006D1C37" w:rsidRPr="006C208E">
        <w:rPr>
          <w:rFonts w:ascii="Times New Roman" w:hAnsi="Times New Roman" w:cs="Times New Roman"/>
          <w:b/>
          <w:bCs/>
          <w:sz w:val="24"/>
          <w:szCs w:val="24"/>
        </w:rPr>
        <w:t>and</w:t>
      </w:r>
      <w:r w:rsidRPr="006C208E">
        <w:rPr>
          <w:rFonts w:ascii="Times New Roman" w:hAnsi="Times New Roman" w:cs="Times New Roman"/>
          <w:b/>
          <w:bCs/>
          <w:sz w:val="24"/>
          <w:szCs w:val="24"/>
        </w:rPr>
        <w:t xml:space="preserve"> Controls</w:t>
      </w:r>
    </w:p>
    <w:p w14:paraId="5E571311" w14:textId="21005DF1" w:rsidR="00741D5D" w:rsidRPr="00446209" w:rsidRDefault="00741D5D" w:rsidP="00DD03C5">
      <w:pPr>
        <w:numPr>
          <w:ilvl w:val="0"/>
          <w:numId w:val="21"/>
        </w:numPr>
        <w:spacing w:after="0"/>
        <w:jc w:val="both"/>
        <w:rPr>
          <w:rFonts w:ascii="Times New Roman" w:hAnsi="Times New Roman" w:cs="Times New Roman"/>
          <w:sz w:val="24"/>
          <w:szCs w:val="24"/>
        </w:rPr>
      </w:pPr>
      <w:r w:rsidRPr="006C208E">
        <w:rPr>
          <w:rFonts w:ascii="Times New Roman" w:hAnsi="Times New Roman" w:cs="Times New Roman"/>
          <w:sz w:val="24"/>
          <w:szCs w:val="24"/>
        </w:rPr>
        <w:t xml:space="preserve">Maintain sound </w:t>
      </w:r>
      <w:r w:rsidR="00E60CE5">
        <w:rPr>
          <w:rFonts w:ascii="Times New Roman" w:hAnsi="Times New Roman" w:cs="Times New Roman"/>
          <w:sz w:val="24"/>
          <w:szCs w:val="24"/>
        </w:rPr>
        <w:t>audit</w:t>
      </w:r>
      <w:r w:rsidR="00C1163B">
        <w:rPr>
          <w:rFonts w:ascii="Times New Roman" w:hAnsi="Times New Roman" w:cs="Times New Roman"/>
          <w:sz w:val="24"/>
          <w:szCs w:val="24"/>
        </w:rPr>
        <w:t>ing</w:t>
      </w:r>
      <w:r w:rsidR="0088176E">
        <w:rPr>
          <w:rFonts w:ascii="Times New Roman" w:hAnsi="Times New Roman" w:cs="Times New Roman"/>
          <w:sz w:val="24"/>
          <w:szCs w:val="24"/>
        </w:rPr>
        <w:t>,</w:t>
      </w:r>
      <w:r w:rsidR="00446209">
        <w:rPr>
          <w:rFonts w:ascii="Times New Roman" w:hAnsi="Times New Roman" w:cs="Times New Roman"/>
          <w:sz w:val="24"/>
          <w:szCs w:val="24"/>
        </w:rPr>
        <w:t xml:space="preserve"> </w:t>
      </w:r>
      <w:r w:rsidR="00BE6CEC" w:rsidRPr="00446209">
        <w:rPr>
          <w:rFonts w:ascii="Times New Roman" w:hAnsi="Times New Roman" w:cs="Times New Roman"/>
          <w:sz w:val="24"/>
          <w:szCs w:val="24"/>
        </w:rPr>
        <w:t>CRM platform</w:t>
      </w:r>
      <w:r w:rsidR="000E74D7" w:rsidRPr="00446209">
        <w:rPr>
          <w:rFonts w:ascii="Times New Roman" w:hAnsi="Times New Roman" w:cs="Times New Roman"/>
          <w:sz w:val="24"/>
          <w:szCs w:val="24"/>
        </w:rPr>
        <w:t xml:space="preserve"> for customer receivables portfolio monitoring and recovery</w:t>
      </w:r>
      <w:r w:rsidRPr="00446209">
        <w:rPr>
          <w:rFonts w:ascii="Times New Roman" w:hAnsi="Times New Roman" w:cs="Times New Roman"/>
          <w:sz w:val="24"/>
          <w:szCs w:val="24"/>
        </w:rPr>
        <w:t>, and internal audit systems that are transparent and reliable.</w:t>
      </w:r>
      <w:r w:rsidR="006F46CB" w:rsidRPr="00446209">
        <w:rPr>
          <w:rFonts w:ascii="Times New Roman" w:hAnsi="Times New Roman" w:cs="Times New Roman"/>
          <w:sz w:val="24"/>
          <w:szCs w:val="24"/>
        </w:rPr>
        <w:t xml:space="preserve"> </w:t>
      </w:r>
      <w:r w:rsidR="0081520F" w:rsidRPr="00446209">
        <w:rPr>
          <w:rFonts w:ascii="Times New Roman" w:hAnsi="Times New Roman" w:cs="Times New Roman"/>
          <w:sz w:val="24"/>
          <w:szCs w:val="24"/>
        </w:rPr>
        <w:t xml:space="preserve">The CRM platform must support API connection with the </w:t>
      </w:r>
      <w:proofErr w:type="spellStart"/>
      <w:r w:rsidR="00EE2095" w:rsidRPr="00446209">
        <w:rPr>
          <w:rFonts w:ascii="Times New Roman" w:hAnsi="Times New Roman" w:cs="Times New Roman"/>
          <w:sz w:val="24"/>
          <w:szCs w:val="24"/>
        </w:rPr>
        <w:t>MoE</w:t>
      </w:r>
      <w:r w:rsidR="0081520F" w:rsidRPr="00446209">
        <w:rPr>
          <w:rFonts w:ascii="Times New Roman" w:hAnsi="Times New Roman" w:cs="Times New Roman"/>
          <w:sz w:val="24"/>
          <w:szCs w:val="24"/>
        </w:rPr>
        <w:t>’s</w:t>
      </w:r>
      <w:proofErr w:type="spellEnd"/>
      <w:r w:rsidR="0081520F" w:rsidRPr="00446209">
        <w:rPr>
          <w:rFonts w:ascii="Times New Roman" w:hAnsi="Times New Roman" w:cs="Times New Roman"/>
          <w:sz w:val="24"/>
          <w:szCs w:val="24"/>
        </w:rPr>
        <w:t xml:space="preserve"> </w:t>
      </w:r>
      <w:r w:rsidR="000A50F2" w:rsidRPr="00446209">
        <w:rPr>
          <w:rFonts w:ascii="Times New Roman" w:hAnsi="Times New Roman" w:cs="Times New Roman"/>
          <w:sz w:val="24"/>
          <w:szCs w:val="24"/>
        </w:rPr>
        <w:t xml:space="preserve">digital </w:t>
      </w:r>
      <w:r w:rsidR="003A4D08" w:rsidRPr="00446209">
        <w:rPr>
          <w:rFonts w:ascii="Times New Roman" w:hAnsi="Times New Roman" w:cs="Times New Roman"/>
          <w:sz w:val="24"/>
          <w:szCs w:val="24"/>
        </w:rPr>
        <w:t xml:space="preserve">Measurement, Reporting, and Verification </w:t>
      </w:r>
      <w:r w:rsidR="0081520F" w:rsidRPr="00446209">
        <w:rPr>
          <w:rFonts w:ascii="Times New Roman" w:hAnsi="Times New Roman" w:cs="Times New Roman"/>
          <w:sz w:val="24"/>
          <w:szCs w:val="24"/>
        </w:rPr>
        <w:t>(</w:t>
      </w:r>
      <w:proofErr w:type="spellStart"/>
      <w:r w:rsidR="003A4D08" w:rsidRPr="00446209">
        <w:rPr>
          <w:rFonts w:ascii="Times New Roman" w:hAnsi="Times New Roman" w:cs="Times New Roman"/>
          <w:sz w:val="24"/>
          <w:szCs w:val="24"/>
        </w:rPr>
        <w:t>dMRV</w:t>
      </w:r>
      <w:proofErr w:type="spellEnd"/>
      <w:r w:rsidR="0081520F" w:rsidRPr="00446209">
        <w:rPr>
          <w:rFonts w:ascii="Times New Roman" w:hAnsi="Times New Roman" w:cs="Times New Roman"/>
          <w:sz w:val="24"/>
          <w:szCs w:val="24"/>
        </w:rPr>
        <w:t>)</w:t>
      </w:r>
      <w:r w:rsidR="003A4D08" w:rsidRPr="00446209">
        <w:rPr>
          <w:rFonts w:ascii="Times New Roman" w:hAnsi="Times New Roman" w:cs="Times New Roman"/>
          <w:sz w:val="24"/>
          <w:szCs w:val="24"/>
        </w:rPr>
        <w:t xml:space="preserve"> platfo</w:t>
      </w:r>
      <w:r w:rsidR="00893CA6" w:rsidRPr="00446209">
        <w:rPr>
          <w:rFonts w:ascii="Times New Roman" w:hAnsi="Times New Roman" w:cs="Times New Roman"/>
          <w:sz w:val="24"/>
          <w:szCs w:val="24"/>
        </w:rPr>
        <w:t>r</w:t>
      </w:r>
      <w:r w:rsidR="003A4D08" w:rsidRPr="00446209">
        <w:rPr>
          <w:rFonts w:ascii="Times New Roman" w:hAnsi="Times New Roman" w:cs="Times New Roman"/>
          <w:sz w:val="24"/>
          <w:szCs w:val="24"/>
        </w:rPr>
        <w:t>m</w:t>
      </w:r>
      <w:r w:rsidR="0081520F" w:rsidRPr="00446209">
        <w:rPr>
          <w:rFonts w:ascii="Times New Roman" w:hAnsi="Times New Roman" w:cs="Times New Roman"/>
          <w:sz w:val="24"/>
          <w:szCs w:val="24"/>
        </w:rPr>
        <w:t xml:space="preserve">, allowing full access to all relevant performance indicators and </w:t>
      </w:r>
      <w:r w:rsidR="00995FA0" w:rsidRPr="00446209">
        <w:rPr>
          <w:rFonts w:ascii="Times New Roman" w:hAnsi="Times New Roman" w:cs="Times New Roman"/>
          <w:sz w:val="24"/>
          <w:szCs w:val="24"/>
        </w:rPr>
        <w:t xml:space="preserve">integration of </w:t>
      </w:r>
      <w:r w:rsidR="0081520F" w:rsidRPr="00446209">
        <w:rPr>
          <w:rFonts w:ascii="Times New Roman" w:hAnsi="Times New Roman" w:cs="Times New Roman"/>
          <w:sz w:val="24"/>
          <w:szCs w:val="24"/>
        </w:rPr>
        <w:t>data</w:t>
      </w:r>
      <w:r w:rsidR="000E74D7" w:rsidRPr="00446209">
        <w:rPr>
          <w:rFonts w:ascii="Times New Roman" w:hAnsi="Times New Roman" w:cs="Times New Roman"/>
          <w:sz w:val="24"/>
          <w:szCs w:val="24"/>
        </w:rPr>
        <w:t xml:space="preserve">. </w:t>
      </w:r>
    </w:p>
    <w:p w14:paraId="0171CD8C" w14:textId="77777777" w:rsidR="001D3A68" w:rsidRPr="006C208E" w:rsidRDefault="001D3A68" w:rsidP="006C208E">
      <w:pPr>
        <w:spacing w:after="0"/>
        <w:ind w:left="720"/>
        <w:jc w:val="both"/>
        <w:rPr>
          <w:rFonts w:ascii="Times New Roman" w:hAnsi="Times New Roman" w:cs="Times New Roman"/>
          <w:sz w:val="24"/>
          <w:szCs w:val="24"/>
        </w:rPr>
      </w:pPr>
    </w:p>
    <w:p w14:paraId="4D835C26" w14:textId="77777777" w:rsidR="00741D5D" w:rsidRPr="006C208E" w:rsidRDefault="00741D5D" w:rsidP="006C208E">
      <w:pPr>
        <w:spacing w:after="0"/>
        <w:jc w:val="both"/>
        <w:rPr>
          <w:rFonts w:ascii="Times New Roman" w:hAnsi="Times New Roman" w:cs="Times New Roman"/>
          <w:b/>
          <w:bCs/>
          <w:sz w:val="24"/>
          <w:szCs w:val="24"/>
        </w:rPr>
      </w:pPr>
      <w:r w:rsidRPr="006C208E">
        <w:rPr>
          <w:rFonts w:ascii="Times New Roman" w:hAnsi="Times New Roman" w:cs="Times New Roman"/>
          <w:b/>
          <w:bCs/>
          <w:sz w:val="24"/>
          <w:szCs w:val="24"/>
        </w:rPr>
        <w:t>(f) Audit Requirements</w:t>
      </w:r>
    </w:p>
    <w:p w14:paraId="43730A00" w14:textId="6C6BBB3F" w:rsidR="00741D5D" w:rsidRPr="006C208E" w:rsidRDefault="00741D5D" w:rsidP="00073009">
      <w:pPr>
        <w:numPr>
          <w:ilvl w:val="0"/>
          <w:numId w:val="22"/>
        </w:numPr>
        <w:spacing w:after="0"/>
        <w:jc w:val="both"/>
        <w:rPr>
          <w:rFonts w:ascii="Times New Roman" w:hAnsi="Times New Roman" w:cs="Times New Roman"/>
          <w:sz w:val="24"/>
          <w:szCs w:val="24"/>
        </w:rPr>
      </w:pPr>
      <w:r w:rsidRPr="006C208E">
        <w:rPr>
          <w:rFonts w:ascii="Times New Roman" w:hAnsi="Times New Roman" w:cs="Times New Roman"/>
          <w:sz w:val="24"/>
          <w:szCs w:val="24"/>
        </w:rPr>
        <w:t xml:space="preserve">Annual external audits must be conducted by a Malawi Accountants Board (MAB)-registered </w:t>
      </w:r>
      <w:r w:rsidR="00EA0FD6">
        <w:rPr>
          <w:rFonts w:ascii="Times New Roman" w:hAnsi="Times New Roman" w:cs="Times New Roman"/>
          <w:sz w:val="24"/>
          <w:szCs w:val="24"/>
        </w:rPr>
        <w:t xml:space="preserve">and enlisted </w:t>
      </w:r>
      <w:r w:rsidRPr="006C208E">
        <w:rPr>
          <w:rFonts w:ascii="Times New Roman" w:hAnsi="Times New Roman" w:cs="Times New Roman"/>
          <w:sz w:val="24"/>
          <w:szCs w:val="24"/>
        </w:rPr>
        <w:t>auditor</w:t>
      </w:r>
      <w:r w:rsidR="000E74D7" w:rsidRPr="006C208E">
        <w:rPr>
          <w:rFonts w:ascii="Times New Roman" w:hAnsi="Times New Roman" w:cs="Times New Roman"/>
          <w:sz w:val="24"/>
          <w:szCs w:val="24"/>
        </w:rPr>
        <w:t xml:space="preserve"> for Malawi</w:t>
      </w:r>
      <w:r w:rsidR="004714C0" w:rsidRPr="006C208E">
        <w:rPr>
          <w:rFonts w:ascii="Times New Roman" w:hAnsi="Times New Roman" w:cs="Times New Roman"/>
          <w:sz w:val="24"/>
          <w:szCs w:val="24"/>
        </w:rPr>
        <w:t xml:space="preserve"> registered companies,</w:t>
      </w:r>
      <w:r w:rsidR="000E74D7" w:rsidRPr="006C208E">
        <w:rPr>
          <w:rFonts w:ascii="Times New Roman" w:hAnsi="Times New Roman" w:cs="Times New Roman"/>
          <w:sz w:val="24"/>
          <w:szCs w:val="24"/>
        </w:rPr>
        <w:t xml:space="preserve"> or</w:t>
      </w:r>
      <w:r w:rsidR="00837DBE" w:rsidRPr="006C208E">
        <w:rPr>
          <w:rFonts w:ascii="Times New Roman" w:hAnsi="Times New Roman" w:cs="Times New Roman"/>
          <w:sz w:val="24"/>
          <w:szCs w:val="24"/>
        </w:rPr>
        <w:t xml:space="preserve"> by </w:t>
      </w:r>
      <w:r w:rsidR="000E74D7" w:rsidRPr="006C208E">
        <w:rPr>
          <w:rFonts w:ascii="Times New Roman" w:hAnsi="Times New Roman" w:cs="Times New Roman"/>
          <w:sz w:val="24"/>
          <w:szCs w:val="24"/>
        </w:rPr>
        <w:t xml:space="preserve">enlisted audit firms </w:t>
      </w:r>
      <w:r w:rsidR="004714C0" w:rsidRPr="006C208E">
        <w:rPr>
          <w:rFonts w:ascii="Times New Roman" w:hAnsi="Times New Roman" w:cs="Times New Roman"/>
          <w:sz w:val="24"/>
          <w:szCs w:val="24"/>
        </w:rPr>
        <w:t xml:space="preserve">authorized by the </w:t>
      </w:r>
      <w:r w:rsidR="000E74D7" w:rsidRPr="006C208E">
        <w:rPr>
          <w:rFonts w:ascii="Times New Roman" w:hAnsi="Times New Roman" w:cs="Times New Roman"/>
          <w:sz w:val="24"/>
          <w:szCs w:val="24"/>
        </w:rPr>
        <w:t>competent authority</w:t>
      </w:r>
      <w:r w:rsidR="004714C0" w:rsidRPr="006C208E">
        <w:rPr>
          <w:rFonts w:ascii="Times New Roman" w:hAnsi="Times New Roman" w:cs="Times New Roman"/>
          <w:sz w:val="24"/>
          <w:szCs w:val="24"/>
        </w:rPr>
        <w:t xml:space="preserve"> in their home country for foreign</w:t>
      </w:r>
      <w:r w:rsidR="000E74D7" w:rsidRPr="006C208E">
        <w:rPr>
          <w:rFonts w:ascii="Times New Roman" w:hAnsi="Times New Roman" w:cs="Times New Roman"/>
          <w:sz w:val="24"/>
          <w:szCs w:val="24"/>
        </w:rPr>
        <w:t xml:space="preserve"> domiciled</w:t>
      </w:r>
      <w:r w:rsidR="004714C0" w:rsidRPr="006C208E">
        <w:rPr>
          <w:rFonts w:ascii="Times New Roman" w:hAnsi="Times New Roman" w:cs="Times New Roman"/>
          <w:sz w:val="24"/>
          <w:szCs w:val="24"/>
        </w:rPr>
        <w:t xml:space="preserve"> </w:t>
      </w:r>
      <w:r w:rsidR="00524BAB" w:rsidRPr="006C208E">
        <w:rPr>
          <w:rFonts w:ascii="Times New Roman" w:hAnsi="Times New Roman" w:cs="Times New Roman"/>
          <w:sz w:val="24"/>
          <w:szCs w:val="24"/>
        </w:rPr>
        <w:t>companies.</w:t>
      </w:r>
    </w:p>
    <w:p w14:paraId="27307CDA" w14:textId="77777777" w:rsidR="001D3A68" w:rsidRPr="006C208E" w:rsidRDefault="001D3A68" w:rsidP="00073009">
      <w:pPr>
        <w:spacing w:after="0"/>
        <w:ind w:left="720"/>
        <w:jc w:val="both"/>
        <w:rPr>
          <w:rFonts w:ascii="Times New Roman" w:hAnsi="Times New Roman" w:cs="Times New Roman"/>
          <w:sz w:val="24"/>
          <w:szCs w:val="24"/>
        </w:rPr>
      </w:pPr>
    </w:p>
    <w:p w14:paraId="2F5386EE" w14:textId="77777777" w:rsidR="00741D5D" w:rsidRPr="006C208E" w:rsidRDefault="00741D5D" w:rsidP="00073009">
      <w:pPr>
        <w:spacing w:after="0"/>
        <w:jc w:val="both"/>
        <w:rPr>
          <w:rFonts w:ascii="Times New Roman" w:hAnsi="Times New Roman" w:cs="Times New Roman"/>
          <w:b/>
          <w:bCs/>
          <w:sz w:val="24"/>
          <w:szCs w:val="24"/>
        </w:rPr>
      </w:pPr>
      <w:r w:rsidRPr="006C208E">
        <w:rPr>
          <w:rFonts w:ascii="Times New Roman" w:hAnsi="Times New Roman" w:cs="Times New Roman"/>
          <w:b/>
          <w:bCs/>
          <w:sz w:val="24"/>
          <w:szCs w:val="24"/>
        </w:rPr>
        <w:t>(g) Legal Registration</w:t>
      </w:r>
    </w:p>
    <w:p w14:paraId="570C86E8" w14:textId="763074FA" w:rsidR="0007570D" w:rsidRPr="0007570D" w:rsidRDefault="0007570D" w:rsidP="00E829C5">
      <w:pPr>
        <w:pStyle w:val="ListParagraph"/>
        <w:numPr>
          <w:ilvl w:val="0"/>
          <w:numId w:val="22"/>
        </w:numPr>
        <w:jc w:val="both"/>
        <w:rPr>
          <w:rFonts w:ascii="Times New Roman" w:hAnsi="Times New Roman" w:cs="Times New Roman"/>
          <w:sz w:val="24"/>
          <w:szCs w:val="24"/>
        </w:rPr>
      </w:pPr>
      <w:r w:rsidRPr="0007570D">
        <w:rPr>
          <w:rFonts w:ascii="Times New Roman" w:hAnsi="Times New Roman" w:cs="Times New Roman"/>
          <w:sz w:val="24"/>
          <w:szCs w:val="24"/>
        </w:rPr>
        <w:t xml:space="preserve">Must be incorporated as a Private Company under Malawi Registrar </w:t>
      </w:r>
      <w:r w:rsidR="009A2C93" w:rsidRPr="0007570D">
        <w:rPr>
          <w:rFonts w:ascii="Times New Roman" w:hAnsi="Times New Roman" w:cs="Times New Roman"/>
          <w:sz w:val="24"/>
          <w:szCs w:val="24"/>
        </w:rPr>
        <w:t>General</w:t>
      </w:r>
      <w:r w:rsidR="009A2C93">
        <w:rPr>
          <w:rFonts w:ascii="Times New Roman" w:hAnsi="Times New Roman" w:cs="Times New Roman"/>
          <w:sz w:val="24"/>
          <w:szCs w:val="24"/>
        </w:rPr>
        <w:t>.</w:t>
      </w:r>
      <w:r w:rsidRPr="0007570D">
        <w:rPr>
          <w:rFonts w:ascii="Times New Roman" w:hAnsi="Times New Roman" w:cs="Times New Roman"/>
          <w:sz w:val="24"/>
          <w:szCs w:val="24"/>
        </w:rPr>
        <w:t xml:space="preserve"> International companies </w:t>
      </w:r>
      <w:r w:rsidR="007F6524">
        <w:rPr>
          <w:rFonts w:ascii="Times New Roman" w:hAnsi="Times New Roman" w:cs="Times New Roman"/>
          <w:sz w:val="24"/>
          <w:szCs w:val="24"/>
        </w:rPr>
        <w:t>must</w:t>
      </w:r>
      <w:r w:rsidRPr="0007570D">
        <w:rPr>
          <w:rFonts w:ascii="Times New Roman" w:hAnsi="Times New Roman" w:cs="Times New Roman"/>
          <w:sz w:val="24"/>
          <w:szCs w:val="24"/>
        </w:rPr>
        <w:t xml:space="preserve"> submit </w:t>
      </w:r>
      <w:r w:rsidR="007F6524">
        <w:rPr>
          <w:rFonts w:ascii="Times New Roman" w:hAnsi="Times New Roman" w:cs="Times New Roman"/>
          <w:sz w:val="24"/>
          <w:szCs w:val="24"/>
        </w:rPr>
        <w:t xml:space="preserve">valid </w:t>
      </w:r>
      <w:r w:rsidRPr="0007570D">
        <w:rPr>
          <w:rFonts w:ascii="Times New Roman" w:hAnsi="Times New Roman" w:cs="Times New Roman"/>
          <w:sz w:val="24"/>
          <w:szCs w:val="24"/>
        </w:rPr>
        <w:t xml:space="preserve">registration documents from </w:t>
      </w:r>
      <w:r w:rsidR="002547B1">
        <w:rPr>
          <w:rFonts w:ascii="Times New Roman" w:hAnsi="Times New Roman" w:cs="Times New Roman"/>
          <w:sz w:val="24"/>
          <w:szCs w:val="24"/>
        </w:rPr>
        <w:t xml:space="preserve">their </w:t>
      </w:r>
      <w:r w:rsidRPr="0007570D">
        <w:rPr>
          <w:rFonts w:ascii="Times New Roman" w:hAnsi="Times New Roman" w:cs="Times New Roman"/>
          <w:sz w:val="24"/>
          <w:szCs w:val="24"/>
        </w:rPr>
        <w:t xml:space="preserve">country </w:t>
      </w:r>
      <w:r w:rsidR="007F6524">
        <w:rPr>
          <w:rFonts w:ascii="Times New Roman" w:hAnsi="Times New Roman" w:cs="Times New Roman"/>
          <w:sz w:val="24"/>
          <w:szCs w:val="24"/>
        </w:rPr>
        <w:t xml:space="preserve">of domicile </w:t>
      </w:r>
      <w:r w:rsidRPr="0007570D">
        <w:rPr>
          <w:rFonts w:ascii="Times New Roman" w:hAnsi="Times New Roman" w:cs="Times New Roman"/>
          <w:sz w:val="24"/>
          <w:szCs w:val="24"/>
        </w:rPr>
        <w:t xml:space="preserve">and </w:t>
      </w:r>
      <w:r w:rsidR="00406FAF">
        <w:rPr>
          <w:rFonts w:ascii="Times New Roman" w:hAnsi="Times New Roman" w:cs="Times New Roman"/>
          <w:sz w:val="24"/>
          <w:szCs w:val="24"/>
        </w:rPr>
        <w:t>must</w:t>
      </w:r>
      <w:r w:rsidRPr="0007570D">
        <w:rPr>
          <w:rFonts w:ascii="Times New Roman" w:hAnsi="Times New Roman" w:cs="Times New Roman"/>
          <w:sz w:val="24"/>
          <w:szCs w:val="24"/>
        </w:rPr>
        <w:t xml:space="preserve"> </w:t>
      </w:r>
      <w:r w:rsidR="002A361D">
        <w:rPr>
          <w:rFonts w:ascii="Times New Roman" w:hAnsi="Times New Roman" w:cs="Times New Roman"/>
          <w:sz w:val="24"/>
          <w:szCs w:val="24"/>
        </w:rPr>
        <w:t xml:space="preserve">be duly </w:t>
      </w:r>
      <w:r w:rsidRPr="0007570D">
        <w:rPr>
          <w:rFonts w:ascii="Times New Roman" w:hAnsi="Times New Roman" w:cs="Times New Roman"/>
          <w:sz w:val="24"/>
          <w:szCs w:val="24"/>
        </w:rPr>
        <w:t>register</w:t>
      </w:r>
      <w:r w:rsidR="002A361D">
        <w:rPr>
          <w:rFonts w:ascii="Times New Roman" w:hAnsi="Times New Roman" w:cs="Times New Roman"/>
          <w:sz w:val="24"/>
          <w:szCs w:val="24"/>
        </w:rPr>
        <w:t>ed and authorized to operate</w:t>
      </w:r>
      <w:r w:rsidRPr="0007570D">
        <w:rPr>
          <w:rFonts w:ascii="Times New Roman" w:hAnsi="Times New Roman" w:cs="Times New Roman"/>
          <w:sz w:val="24"/>
          <w:szCs w:val="24"/>
        </w:rPr>
        <w:t xml:space="preserve"> in Malawi prior to executing loan agreements.</w:t>
      </w:r>
    </w:p>
    <w:p w14:paraId="7B77DE1A" w14:textId="77777777" w:rsidR="001D3A68" w:rsidRPr="006C208E" w:rsidRDefault="001D3A68" w:rsidP="006C208E">
      <w:pPr>
        <w:spacing w:after="0"/>
        <w:ind w:left="720"/>
        <w:jc w:val="both"/>
        <w:rPr>
          <w:rFonts w:ascii="Times New Roman" w:hAnsi="Times New Roman" w:cs="Times New Roman"/>
          <w:sz w:val="24"/>
          <w:szCs w:val="24"/>
        </w:rPr>
      </w:pPr>
    </w:p>
    <w:p w14:paraId="79ECBB7F" w14:textId="633C2C81" w:rsidR="00741D5D" w:rsidRPr="006C208E" w:rsidRDefault="00741D5D" w:rsidP="006C208E">
      <w:pPr>
        <w:spacing w:after="0"/>
        <w:jc w:val="both"/>
        <w:rPr>
          <w:rFonts w:ascii="Times New Roman" w:hAnsi="Times New Roman" w:cs="Times New Roman"/>
          <w:b/>
          <w:bCs/>
          <w:sz w:val="24"/>
          <w:szCs w:val="24"/>
        </w:rPr>
      </w:pPr>
      <w:r w:rsidRPr="006C208E">
        <w:rPr>
          <w:rFonts w:ascii="Times New Roman" w:hAnsi="Times New Roman" w:cs="Times New Roman"/>
          <w:b/>
          <w:bCs/>
          <w:sz w:val="24"/>
          <w:szCs w:val="24"/>
        </w:rPr>
        <w:t xml:space="preserve">(h) </w:t>
      </w:r>
      <w:r w:rsidR="00B40E48" w:rsidRPr="006C208E">
        <w:rPr>
          <w:rFonts w:ascii="Times New Roman" w:hAnsi="Times New Roman" w:cs="Times New Roman"/>
          <w:b/>
          <w:bCs/>
          <w:sz w:val="24"/>
          <w:szCs w:val="24"/>
        </w:rPr>
        <w:t xml:space="preserve">CCS </w:t>
      </w:r>
      <w:r w:rsidRPr="006C208E">
        <w:rPr>
          <w:rFonts w:ascii="Times New Roman" w:hAnsi="Times New Roman" w:cs="Times New Roman"/>
          <w:b/>
          <w:bCs/>
          <w:sz w:val="24"/>
          <w:szCs w:val="24"/>
        </w:rPr>
        <w:t>Deployment Track Record</w:t>
      </w:r>
    </w:p>
    <w:p w14:paraId="43760249" w14:textId="14859250" w:rsidR="00FB6857" w:rsidRDefault="00FB6857" w:rsidP="006C208E">
      <w:pPr>
        <w:numPr>
          <w:ilvl w:val="0"/>
          <w:numId w:val="23"/>
        </w:numPr>
        <w:spacing w:after="0"/>
        <w:jc w:val="both"/>
        <w:rPr>
          <w:rFonts w:ascii="Times New Roman" w:hAnsi="Times New Roman" w:cs="Times New Roman"/>
          <w:sz w:val="24"/>
          <w:szCs w:val="24"/>
        </w:rPr>
      </w:pPr>
      <w:r>
        <w:rPr>
          <w:rFonts w:ascii="Times New Roman" w:hAnsi="Times New Roman" w:cs="Times New Roman"/>
          <w:sz w:val="24"/>
          <w:szCs w:val="24"/>
        </w:rPr>
        <w:t>W</w:t>
      </w:r>
      <w:r w:rsidRPr="006C208E">
        <w:rPr>
          <w:rFonts w:ascii="Times New Roman" w:hAnsi="Times New Roman" w:cs="Times New Roman"/>
          <w:sz w:val="24"/>
          <w:szCs w:val="24"/>
        </w:rPr>
        <w:t xml:space="preserve">ithin the </w:t>
      </w:r>
      <w:r w:rsidR="00AF63A0">
        <w:rPr>
          <w:rFonts w:ascii="Times New Roman" w:hAnsi="Times New Roman" w:cs="Times New Roman"/>
          <w:sz w:val="24"/>
          <w:szCs w:val="24"/>
        </w:rPr>
        <w:t>preceding</w:t>
      </w:r>
      <w:r w:rsidR="00AF63A0" w:rsidRPr="006C208E">
        <w:rPr>
          <w:rFonts w:ascii="Times New Roman" w:hAnsi="Times New Roman" w:cs="Times New Roman"/>
          <w:sz w:val="24"/>
          <w:szCs w:val="24"/>
        </w:rPr>
        <w:t xml:space="preserve"> </w:t>
      </w:r>
      <w:r w:rsidRPr="006C208E">
        <w:rPr>
          <w:rFonts w:ascii="Times New Roman" w:hAnsi="Times New Roman" w:cs="Times New Roman"/>
          <w:sz w:val="24"/>
          <w:szCs w:val="24"/>
        </w:rPr>
        <w:t>two years</w:t>
      </w:r>
      <w:r w:rsidR="00AF63A0">
        <w:rPr>
          <w:rFonts w:ascii="Times New Roman" w:hAnsi="Times New Roman" w:cs="Times New Roman"/>
          <w:sz w:val="24"/>
          <w:szCs w:val="24"/>
        </w:rPr>
        <w:t>, the applicant must have</w:t>
      </w:r>
      <w:r>
        <w:rPr>
          <w:rFonts w:ascii="Times New Roman" w:hAnsi="Times New Roman" w:cs="Times New Roman"/>
          <w:sz w:val="24"/>
          <w:szCs w:val="24"/>
        </w:rPr>
        <w:t>:</w:t>
      </w:r>
    </w:p>
    <w:p w14:paraId="6ECE5C7C" w14:textId="634ABECF" w:rsidR="00FB6857" w:rsidRDefault="000324E9" w:rsidP="00FB6857">
      <w:pPr>
        <w:numPr>
          <w:ilvl w:val="1"/>
          <w:numId w:val="23"/>
        </w:numPr>
        <w:spacing w:after="0"/>
        <w:jc w:val="both"/>
        <w:rPr>
          <w:rFonts w:ascii="Times New Roman" w:hAnsi="Times New Roman" w:cs="Times New Roman"/>
          <w:sz w:val="24"/>
          <w:szCs w:val="24"/>
        </w:rPr>
      </w:pPr>
      <w:r w:rsidRPr="006C208E">
        <w:rPr>
          <w:rFonts w:ascii="Times New Roman" w:hAnsi="Times New Roman" w:cs="Times New Roman"/>
          <w:sz w:val="24"/>
          <w:szCs w:val="24"/>
        </w:rPr>
        <w:t xml:space="preserve">deployed at least </w:t>
      </w:r>
      <w:r w:rsidR="00D64CCE">
        <w:rPr>
          <w:rFonts w:ascii="Times New Roman" w:hAnsi="Times New Roman" w:cs="Times New Roman"/>
          <w:sz w:val="24"/>
          <w:szCs w:val="24"/>
        </w:rPr>
        <w:t>3,500</w:t>
      </w:r>
      <w:r w:rsidRPr="006C208E">
        <w:rPr>
          <w:rFonts w:ascii="Times New Roman" w:hAnsi="Times New Roman" w:cs="Times New Roman"/>
          <w:sz w:val="24"/>
          <w:szCs w:val="24"/>
        </w:rPr>
        <w:t xml:space="preserve"> CCS in Malawi, or</w:t>
      </w:r>
    </w:p>
    <w:p w14:paraId="2FAB812F" w14:textId="63DC78FE" w:rsidR="006422AE" w:rsidRPr="006C208E" w:rsidRDefault="00AF63A0" w:rsidP="00BE1C9E">
      <w:pPr>
        <w:numPr>
          <w:ilvl w:val="1"/>
          <w:numId w:val="23"/>
        </w:numPr>
        <w:spacing w:after="0"/>
        <w:jc w:val="both"/>
        <w:rPr>
          <w:rFonts w:ascii="Times New Roman" w:hAnsi="Times New Roman" w:cs="Times New Roman"/>
          <w:sz w:val="24"/>
          <w:szCs w:val="24"/>
        </w:rPr>
      </w:pPr>
      <w:r>
        <w:rPr>
          <w:rFonts w:ascii="Times New Roman" w:hAnsi="Times New Roman" w:cs="Times New Roman"/>
          <w:sz w:val="24"/>
          <w:szCs w:val="24"/>
        </w:rPr>
        <w:t xml:space="preserve">at least </w:t>
      </w:r>
      <w:r w:rsidR="00D64CCE">
        <w:rPr>
          <w:rFonts w:ascii="Times New Roman" w:hAnsi="Times New Roman" w:cs="Times New Roman"/>
          <w:sz w:val="24"/>
          <w:szCs w:val="24"/>
        </w:rPr>
        <w:t>30,000</w:t>
      </w:r>
      <w:r w:rsidR="000324E9" w:rsidRPr="006C208E">
        <w:rPr>
          <w:rFonts w:ascii="Times New Roman" w:hAnsi="Times New Roman" w:cs="Times New Roman"/>
          <w:sz w:val="24"/>
          <w:szCs w:val="24"/>
        </w:rPr>
        <w:t xml:space="preserve"> CCS in </w:t>
      </w:r>
      <w:r>
        <w:rPr>
          <w:rFonts w:ascii="Times New Roman" w:hAnsi="Times New Roman" w:cs="Times New Roman"/>
          <w:sz w:val="24"/>
          <w:szCs w:val="24"/>
        </w:rPr>
        <w:t xml:space="preserve">one or more </w:t>
      </w:r>
      <w:r w:rsidR="000324E9" w:rsidRPr="006C208E">
        <w:rPr>
          <w:rFonts w:ascii="Times New Roman" w:hAnsi="Times New Roman" w:cs="Times New Roman"/>
          <w:sz w:val="24"/>
          <w:szCs w:val="24"/>
        </w:rPr>
        <w:t>other African countries.</w:t>
      </w:r>
    </w:p>
    <w:p w14:paraId="31D2033E" w14:textId="77777777" w:rsidR="00E6739A" w:rsidRDefault="00E6739A">
      <w:pPr>
        <w:spacing w:after="0"/>
        <w:jc w:val="both"/>
        <w:rPr>
          <w:rFonts w:ascii="Times New Roman" w:hAnsi="Times New Roman" w:cs="Times New Roman"/>
          <w:sz w:val="24"/>
          <w:szCs w:val="24"/>
        </w:rPr>
      </w:pPr>
    </w:p>
    <w:p w14:paraId="1A81F44F" w14:textId="708B79F1" w:rsidR="00FF48D9" w:rsidRDefault="002D4561" w:rsidP="001F3827">
      <w:pPr>
        <w:spacing w:after="0"/>
        <w:jc w:val="both"/>
        <w:rPr>
          <w:rFonts w:eastAsia="Times New Roman"/>
        </w:rPr>
      </w:pPr>
      <w:r w:rsidRPr="001F3827">
        <w:rPr>
          <w:rFonts w:ascii="Times New Roman" w:hAnsi="Times New Roman" w:cs="Times New Roman"/>
          <w:sz w:val="24"/>
          <w:szCs w:val="24"/>
        </w:rPr>
        <w:t xml:space="preserve">Deployment figures must be supported by verifiable documentary evidence acceptable to the </w:t>
      </w:r>
      <w:proofErr w:type="spellStart"/>
      <w:r w:rsidRPr="001F3827">
        <w:rPr>
          <w:rFonts w:ascii="Times New Roman" w:hAnsi="Times New Roman" w:cs="Times New Roman"/>
          <w:sz w:val="24"/>
          <w:szCs w:val="24"/>
        </w:rPr>
        <w:t>MoE</w:t>
      </w:r>
      <w:proofErr w:type="spellEnd"/>
      <w:r w:rsidRPr="001F3827">
        <w:rPr>
          <w:rFonts w:ascii="Times New Roman" w:hAnsi="Times New Roman" w:cs="Times New Roman"/>
          <w:sz w:val="24"/>
          <w:szCs w:val="24"/>
        </w:rPr>
        <w:t xml:space="preserve">. </w:t>
      </w:r>
    </w:p>
    <w:p w14:paraId="2CBD2739" w14:textId="77777777" w:rsidR="002D4561" w:rsidRPr="006C208E" w:rsidRDefault="002D4561" w:rsidP="006C208E">
      <w:pPr>
        <w:spacing w:after="0"/>
        <w:ind w:left="720"/>
        <w:jc w:val="both"/>
        <w:rPr>
          <w:rFonts w:eastAsia="Times New Roman"/>
        </w:rPr>
      </w:pPr>
    </w:p>
    <w:p w14:paraId="068647BB" w14:textId="1EB4E438" w:rsidR="00FF48D9" w:rsidRPr="006C208E" w:rsidRDefault="00FF48D9" w:rsidP="006C208E">
      <w:pPr>
        <w:pStyle w:val="ListParagraph"/>
        <w:numPr>
          <w:ilvl w:val="0"/>
          <w:numId w:val="28"/>
        </w:numPr>
        <w:spacing w:after="0"/>
        <w:ind w:left="360" w:hanging="360"/>
        <w:jc w:val="both"/>
        <w:rPr>
          <w:rFonts w:ascii="Times New Roman" w:hAnsi="Times New Roman" w:cs="Times New Roman"/>
          <w:b/>
          <w:bCs/>
          <w:sz w:val="24"/>
          <w:szCs w:val="24"/>
        </w:rPr>
      </w:pPr>
      <w:r w:rsidRPr="006C208E">
        <w:rPr>
          <w:rFonts w:ascii="Times New Roman" w:hAnsi="Times New Roman" w:cs="Times New Roman"/>
          <w:b/>
          <w:bCs/>
          <w:sz w:val="24"/>
          <w:szCs w:val="24"/>
        </w:rPr>
        <w:t>CCS Submission</w:t>
      </w:r>
    </w:p>
    <w:p w14:paraId="58D2FD43" w14:textId="77777777" w:rsidR="00FF48D9" w:rsidRPr="006C208E" w:rsidRDefault="00FF48D9" w:rsidP="006C208E">
      <w:pPr>
        <w:spacing w:after="0"/>
        <w:ind w:left="720"/>
        <w:contextualSpacing/>
        <w:jc w:val="both"/>
        <w:rPr>
          <w:rFonts w:eastAsia="MS Mincho"/>
          <w:color w:val="EE0000"/>
          <w:lang w:eastAsia="ja-JP"/>
        </w:rPr>
      </w:pPr>
    </w:p>
    <w:p w14:paraId="314ADFC3" w14:textId="5EB4AA77" w:rsidR="00FF48D9" w:rsidRDefault="00FF48D9" w:rsidP="006C208E">
      <w:pPr>
        <w:spacing w:after="0"/>
        <w:jc w:val="both"/>
        <w:rPr>
          <w:rFonts w:ascii="Times New Roman" w:hAnsi="Times New Roman" w:cs="Times New Roman"/>
          <w:sz w:val="24"/>
          <w:szCs w:val="24"/>
        </w:rPr>
      </w:pPr>
      <w:r w:rsidRPr="006C208E">
        <w:rPr>
          <w:rFonts w:ascii="Times New Roman" w:hAnsi="Times New Roman" w:cs="Times New Roman"/>
          <w:b/>
          <w:bCs/>
          <w:sz w:val="24"/>
          <w:szCs w:val="24"/>
        </w:rPr>
        <w:t>Details of the intended CCS models:</w:t>
      </w:r>
      <w:r w:rsidRPr="006C208E">
        <w:rPr>
          <w:rFonts w:ascii="Times New Roman" w:hAnsi="Times New Roman" w:cs="Times New Roman"/>
          <w:sz w:val="24"/>
          <w:szCs w:val="24"/>
        </w:rPr>
        <w:t xml:space="preserve"> The applicant </w:t>
      </w:r>
      <w:r w:rsidR="00D01255">
        <w:rPr>
          <w:rFonts w:ascii="Times New Roman" w:hAnsi="Times New Roman" w:cs="Times New Roman"/>
          <w:sz w:val="24"/>
          <w:szCs w:val="24"/>
        </w:rPr>
        <w:t xml:space="preserve">shall </w:t>
      </w:r>
      <w:r w:rsidRPr="006C208E">
        <w:rPr>
          <w:rFonts w:ascii="Times New Roman" w:hAnsi="Times New Roman" w:cs="Times New Roman"/>
          <w:sz w:val="24"/>
          <w:szCs w:val="24"/>
        </w:rPr>
        <w:t xml:space="preserve">submit a comprehensive list of </w:t>
      </w:r>
      <w:r w:rsidR="00D01255">
        <w:rPr>
          <w:rFonts w:ascii="Times New Roman" w:hAnsi="Times New Roman" w:cs="Times New Roman"/>
          <w:sz w:val="24"/>
          <w:szCs w:val="24"/>
        </w:rPr>
        <w:t xml:space="preserve">the proposed </w:t>
      </w:r>
      <w:r w:rsidRPr="006C208E">
        <w:rPr>
          <w:rFonts w:ascii="Times New Roman" w:hAnsi="Times New Roman" w:cs="Times New Roman"/>
          <w:sz w:val="24"/>
          <w:szCs w:val="24"/>
        </w:rPr>
        <w:t>CCS</w:t>
      </w:r>
      <w:r w:rsidR="00D01255">
        <w:rPr>
          <w:rFonts w:ascii="Times New Roman" w:hAnsi="Times New Roman" w:cs="Times New Roman"/>
          <w:sz w:val="24"/>
          <w:szCs w:val="24"/>
        </w:rPr>
        <w:t xml:space="preserve"> models</w:t>
      </w:r>
      <w:r w:rsidRPr="006C208E">
        <w:rPr>
          <w:rFonts w:ascii="Times New Roman" w:hAnsi="Times New Roman" w:cs="Times New Roman"/>
          <w:sz w:val="24"/>
          <w:szCs w:val="24"/>
        </w:rPr>
        <w:t xml:space="preserve">, </w:t>
      </w:r>
      <w:r w:rsidR="00D01255">
        <w:rPr>
          <w:rFonts w:ascii="Times New Roman" w:hAnsi="Times New Roman" w:cs="Times New Roman"/>
          <w:sz w:val="24"/>
          <w:szCs w:val="24"/>
        </w:rPr>
        <w:t>together with</w:t>
      </w:r>
      <w:r w:rsidRPr="006C208E">
        <w:rPr>
          <w:rFonts w:ascii="Times New Roman" w:hAnsi="Times New Roman" w:cs="Times New Roman"/>
          <w:sz w:val="24"/>
          <w:szCs w:val="24"/>
        </w:rPr>
        <w:t xml:space="preserve"> the following </w:t>
      </w:r>
      <w:r w:rsidR="00D01255">
        <w:rPr>
          <w:rFonts w:ascii="Times New Roman" w:hAnsi="Times New Roman" w:cs="Times New Roman"/>
          <w:sz w:val="24"/>
          <w:szCs w:val="24"/>
        </w:rPr>
        <w:t xml:space="preserve">information and supporting </w:t>
      </w:r>
      <w:r w:rsidRPr="006C208E">
        <w:rPr>
          <w:rFonts w:ascii="Times New Roman" w:hAnsi="Times New Roman" w:cs="Times New Roman"/>
          <w:sz w:val="24"/>
          <w:szCs w:val="24"/>
        </w:rPr>
        <w:t>documentation for each model:</w:t>
      </w:r>
    </w:p>
    <w:p w14:paraId="0E931A3C" w14:textId="77777777" w:rsidR="005C0A65" w:rsidRPr="006C208E" w:rsidRDefault="005C0A65" w:rsidP="006C208E">
      <w:pPr>
        <w:spacing w:after="0"/>
        <w:jc w:val="both"/>
        <w:rPr>
          <w:rFonts w:ascii="Times New Roman" w:hAnsi="Times New Roman" w:cs="Times New Roman"/>
          <w:sz w:val="24"/>
          <w:szCs w:val="24"/>
        </w:rPr>
      </w:pPr>
    </w:p>
    <w:p w14:paraId="155BB29A" w14:textId="4ABD9B12" w:rsidR="00D02960" w:rsidRDefault="00D02960" w:rsidP="006C208E">
      <w:pPr>
        <w:numPr>
          <w:ilvl w:val="0"/>
          <w:numId w:val="23"/>
        </w:numPr>
        <w:spacing w:after="0"/>
        <w:jc w:val="both"/>
        <w:rPr>
          <w:rFonts w:ascii="Times New Roman" w:hAnsi="Times New Roman" w:cs="Times New Roman"/>
          <w:sz w:val="24"/>
          <w:szCs w:val="24"/>
        </w:rPr>
      </w:pPr>
      <w:r w:rsidRPr="006C208E">
        <w:rPr>
          <w:rFonts w:ascii="Times New Roman" w:hAnsi="Times New Roman" w:cs="Times New Roman"/>
          <w:sz w:val="24"/>
          <w:szCs w:val="24"/>
        </w:rPr>
        <w:t xml:space="preserve">Identification and </w:t>
      </w:r>
      <w:r w:rsidR="00560D19">
        <w:rPr>
          <w:rFonts w:ascii="Times New Roman" w:hAnsi="Times New Roman" w:cs="Times New Roman"/>
          <w:sz w:val="24"/>
          <w:szCs w:val="24"/>
        </w:rPr>
        <w:t>v</w:t>
      </w:r>
      <w:r w:rsidRPr="006C208E">
        <w:rPr>
          <w:rFonts w:ascii="Times New Roman" w:hAnsi="Times New Roman" w:cs="Times New Roman"/>
          <w:sz w:val="24"/>
          <w:szCs w:val="24"/>
        </w:rPr>
        <w:t>isuals: Name and photograph of the CCS model</w:t>
      </w:r>
      <w:r w:rsidR="002D501A">
        <w:rPr>
          <w:rFonts w:ascii="Times New Roman" w:hAnsi="Times New Roman" w:cs="Times New Roman"/>
          <w:sz w:val="24"/>
          <w:szCs w:val="24"/>
        </w:rPr>
        <w:t>; details of the u</w:t>
      </w:r>
      <w:r w:rsidRPr="006C208E">
        <w:rPr>
          <w:rFonts w:ascii="Times New Roman" w:hAnsi="Times New Roman" w:cs="Times New Roman"/>
          <w:sz w:val="24"/>
          <w:szCs w:val="24"/>
        </w:rPr>
        <w:t>nique identifier or serial numbers</w:t>
      </w:r>
      <w:r w:rsidR="002D501A">
        <w:rPr>
          <w:rFonts w:ascii="Times New Roman" w:hAnsi="Times New Roman" w:cs="Times New Roman"/>
          <w:sz w:val="24"/>
          <w:szCs w:val="24"/>
        </w:rPr>
        <w:t xml:space="preserve">; and, where identifiers have not yet been assigned, the </w:t>
      </w:r>
      <w:r w:rsidRPr="006C208E">
        <w:rPr>
          <w:rFonts w:ascii="Times New Roman" w:hAnsi="Times New Roman" w:cs="Times New Roman"/>
          <w:sz w:val="24"/>
          <w:szCs w:val="24"/>
        </w:rPr>
        <w:t>proposed method for</w:t>
      </w:r>
      <w:r w:rsidR="002D501A">
        <w:rPr>
          <w:rFonts w:ascii="Times New Roman" w:hAnsi="Times New Roman" w:cs="Times New Roman"/>
          <w:sz w:val="24"/>
          <w:szCs w:val="24"/>
        </w:rPr>
        <w:t xml:space="preserve"> assigning them</w:t>
      </w:r>
      <w:r w:rsidRPr="006C208E">
        <w:rPr>
          <w:rFonts w:ascii="Times New Roman" w:hAnsi="Times New Roman" w:cs="Times New Roman"/>
          <w:sz w:val="24"/>
          <w:szCs w:val="24"/>
        </w:rPr>
        <w:t>.</w:t>
      </w:r>
    </w:p>
    <w:p w14:paraId="20EC0749" w14:textId="77777777" w:rsidR="005C0A65" w:rsidRPr="006C208E" w:rsidRDefault="005C0A65" w:rsidP="00BE1C9E">
      <w:pPr>
        <w:spacing w:after="0"/>
        <w:ind w:left="720"/>
        <w:jc w:val="both"/>
        <w:rPr>
          <w:rFonts w:ascii="Times New Roman" w:hAnsi="Times New Roman" w:cs="Times New Roman"/>
          <w:sz w:val="24"/>
          <w:szCs w:val="24"/>
        </w:rPr>
      </w:pPr>
    </w:p>
    <w:p w14:paraId="0BE6CFB8" w14:textId="2FB32DDD" w:rsidR="00D02960" w:rsidRDefault="00D02960" w:rsidP="006C208E">
      <w:pPr>
        <w:numPr>
          <w:ilvl w:val="0"/>
          <w:numId w:val="23"/>
        </w:numPr>
        <w:spacing w:after="0"/>
        <w:jc w:val="both"/>
        <w:rPr>
          <w:rFonts w:ascii="Times New Roman" w:hAnsi="Times New Roman" w:cs="Times New Roman"/>
          <w:sz w:val="24"/>
          <w:szCs w:val="24"/>
        </w:rPr>
      </w:pPr>
      <w:r w:rsidRPr="006C208E">
        <w:rPr>
          <w:rFonts w:ascii="Times New Roman" w:hAnsi="Times New Roman" w:cs="Times New Roman"/>
          <w:sz w:val="24"/>
          <w:szCs w:val="24"/>
        </w:rPr>
        <w:t xml:space="preserve">Technical </w:t>
      </w:r>
      <w:r w:rsidR="001F2BB2">
        <w:rPr>
          <w:rFonts w:ascii="Times New Roman" w:hAnsi="Times New Roman" w:cs="Times New Roman"/>
          <w:sz w:val="24"/>
          <w:szCs w:val="24"/>
        </w:rPr>
        <w:t>s</w:t>
      </w:r>
      <w:r w:rsidRPr="006C208E">
        <w:rPr>
          <w:rFonts w:ascii="Times New Roman" w:hAnsi="Times New Roman" w:cs="Times New Roman"/>
          <w:sz w:val="24"/>
          <w:szCs w:val="24"/>
        </w:rPr>
        <w:t xml:space="preserve">pecifications: </w:t>
      </w:r>
      <w:r w:rsidR="002D501A">
        <w:rPr>
          <w:rFonts w:ascii="Times New Roman" w:hAnsi="Times New Roman" w:cs="Times New Roman"/>
          <w:sz w:val="24"/>
          <w:szCs w:val="24"/>
        </w:rPr>
        <w:t>Details of the c</w:t>
      </w:r>
      <w:r w:rsidRPr="006C208E">
        <w:rPr>
          <w:rFonts w:ascii="Times New Roman" w:hAnsi="Times New Roman" w:cs="Times New Roman"/>
          <w:sz w:val="24"/>
          <w:szCs w:val="24"/>
        </w:rPr>
        <w:t>omponent</w:t>
      </w:r>
      <w:r w:rsidR="002D501A">
        <w:rPr>
          <w:rFonts w:ascii="Times New Roman" w:hAnsi="Times New Roman" w:cs="Times New Roman"/>
          <w:sz w:val="24"/>
          <w:szCs w:val="24"/>
        </w:rPr>
        <w:t>s</w:t>
      </w:r>
      <w:r w:rsidRPr="006C208E">
        <w:rPr>
          <w:rFonts w:ascii="Times New Roman" w:hAnsi="Times New Roman" w:cs="Times New Roman"/>
          <w:sz w:val="24"/>
          <w:szCs w:val="24"/>
        </w:rPr>
        <w:t xml:space="preserve"> </w:t>
      </w:r>
      <w:r w:rsidR="002D501A">
        <w:rPr>
          <w:rFonts w:ascii="Times New Roman" w:hAnsi="Times New Roman" w:cs="Times New Roman"/>
          <w:sz w:val="24"/>
          <w:szCs w:val="24"/>
        </w:rPr>
        <w:t xml:space="preserve">and </w:t>
      </w:r>
      <w:r w:rsidRPr="006C208E">
        <w:rPr>
          <w:rFonts w:ascii="Times New Roman" w:hAnsi="Times New Roman" w:cs="Times New Roman"/>
          <w:sz w:val="24"/>
          <w:szCs w:val="24"/>
        </w:rPr>
        <w:t>materials u</w:t>
      </w:r>
      <w:r w:rsidR="004828D1" w:rsidRPr="006C208E">
        <w:rPr>
          <w:rFonts w:ascii="Times New Roman" w:hAnsi="Times New Roman" w:cs="Times New Roman"/>
          <w:sz w:val="24"/>
          <w:szCs w:val="24"/>
        </w:rPr>
        <w:t>s</w:t>
      </w:r>
      <w:r w:rsidRPr="006C208E">
        <w:rPr>
          <w:rFonts w:ascii="Times New Roman" w:hAnsi="Times New Roman" w:cs="Times New Roman"/>
          <w:sz w:val="24"/>
          <w:szCs w:val="24"/>
        </w:rPr>
        <w:t xml:space="preserve">ed in </w:t>
      </w:r>
      <w:r w:rsidR="002D501A">
        <w:rPr>
          <w:rFonts w:ascii="Times New Roman" w:hAnsi="Times New Roman" w:cs="Times New Roman"/>
          <w:sz w:val="24"/>
          <w:szCs w:val="24"/>
        </w:rPr>
        <w:t xml:space="preserve">the construction of the </w:t>
      </w:r>
      <w:r w:rsidRPr="006C208E">
        <w:rPr>
          <w:rFonts w:ascii="Times New Roman" w:hAnsi="Times New Roman" w:cs="Times New Roman"/>
          <w:sz w:val="24"/>
          <w:szCs w:val="24"/>
        </w:rPr>
        <w:t>CCS</w:t>
      </w:r>
      <w:r w:rsidR="00076000">
        <w:rPr>
          <w:rFonts w:ascii="Times New Roman" w:hAnsi="Times New Roman" w:cs="Times New Roman"/>
          <w:sz w:val="24"/>
          <w:szCs w:val="24"/>
        </w:rPr>
        <w:t xml:space="preserve">, together with the </w:t>
      </w:r>
      <w:r w:rsidRPr="006C208E">
        <w:rPr>
          <w:rFonts w:ascii="Times New Roman" w:hAnsi="Times New Roman" w:cs="Times New Roman"/>
          <w:sz w:val="24"/>
          <w:szCs w:val="24"/>
        </w:rPr>
        <w:t>stove dimensions and</w:t>
      </w:r>
      <w:r w:rsidR="00076000">
        <w:rPr>
          <w:rFonts w:ascii="Times New Roman" w:hAnsi="Times New Roman" w:cs="Times New Roman"/>
          <w:sz w:val="24"/>
          <w:szCs w:val="24"/>
        </w:rPr>
        <w:t xml:space="preserve"> other specifications relevant to</w:t>
      </w:r>
      <w:r w:rsidRPr="006C208E">
        <w:rPr>
          <w:rFonts w:ascii="Times New Roman" w:hAnsi="Times New Roman" w:cs="Times New Roman"/>
          <w:sz w:val="24"/>
          <w:szCs w:val="24"/>
        </w:rPr>
        <w:t xml:space="preserve"> </w:t>
      </w:r>
      <w:r w:rsidR="00076000">
        <w:rPr>
          <w:rFonts w:ascii="Times New Roman" w:hAnsi="Times New Roman" w:cs="Times New Roman"/>
          <w:sz w:val="24"/>
          <w:szCs w:val="24"/>
        </w:rPr>
        <w:t xml:space="preserve">its </w:t>
      </w:r>
      <w:r w:rsidRPr="006C208E">
        <w:rPr>
          <w:rFonts w:ascii="Times New Roman" w:hAnsi="Times New Roman" w:cs="Times New Roman"/>
          <w:sz w:val="24"/>
          <w:szCs w:val="24"/>
        </w:rPr>
        <w:t xml:space="preserve">performance. </w:t>
      </w:r>
    </w:p>
    <w:p w14:paraId="2ADB2B3F" w14:textId="77777777" w:rsidR="005C0A65" w:rsidRPr="006C208E" w:rsidRDefault="005C0A65" w:rsidP="00BE1C9E">
      <w:pPr>
        <w:spacing w:after="0"/>
        <w:jc w:val="both"/>
        <w:rPr>
          <w:rFonts w:ascii="Times New Roman" w:hAnsi="Times New Roman" w:cs="Times New Roman"/>
          <w:sz w:val="24"/>
          <w:szCs w:val="24"/>
        </w:rPr>
      </w:pPr>
    </w:p>
    <w:p w14:paraId="25FE6FDF" w14:textId="7E257151" w:rsidR="00D02960" w:rsidRDefault="00D02960" w:rsidP="006C208E">
      <w:pPr>
        <w:numPr>
          <w:ilvl w:val="0"/>
          <w:numId w:val="23"/>
        </w:numPr>
        <w:spacing w:after="0"/>
        <w:jc w:val="both"/>
        <w:rPr>
          <w:rFonts w:ascii="Times New Roman" w:hAnsi="Times New Roman" w:cs="Times New Roman"/>
          <w:sz w:val="24"/>
          <w:szCs w:val="24"/>
        </w:rPr>
      </w:pPr>
      <w:r w:rsidRPr="006C208E">
        <w:rPr>
          <w:rFonts w:ascii="Times New Roman" w:hAnsi="Times New Roman" w:cs="Times New Roman"/>
          <w:sz w:val="24"/>
          <w:szCs w:val="24"/>
        </w:rPr>
        <w:t xml:space="preserve">Usage manual: A complete user manual for the CCS, in English and the </w:t>
      </w:r>
      <w:r w:rsidR="00A05C57">
        <w:rPr>
          <w:rFonts w:ascii="Times New Roman" w:hAnsi="Times New Roman" w:cs="Times New Roman"/>
          <w:sz w:val="24"/>
          <w:szCs w:val="24"/>
        </w:rPr>
        <w:t xml:space="preserve">applicable </w:t>
      </w:r>
      <w:r w:rsidRPr="006C208E">
        <w:rPr>
          <w:rFonts w:ascii="Times New Roman" w:hAnsi="Times New Roman" w:cs="Times New Roman"/>
          <w:sz w:val="24"/>
          <w:szCs w:val="24"/>
        </w:rPr>
        <w:t>local language</w:t>
      </w:r>
      <w:r w:rsidR="00A05C57">
        <w:rPr>
          <w:rFonts w:ascii="Times New Roman" w:hAnsi="Times New Roman" w:cs="Times New Roman"/>
          <w:sz w:val="24"/>
          <w:szCs w:val="24"/>
        </w:rPr>
        <w:t>(s)</w:t>
      </w:r>
      <w:r w:rsidRPr="006C208E">
        <w:rPr>
          <w:rFonts w:ascii="Times New Roman" w:hAnsi="Times New Roman" w:cs="Times New Roman"/>
          <w:sz w:val="24"/>
          <w:szCs w:val="24"/>
        </w:rPr>
        <w:t>.</w:t>
      </w:r>
    </w:p>
    <w:p w14:paraId="22D767EC" w14:textId="77777777" w:rsidR="005C0A65" w:rsidRPr="006C208E" w:rsidRDefault="005C0A65" w:rsidP="00BE1C9E">
      <w:pPr>
        <w:spacing w:after="0"/>
        <w:jc w:val="both"/>
        <w:rPr>
          <w:rFonts w:ascii="Times New Roman" w:hAnsi="Times New Roman" w:cs="Times New Roman"/>
          <w:sz w:val="24"/>
          <w:szCs w:val="24"/>
        </w:rPr>
      </w:pPr>
    </w:p>
    <w:p w14:paraId="56539D4C" w14:textId="6C94550E" w:rsidR="00D02960" w:rsidRDefault="00D02960" w:rsidP="006C208E">
      <w:pPr>
        <w:numPr>
          <w:ilvl w:val="0"/>
          <w:numId w:val="23"/>
        </w:numPr>
        <w:spacing w:after="0"/>
        <w:jc w:val="both"/>
        <w:rPr>
          <w:rFonts w:ascii="Times New Roman" w:hAnsi="Times New Roman" w:cs="Times New Roman"/>
          <w:sz w:val="24"/>
          <w:szCs w:val="24"/>
        </w:rPr>
      </w:pPr>
      <w:r w:rsidRPr="006C208E">
        <w:rPr>
          <w:rFonts w:ascii="Times New Roman" w:hAnsi="Times New Roman" w:cs="Times New Roman"/>
          <w:sz w:val="24"/>
          <w:szCs w:val="24"/>
        </w:rPr>
        <w:t xml:space="preserve">Market and </w:t>
      </w:r>
      <w:r w:rsidR="001F2BB2">
        <w:rPr>
          <w:rFonts w:ascii="Times New Roman" w:hAnsi="Times New Roman" w:cs="Times New Roman"/>
          <w:sz w:val="24"/>
          <w:szCs w:val="24"/>
        </w:rPr>
        <w:t>p</w:t>
      </w:r>
      <w:r w:rsidRPr="006C208E">
        <w:rPr>
          <w:rFonts w:ascii="Times New Roman" w:hAnsi="Times New Roman" w:cs="Times New Roman"/>
          <w:sz w:val="24"/>
          <w:szCs w:val="24"/>
        </w:rPr>
        <w:t xml:space="preserve">erformance </w:t>
      </w:r>
      <w:r w:rsidR="001F2BB2">
        <w:rPr>
          <w:rFonts w:ascii="Times New Roman" w:hAnsi="Times New Roman" w:cs="Times New Roman"/>
          <w:sz w:val="24"/>
          <w:szCs w:val="24"/>
        </w:rPr>
        <w:t>information</w:t>
      </w:r>
      <w:r w:rsidRPr="006C208E">
        <w:rPr>
          <w:rFonts w:ascii="Times New Roman" w:hAnsi="Times New Roman" w:cs="Times New Roman"/>
          <w:sz w:val="24"/>
          <w:szCs w:val="24"/>
        </w:rPr>
        <w:t>: The estimated retail price for the CCS model</w:t>
      </w:r>
      <w:r w:rsidR="00CB1A61">
        <w:rPr>
          <w:rFonts w:ascii="Times New Roman" w:hAnsi="Times New Roman" w:cs="Times New Roman"/>
          <w:sz w:val="24"/>
          <w:szCs w:val="24"/>
        </w:rPr>
        <w:t xml:space="preserve"> and, where available, relevant </w:t>
      </w:r>
      <w:r w:rsidRPr="006C208E">
        <w:rPr>
          <w:rFonts w:ascii="Times New Roman" w:hAnsi="Times New Roman" w:cs="Times New Roman"/>
          <w:sz w:val="24"/>
          <w:szCs w:val="24"/>
        </w:rPr>
        <w:t xml:space="preserve">feedback </w:t>
      </w:r>
      <w:r w:rsidR="00CB1A61">
        <w:rPr>
          <w:rFonts w:ascii="Times New Roman" w:hAnsi="Times New Roman" w:cs="Times New Roman"/>
          <w:sz w:val="24"/>
          <w:szCs w:val="24"/>
        </w:rPr>
        <w:t>from users</w:t>
      </w:r>
      <w:r w:rsidRPr="006C208E">
        <w:rPr>
          <w:rFonts w:ascii="Times New Roman" w:hAnsi="Times New Roman" w:cs="Times New Roman"/>
          <w:sz w:val="24"/>
          <w:szCs w:val="24"/>
        </w:rPr>
        <w:t>.</w:t>
      </w:r>
    </w:p>
    <w:p w14:paraId="26F02193" w14:textId="77777777" w:rsidR="005C0A65" w:rsidRPr="006C208E" w:rsidRDefault="005C0A65" w:rsidP="00BE1C9E">
      <w:pPr>
        <w:spacing w:after="0"/>
        <w:jc w:val="both"/>
        <w:rPr>
          <w:rFonts w:ascii="Times New Roman" w:hAnsi="Times New Roman" w:cs="Times New Roman"/>
          <w:sz w:val="24"/>
          <w:szCs w:val="24"/>
        </w:rPr>
      </w:pPr>
    </w:p>
    <w:p w14:paraId="34695A58" w14:textId="06C07711" w:rsidR="00D02960" w:rsidRPr="006C208E" w:rsidRDefault="00252CE0" w:rsidP="006C208E">
      <w:pPr>
        <w:numPr>
          <w:ilvl w:val="0"/>
          <w:numId w:val="23"/>
        </w:numPr>
        <w:spacing w:after="0"/>
        <w:jc w:val="both"/>
        <w:rPr>
          <w:rFonts w:ascii="Times New Roman" w:hAnsi="Times New Roman" w:cs="Times New Roman"/>
          <w:sz w:val="24"/>
          <w:szCs w:val="24"/>
        </w:rPr>
      </w:pPr>
      <w:r w:rsidRPr="006C208E">
        <w:rPr>
          <w:rFonts w:ascii="Times New Roman" w:hAnsi="Times New Roman" w:cs="Times New Roman"/>
          <w:sz w:val="24"/>
          <w:szCs w:val="24"/>
        </w:rPr>
        <w:t>Data loggers</w:t>
      </w:r>
      <w:r w:rsidR="00D02960" w:rsidRPr="006C208E">
        <w:rPr>
          <w:rFonts w:ascii="Times New Roman" w:hAnsi="Times New Roman" w:cs="Times New Roman"/>
          <w:sz w:val="24"/>
          <w:szCs w:val="24"/>
        </w:rPr>
        <w:t xml:space="preserve">: For electric </w:t>
      </w:r>
      <w:r w:rsidR="00CB1A61">
        <w:rPr>
          <w:rFonts w:ascii="Times New Roman" w:hAnsi="Times New Roman" w:cs="Times New Roman"/>
          <w:sz w:val="24"/>
          <w:szCs w:val="24"/>
        </w:rPr>
        <w:t>cooking appliances</w:t>
      </w:r>
      <w:r w:rsidR="00D02960" w:rsidRPr="006C208E">
        <w:rPr>
          <w:rFonts w:ascii="Times New Roman" w:hAnsi="Times New Roman" w:cs="Times New Roman"/>
          <w:sz w:val="24"/>
          <w:szCs w:val="24"/>
        </w:rPr>
        <w:t xml:space="preserve">, a description </w:t>
      </w:r>
      <w:r w:rsidR="004275FE" w:rsidRPr="006C208E">
        <w:rPr>
          <w:rFonts w:ascii="Times New Roman" w:hAnsi="Times New Roman" w:cs="Times New Roman"/>
          <w:sz w:val="24"/>
          <w:szCs w:val="24"/>
        </w:rPr>
        <w:t xml:space="preserve">of </w:t>
      </w:r>
      <w:r w:rsidR="00CB1A61">
        <w:rPr>
          <w:rFonts w:ascii="Times New Roman" w:hAnsi="Times New Roman" w:cs="Times New Roman"/>
          <w:sz w:val="24"/>
          <w:szCs w:val="24"/>
        </w:rPr>
        <w:t>any built-in or external data-logging system proposed for measuring energy consumption</w:t>
      </w:r>
      <w:r w:rsidR="00D02960" w:rsidRPr="006C208E">
        <w:rPr>
          <w:rFonts w:ascii="Times New Roman" w:hAnsi="Times New Roman" w:cs="Times New Roman"/>
          <w:sz w:val="24"/>
          <w:szCs w:val="24"/>
        </w:rPr>
        <w:t xml:space="preserve">. </w:t>
      </w:r>
    </w:p>
    <w:p w14:paraId="4AAC1F79" w14:textId="59C99B93" w:rsidR="00E03592" w:rsidRDefault="00E03592" w:rsidP="00BE1C9E">
      <w:pPr>
        <w:spacing w:after="0"/>
        <w:ind w:left="720"/>
        <w:jc w:val="both"/>
        <w:rPr>
          <w:rFonts w:ascii="Times New Roman" w:hAnsi="Times New Roman" w:cs="Times New Roman"/>
          <w:sz w:val="24"/>
          <w:szCs w:val="24"/>
        </w:rPr>
      </w:pPr>
    </w:p>
    <w:p w14:paraId="6E9B94CB" w14:textId="17828984" w:rsidR="005C0A65" w:rsidRPr="005C0A65" w:rsidRDefault="00E85556" w:rsidP="005C0A65">
      <w:pPr>
        <w:numPr>
          <w:ilvl w:val="0"/>
          <w:numId w:val="23"/>
        </w:numPr>
        <w:spacing w:after="0"/>
        <w:jc w:val="both"/>
        <w:rPr>
          <w:rFonts w:ascii="Times New Roman" w:hAnsi="Times New Roman" w:cs="Times New Roman"/>
          <w:sz w:val="24"/>
          <w:szCs w:val="24"/>
        </w:rPr>
      </w:pPr>
      <w:r>
        <w:rPr>
          <w:rFonts w:ascii="Times New Roman" w:hAnsi="Times New Roman" w:cs="Times New Roman"/>
          <w:sz w:val="24"/>
          <w:szCs w:val="24"/>
        </w:rPr>
        <w:t>Laboratory</w:t>
      </w:r>
      <w:r w:rsidRPr="000835AF">
        <w:rPr>
          <w:rFonts w:ascii="Times New Roman" w:hAnsi="Times New Roman" w:cs="Times New Roman"/>
          <w:sz w:val="24"/>
          <w:szCs w:val="24"/>
        </w:rPr>
        <w:t xml:space="preserve"> </w:t>
      </w:r>
      <w:r w:rsidR="00E03592" w:rsidRPr="000835AF">
        <w:rPr>
          <w:rFonts w:ascii="Times New Roman" w:hAnsi="Times New Roman" w:cs="Times New Roman"/>
          <w:sz w:val="24"/>
          <w:szCs w:val="24"/>
        </w:rPr>
        <w:t xml:space="preserve">Test </w:t>
      </w:r>
      <w:r>
        <w:rPr>
          <w:rFonts w:ascii="Times New Roman" w:hAnsi="Times New Roman" w:cs="Times New Roman"/>
          <w:sz w:val="24"/>
          <w:szCs w:val="24"/>
        </w:rPr>
        <w:t>Reports</w:t>
      </w:r>
      <w:r w:rsidR="00E03592" w:rsidRPr="000835AF">
        <w:rPr>
          <w:rFonts w:ascii="Times New Roman" w:hAnsi="Times New Roman" w:cs="Times New Roman"/>
          <w:sz w:val="24"/>
          <w:szCs w:val="24"/>
        </w:rPr>
        <w:t>:</w:t>
      </w:r>
      <w:r w:rsidR="00E03592">
        <w:rPr>
          <w:rFonts w:ascii="Times New Roman" w:hAnsi="Times New Roman" w:cs="Times New Roman"/>
          <w:sz w:val="24"/>
          <w:szCs w:val="24"/>
        </w:rPr>
        <w:t xml:space="preserve"> </w:t>
      </w:r>
      <w:r w:rsidR="00C11293">
        <w:rPr>
          <w:rFonts w:ascii="Times New Roman" w:hAnsi="Times New Roman" w:cs="Times New Roman"/>
          <w:sz w:val="24"/>
          <w:szCs w:val="24"/>
        </w:rPr>
        <w:t>T</w:t>
      </w:r>
      <w:r w:rsidR="005C0A65" w:rsidRPr="005C0A65">
        <w:rPr>
          <w:rFonts w:ascii="Times New Roman" w:hAnsi="Times New Roman" w:cs="Times New Roman"/>
          <w:sz w:val="24"/>
          <w:szCs w:val="24"/>
        </w:rPr>
        <w:t xml:space="preserve">est </w:t>
      </w:r>
      <w:r w:rsidR="00C11293">
        <w:rPr>
          <w:rFonts w:ascii="Times New Roman" w:hAnsi="Times New Roman" w:cs="Times New Roman"/>
          <w:sz w:val="24"/>
          <w:szCs w:val="24"/>
        </w:rPr>
        <w:t>reports</w:t>
      </w:r>
      <w:r w:rsidR="005C0A65" w:rsidRPr="005C0A65">
        <w:rPr>
          <w:rFonts w:ascii="Times New Roman" w:hAnsi="Times New Roman" w:cs="Times New Roman"/>
          <w:sz w:val="24"/>
          <w:szCs w:val="24"/>
        </w:rPr>
        <w:t xml:space="preserve"> from a recognized </w:t>
      </w:r>
      <w:r w:rsidR="00C11293">
        <w:rPr>
          <w:rFonts w:ascii="Times New Roman" w:hAnsi="Times New Roman" w:cs="Times New Roman"/>
          <w:sz w:val="24"/>
          <w:szCs w:val="24"/>
        </w:rPr>
        <w:t xml:space="preserve">or accredited </w:t>
      </w:r>
      <w:r w:rsidR="005C0A65" w:rsidRPr="005C0A65">
        <w:rPr>
          <w:rFonts w:ascii="Times New Roman" w:hAnsi="Times New Roman" w:cs="Times New Roman"/>
          <w:sz w:val="24"/>
          <w:szCs w:val="24"/>
        </w:rPr>
        <w:t xml:space="preserve">laboratory demonstrating compliance with the </w:t>
      </w:r>
      <w:r w:rsidR="00F03314">
        <w:rPr>
          <w:rFonts w:ascii="Times New Roman" w:hAnsi="Times New Roman" w:cs="Times New Roman"/>
          <w:sz w:val="24"/>
          <w:szCs w:val="24"/>
        </w:rPr>
        <w:t xml:space="preserve">clean cooking technology </w:t>
      </w:r>
      <w:r w:rsidR="005C0A65" w:rsidRPr="005C0A65">
        <w:rPr>
          <w:rFonts w:ascii="Times New Roman" w:hAnsi="Times New Roman" w:cs="Times New Roman"/>
          <w:sz w:val="24"/>
          <w:szCs w:val="24"/>
        </w:rPr>
        <w:t>eligibility criteria specified below.</w:t>
      </w:r>
    </w:p>
    <w:p w14:paraId="61A822D6" w14:textId="77777777" w:rsidR="005C0A65" w:rsidRPr="005C0A65" w:rsidRDefault="005C0A65" w:rsidP="00BE1C9E">
      <w:pPr>
        <w:spacing w:after="0"/>
        <w:ind w:left="720"/>
        <w:jc w:val="both"/>
        <w:rPr>
          <w:rFonts w:ascii="Times New Roman" w:hAnsi="Times New Roman" w:cs="Times New Roman"/>
          <w:sz w:val="24"/>
          <w:szCs w:val="24"/>
        </w:rPr>
      </w:pPr>
    </w:p>
    <w:p w14:paraId="0A4D4596" w14:textId="1A17E134" w:rsidR="005C0A65" w:rsidRPr="005C0A65" w:rsidRDefault="005C0A65" w:rsidP="007A039D">
      <w:pPr>
        <w:spacing w:after="0"/>
        <w:jc w:val="both"/>
        <w:rPr>
          <w:rFonts w:ascii="Times New Roman" w:hAnsi="Times New Roman" w:cs="Times New Roman"/>
          <w:sz w:val="24"/>
          <w:szCs w:val="24"/>
        </w:rPr>
      </w:pPr>
      <w:r w:rsidRPr="005C0A65">
        <w:rPr>
          <w:rFonts w:ascii="Times New Roman" w:hAnsi="Times New Roman" w:cs="Times New Roman"/>
          <w:sz w:val="24"/>
          <w:szCs w:val="24"/>
        </w:rPr>
        <w:t xml:space="preserve">Testing should be conducted using </w:t>
      </w:r>
      <w:r w:rsidR="00C03811">
        <w:rPr>
          <w:rFonts w:ascii="Times New Roman" w:hAnsi="Times New Roman" w:cs="Times New Roman"/>
          <w:sz w:val="24"/>
          <w:szCs w:val="24"/>
        </w:rPr>
        <w:t xml:space="preserve">applicable </w:t>
      </w:r>
      <w:r w:rsidRPr="005C0A65">
        <w:rPr>
          <w:rFonts w:ascii="Times New Roman" w:hAnsi="Times New Roman" w:cs="Times New Roman"/>
          <w:sz w:val="24"/>
          <w:szCs w:val="24"/>
        </w:rPr>
        <w:t>internationally recognized laboratory</w:t>
      </w:r>
      <w:r w:rsidR="00C03811">
        <w:rPr>
          <w:rFonts w:ascii="Times New Roman" w:hAnsi="Times New Roman" w:cs="Times New Roman"/>
          <w:sz w:val="24"/>
          <w:szCs w:val="24"/>
        </w:rPr>
        <w:t xml:space="preserve"> test</w:t>
      </w:r>
      <w:r w:rsidRPr="005C0A65">
        <w:rPr>
          <w:rFonts w:ascii="Times New Roman" w:hAnsi="Times New Roman" w:cs="Times New Roman"/>
          <w:sz w:val="24"/>
          <w:szCs w:val="24"/>
        </w:rPr>
        <w:t xml:space="preserve"> protocols, including ISO 19867-1:2018 </w:t>
      </w:r>
      <w:r w:rsidRPr="006B5FF1">
        <w:rPr>
          <w:rFonts w:ascii="Times New Roman" w:hAnsi="Times New Roman" w:cs="Times New Roman"/>
          <w:i/>
          <w:iCs/>
          <w:sz w:val="24"/>
          <w:szCs w:val="24"/>
        </w:rPr>
        <w:t>Clean cookstoves and clean cooking solutions</w:t>
      </w:r>
      <w:r w:rsidR="005E40FF">
        <w:rPr>
          <w:rFonts w:ascii="Times New Roman" w:hAnsi="Times New Roman" w:cs="Times New Roman"/>
          <w:i/>
          <w:iCs/>
          <w:sz w:val="24"/>
          <w:szCs w:val="24"/>
        </w:rPr>
        <w:t>,</w:t>
      </w:r>
      <w:r w:rsidRPr="005C0A65">
        <w:rPr>
          <w:rFonts w:ascii="Times New Roman" w:hAnsi="Times New Roman" w:cs="Times New Roman"/>
          <w:sz w:val="24"/>
          <w:szCs w:val="24"/>
        </w:rPr>
        <w:t xml:space="preserve"> </w:t>
      </w:r>
      <w:r w:rsidR="00994508">
        <w:rPr>
          <w:rFonts w:ascii="Times New Roman" w:hAnsi="Times New Roman" w:cs="Times New Roman"/>
          <w:sz w:val="24"/>
          <w:szCs w:val="24"/>
        </w:rPr>
        <w:t xml:space="preserve">where applicable, </w:t>
      </w:r>
      <w:r w:rsidRPr="005C0A65">
        <w:rPr>
          <w:rFonts w:ascii="Times New Roman" w:hAnsi="Times New Roman" w:cs="Times New Roman"/>
          <w:sz w:val="24"/>
          <w:szCs w:val="24"/>
        </w:rPr>
        <w:t xml:space="preserve">or </w:t>
      </w:r>
      <w:r w:rsidR="005E40FF">
        <w:rPr>
          <w:rFonts w:ascii="Times New Roman" w:hAnsi="Times New Roman" w:cs="Times New Roman"/>
          <w:sz w:val="24"/>
          <w:szCs w:val="24"/>
        </w:rPr>
        <w:t xml:space="preserve">other </w:t>
      </w:r>
      <w:r w:rsidRPr="005C0A65">
        <w:rPr>
          <w:rFonts w:ascii="Times New Roman" w:hAnsi="Times New Roman" w:cs="Times New Roman"/>
          <w:sz w:val="24"/>
          <w:szCs w:val="24"/>
        </w:rPr>
        <w:t>internationally recognized testing methods</w:t>
      </w:r>
      <w:r w:rsidR="00B476F3">
        <w:rPr>
          <w:rFonts w:ascii="Times New Roman" w:hAnsi="Times New Roman" w:cs="Times New Roman"/>
          <w:sz w:val="24"/>
          <w:szCs w:val="24"/>
        </w:rPr>
        <w:t xml:space="preserve"> accepted by the </w:t>
      </w:r>
      <w:proofErr w:type="spellStart"/>
      <w:r w:rsidR="00B476F3">
        <w:rPr>
          <w:rFonts w:ascii="Times New Roman" w:hAnsi="Times New Roman" w:cs="Times New Roman"/>
          <w:sz w:val="24"/>
          <w:szCs w:val="24"/>
        </w:rPr>
        <w:t>MoE</w:t>
      </w:r>
      <w:proofErr w:type="spellEnd"/>
      <w:r w:rsidR="00B476F3">
        <w:rPr>
          <w:rFonts w:ascii="Times New Roman" w:hAnsi="Times New Roman" w:cs="Times New Roman"/>
          <w:sz w:val="24"/>
          <w:szCs w:val="24"/>
        </w:rPr>
        <w:t xml:space="preserve">. </w:t>
      </w:r>
    </w:p>
    <w:p w14:paraId="517336CD" w14:textId="77777777" w:rsidR="005C0A65" w:rsidRPr="00064253" w:rsidRDefault="005C0A65" w:rsidP="00BE1C9E">
      <w:pPr>
        <w:spacing w:after="0"/>
        <w:ind w:left="720"/>
        <w:jc w:val="both"/>
        <w:rPr>
          <w:rFonts w:ascii="Times New Roman" w:hAnsi="Times New Roman" w:cs="Times New Roman"/>
          <w:sz w:val="18"/>
          <w:szCs w:val="18"/>
        </w:rPr>
      </w:pPr>
    </w:p>
    <w:p w14:paraId="4C0A2FDD" w14:textId="14F60049" w:rsidR="005C0A65" w:rsidRPr="005C0A65" w:rsidRDefault="005C0A65" w:rsidP="002830DF">
      <w:pPr>
        <w:spacing w:after="0"/>
        <w:jc w:val="both"/>
        <w:rPr>
          <w:rFonts w:ascii="Times New Roman" w:hAnsi="Times New Roman" w:cs="Times New Roman"/>
          <w:sz w:val="24"/>
          <w:szCs w:val="24"/>
        </w:rPr>
      </w:pPr>
      <w:r w:rsidRPr="005C0A65">
        <w:rPr>
          <w:rFonts w:ascii="Times New Roman" w:hAnsi="Times New Roman" w:cs="Times New Roman"/>
          <w:sz w:val="24"/>
          <w:szCs w:val="24"/>
        </w:rPr>
        <w:t>Performance evaluation will be informed</w:t>
      </w:r>
      <w:r w:rsidR="005E40FF">
        <w:rPr>
          <w:rFonts w:ascii="Times New Roman" w:hAnsi="Times New Roman" w:cs="Times New Roman"/>
          <w:sz w:val="24"/>
          <w:szCs w:val="24"/>
        </w:rPr>
        <w:t>, where applicable,</w:t>
      </w:r>
      <w:r w:rsidRPr="005C0A65">
        <w:rPr>
          <w:rFonts w:ascii="Times New Roman" w:hAnsi="Times New Roman" w:cs="Times New Roman"/>
          <w:sz w:val="24"/>
          <w:szCs w:val="24"/>
        </w:rPr>
        <w:t xml:space="preserve"> by the voluntary performance tiers defined under ISO/TR 19867-3:2018</w:t>
      </w:r>
      <w:r w:rsidR="00823879">
        <w:rPr>
          <w:rFonts w:ascii="Times New Roman" w:hAnsi="Times New Roman" w:cs="Times New Roman"/>
          <w:sz w:val="24"/>
          <w:szCs w:val="24"/>
        </w:rPr>
        <w:t>,</w:t>
      </w:r>
      <w:r w:rsidRPr="005C0A65">
        <w:rPr>
          <w:rFonts w:ascii="Times New Roman" w:hAnsi="Times New Roman" w:cs="Times New Roman"/>
          <w:sz w:val="24"/>
          <w:szCs w:val="24"/>
        </w:rPr>
        <w:t xml:space="preserve"> </w:t>
      </w:r>
      <w:r w:rsidRPr="00E37BBD">
        <w:rPr>
          <w:rFonts w:ascii="Times New Roman" w:hAnsi="Times New Roman" w:cs="Times New Roman"/>
          <w:i/>
          <w:iCs/>
          <w:sz w:val="24"/>
          <w:szCs w:val="24"/>
        </w:rPr>
        <w:t>Voluntary Performance Targets</w:t>
      </w:r>
      <w:r w:rsidRPr="005C0A65">
        <w:rPr>
          <w:rFonts w:ascii="Times New Roman" w:hAnsi="Times New Roman" w:cs="Times New Roman"/>
          <w:sz w:val="24"/>
          <w:szCs w:val="24"/>
        </w:rPr>
        <w:t>.</w:t>
      </w:r>
    </w:p>
    <w:p w14:paraId="3DDAFF83" w14:textId="77777777" w:rsidR="005C0A65" w:rsidRPr="00064253" w:rsidRDefault="005C0A65" w:rsidP="00BE1C9E">
      <w:pPr>
        <w:spacing w:after="0"/>
        <w:ind w:left="720"/>
        <w:jc w:val="both"/>
        <w:rPr>
          <w:rFonts w:ascii="Times New Roman" w:hAnsi="Times New Roman" w:cs="Times New Roman"/>
          <w:sz w:val="18"/>
          <w:szCs w:val="18"/>
        </w:rPr>
      </w:pPr>
    </w:p>
    <w:p w14:paraId="7E6AC325" w14:textId="46557A97" w:rsidR="00606869" w:rsidRPr="006C208E" w:rsidRDefault="00B476F3" w:rsidP="00891061">
      <w:pPr>
        <w:spacing w:after="0"/>
        <w:jc w:val="both"/>
        <w:rPr>
          <w:rFonts w:ascii="Times New Roman" w:hAnsi="Times New Roman" w:cs="Times New Roman"/>
          <w:sz w:val="24"/>
          <w:szCs w:val="24"/>
        </w:rPr>
      </w:pPr>
      <w:r w:rsidRPr="00B476F3">
        <w:rPr>
          <w:rFonts w:ascii="Times New Roman" w:hAnsi="Times New Roman" w:cs="Times New Roman"/>
          <w:sz w:val="24"/>
          <w:szCs w:val="24"/>
        </w:rPr>
        <w:t>Where final test results from an accredited laboratory are not yet available at the application stage, applicants may submit available preliminary test results or evidence that testing is in progress, together with a clear timeline for completing the required testing. Any approval based on pending test results shall be conditional, and final test results demonstrating compliance with the applicable CCS eligibility criteria must be submitted and accepted before the relevant CCS model is procured or financed under the program.</w:t>
      </w:r>
    </w:p>
    <w:p w14:paraId="3931EFEE" w14:textId="77777777" w:rsidR="00E123E0" w:rsidRPr="00064253" w:rsidRDefault="00E123E0" w:rsidP="003070F3">
      <w:pPr>
        <w:spacing w:after="0"/>
        <w:jc w:val="both"/>
        <w:rPr>
          <w:rFonts w:ascii="Times New Roman" w:hAnsi="Times New Roman" w:cs="Times New Roman"/>
          <w:b/>
          <w:bCs/>
          <w:sz w:val="20"/>
          <w:szCs w:val="20"/>
        </w:rPr>
      </w:pPr>
    </w:p>
    <w:p w14:paraId="27870025" w14:textId="77777777" w:rsidR="00F66AEF" w:rsidRDefault="00A24AFC" w:rsidP="005A5357">
      <w:pPr>
        <w:rPr>
          <w:rFonts w:ascii="Times New Roman" w:hAnsi="Times New Roman" w:cs="Times New Roman"/>
          <w:b/>
          <w:bCs/>
          <w:sz w:val="24"/>
          <w:szCs w:val="24"/>
        </w:rPr>
      </w:pPr>
      <w:r>
        <w:rPr>
          <w:rFonts w:ascii="Times New Roman" w:hAnsi="Times New Roman" w:cs="Times New Roman"/>
          <w:b/>
          <w:bCs/>
          <w:sz w:val="24"/>
          <w:szCs w:val="24"/>
        </w:rPr>
        <w:t>Eligibility criteria for clean cooking technology</w:t>
      </w:r>
      <w:r w:rsidR="00F66AEF">
        <w:rPr>
          <w:rFonts w:ascii="Times New Roman" w:hAnsi="Times New Roman" w:cs="Times New Roman"/>
          <w:b/>
          <w:bCs/>
          <w:sz w:val="24"/>
          <w:szCs w:val="24"/>
        </w:rPr>
        <w:t>:</w:t>
      </w:r>
    </w:p>
    <w:p w14:paraId="6A996D40" w14:textId="228F4B1D" w:rsidR="00333CCA" w:rsidRDefault="00333CCA">
      <w:pPr>
        <w:jc w:val="both"/>
        <w:rPr>
          <w:rFonts w:ascii="Times New Roman" w:hAnsi="Times New Roman" w:cs="Times New Roman"/>
          <w:sz w:val="24"/>
          <w:szCs w:val="24"/>
        </w:rPr>
      </w:pPr>
      <w:r w:rsidRPr="00333CCA">
        <w:rPr>
          <w:rFonts w:ascii="Times New Roman" w:hAnsi="Times New Roman" w:cs="Times New Roman"/>
          <w:sz w:val="24"/>
          <w:szCs w:val="24"/>
        </w:rPr>
        <w:t xml:space="preserve">Applicants shall submit valid laboratory test reports from recognized testing facilities demonstrating compliance with the required performance tiers. </w:t>
      </w:r>
      <w:r>
        <w:rPr>
          <w:rFonts w:ascii="Times New Roman" w:hAnsi="Times New Roman" w:cs="Times New Roman"/>
          <w:sz w:val="24"/>
          <w:szCs w:val="24"/>
        </w:rPr>
        <w:t xml:space="preserve">The </w:t>
      </w:r>
      <w:r w:rsidRPr="00333CCA">
        <w:rPr>
          <w:rFonts w:ascii="Times New Roman" w:hAnsi="Times New Roman" w:cs="Times New Roman"/>
          <w:sz w:val="24"/>
          <w:szCs w:val="24"/>
        </w:rPr>
        <w:t>NNNF, through its technical evaluation process, will assess the submitted evidence and determine eligibility under this window.</w:t>
      </w:r>
    </w:p>
    <w:p w14:paraId="31067781" w14:textId="6264876F" w:rsidR="00BA030E" w:rsidRPr="00333CCA" w:rsidRDefault="00BA030E" w:rsidP="00BE1C9E">
      <w:pPr>
        <w:jc w:val="both"/>
        <w:rPr>
          <w:rFonts w:ascii="Times New Roman" w:hAnsi="Times New Roman" w:cs="Times New Roman"/>
          <w:sz w:val="24"/>
          <w:szCs w:val="24"/>
        </w:rPr>
      </w:pPr>
      <w:r w:rsidRPr="00333CCA">
        <w:rPr>
          <w:rFonts w:ascii="Times New Roman" w:hAnsi="Times New Roman" w:cs="Times New Roman"/>
          <w:sz w:val="24"/>
          <w:szCs w:val="24"/>
        </w:rPr>
        <w:t>The general testing and evaluation requirements are outlined below. NNNF reserves the right to introduce additional evaluation criteria as required.</w:t>
      </w:r>
    </w:p>
    <w:tbl>
      <w:tblPr>
        <w:tblStyle w:val="TableGrid"/>
        <w:tblW w:w="0" w:type="auto"/>
        <w:tblLook w:val="04A0" w:firstRow="1" w:lastRow="0" w:firstColumn="1" w:lastColumn="0" w:noHBand="0" w:noVBand="1"/>
      </w:tblPr>
      <w:tblGrid>
        <w:gridCol w:w="2515"/>
        <w:gridCol w:w="6504"/>
      </w:tblGrid>
      <w:tr w:rsidR="008D721D" w:rsidRPr="005C0A65" w14:paraId="1FCB1209" w14:textId="77777777" w:rsidTr="00BE1C9E">
        <w:tc>
          <w:tcPr>
            <w:tcW w:w="2515" w:type="dxa"/>
          </w:tcPr>
          <w:p w14:paraId="4BE36184" w14:textId="1A0CDF94" w:rsidR="008D721D" w:rsidRPr="005C0A65" w:rsidRDefault="008D721D" w:rsidP="00BE1C9E">
            <w:pPr>
              <w:spacing w:line="276" w:lineRule="auto"/>
              <w:jc w:val="both"/>
              <w:rPr>
                <w:rFonts w:ascii="Times New Roman" w:hAnsi="Times New Roman" w:cs="Times New Roman"/>
                <w:b/>
                <w:bCs/>
                <w:sz w:val="24"/>
                <w:szCs w:val="24"/>
              </w:rPr>
            </w:pPr>
            <w:r w:rsidRPr="00BE1C9E">
              <w:rPr>
                <w:rFonts w:ascii="Times New Roman" w:hAnsi="Times New Roman" w:cs="Times New Roman"/>
                <w:b/>
                <w:bCs/>
                <w:sz w:val="24"/>
                <w:szCs w:val="24"/>
              </w:rPr>
              <w:t xml:space="preserve">Solid biomass cooking technologies: </w:t>
            </w:r>
            <w:r w:rsidRPr="00BE1C9E">
              <w:rPr>
                <w:rFonts w:ascii="Times New Roman" w:hAnsi="Times New Roman" w:cs="Times New Roman"/>
                <w:sz w:val="24"/>
                <w:szCs w:val="24"/>
              </w:rPr>
              <w:t xml:space="preserve">This category includes stoves and accessories using solid biomass fuels (e.g., charcoal, wood, briquettes, or pellets). </w:t>
            </w:r>
          </w:p>
        </w:tc>
        <w:tc>
          <w:tcPr>
            <w:tcW w:w="6504" w:type="dxa"/>
          </w:tcPr>
          <w:p w14:paraId="6D20D653" w14:textId="7B090727" w:rsidR="00694A3A" w:rsidRPr="005C0A65" w:rsidRDefault="005C0A65" w:rsidP="00BE1C9E">
            <w:pPr>
              <w:spacing w:line="276" w:lineRule="auto"/>
              <w:jc w:val="both"/>
              <w:rPr>
                <w:rFonts w:ascii="Times New Roman" w:hAnsi="Times New Roman" w:cs="Times New Roman"/>
                <w:b/>
                <w:bCs/>
                <w:sz w:val="24"/>
                <w:szCs w:val="24"/>
              </w:rPr>
            </w:pPr>
            <w:r w:rsidRPr="00BE1C9E">
              <w:rPr>
                <w:rFonts w:ascii="Times New Roman" w:hAnsi="Times New Roman" w:cs="Times New Roman"/>
                <w:sz w:val="24"/>
                <w:szCs w:val="24"/>
              </w:rPr>
              <w:t>Eligible technologies must demonstrate laboratory-tested performance in accordance with the ISO Voluntary Performance Targets. At a minimum, technologies must achieve Tier 3 performance for thermal efficiency and Tier 3 performance for CO emissions, based on testing conducted by recognized laboratories using internationally accepted protocols. PM2.5 emissions performance must be reported based on laboratory testing results and will be considered as part of the technical evaluation process.</w:t>
            </w:r>
          </w:p>
        </w:tc>
      </w:tr>
      <w:tr w:rsidR="008D721D" w:rsidRPr="005C0A65" w14:paraId="39F538A0" w14:textId="77777777" w:rsidTr="00BE1C9E">
        <w:tc>
          <w:tcPr>
            <w:tcW w:w="2515" w:type="dxa"/>
          </w:tcPr>
          <w:p w14:paraId="4C7F9BB1" w14:textId="43204BB9" w:rsidR="008D721D" w:rsidRPr="00BE1C9E" w:rsidRDefault="0015748B" w:rsidP="00BE1C9E">
            <w:pPr>
              <w:spacing w:line="276" w:lineRule="auto"/>
              <w:jc w:val="both"/>
              <w:rPr>
                <w:rFonts w:ascii="Times New Roman" w:hAnsi="Times New Roman" w:cs="Times New Roman"/>
                <w:sz w:val="24"/>
                <w:szCs w:val="24"/>
              </w:rPr>
            </w:pPr>
            <w:r w:rsidRPr="005C0A65">
              <w:rPr>
                <w:rFonts w:ascii="Times New Roman" w:hAnsi="Times New Roman" w:cs="Times New Roman"/>
                <w:b/>
                <w:bCs/>
                <w:sz w:val="24"/>
                <w:szCs w:val="24"/>
              </w:rPr>
              <w:t xml:space="preserve">Modern </w:t>
            </w:r>
            <w:r w:rsidRPr="00BE1C9E">
              <w:rPr>
                <w:rFonts w:ascii="Times New Roman" w:hAnsi="Times New Roman" w:cs="Times New Roman"/>
                <w:b/>
                <w:bCs/>
                <w:sz w:val="24"/>
                <w:szCs w:val="24"/>
              </w:rPr>
              <w:t xml:space="preserve">energy cooking technologies: </w:t>
            </w:r>
            <w:r w:rsidRPr="00BE1C9E">
              <w:rPr>
                <w:rFonts w:ascii="Times New Roman" w:hAnsi="Times New Roman" w:cs="Times New Roman"/>
                <w:sz w:val="24"/>
                <w:szCs w:val="24"/>
              </w:rPr>
              <w:t xml:space="preserve">This category includes </w:t>
            </w:r>
            <w:r w:rsidR="00F94E4E">
              <w:rPr>
                <w:rFonts w:ascii="Times New Roman" w:hAnsi="Times New Roman" w:cs="Times New Roman"/>
                <w:sz w:val="24"/>
                <w:szCs w:val="24"/>
              </w:rPr>
              <w:lastRenderedPageBreak/>
              <w:t>appliances</w:t>
            </w:r>
            <w:r w:rsidR="00F94E4E" w:rsidRPr="00BE1C9E">
              <w:rPr>
                <w:rFonts w:ascii="Times New Roman" w:hAnsi="Times New Roman" w:cs="Times New Roman"/>
                <w:sz w:val="24"/>
                <w:szCs w:val="24"/>
              </w:rPr>
              <w:t xml:space="preserve"> </w:t>
            </w:r>
            <w:r w:rsidRPr="00BE1C9E">
              <w:rPr>
                <w:rFonts w:ascii="Times New Roman" w:hAnsi="Times New Roman" w:cs="Times New Roman"/>
                <w:sz w:val="24"/>
                <w:szCs w:val="24"/>
              </w:rPr>
              <w:t xml:space="preserve">and </w:t>
            </w:r>
            <w:r w:rsidR="00F94E4E">
              <w:rPr>
                <w:rFonts w:ascii="Times New Roman" w:hAnsi="Times New Roman" w:cs="Times New Roman"/>
                <w:sz w:val="24"/>
                <w:szCs w:val="24"/>
              </w:rPr>
              <w:t>associated equipment</w:t>
            </w:r>
            <w:r w:rsidR="00F94E4E" w:rsidRPr="00BE1C9E">
              <w:rPr>
                <w:rFonts w:ascii="Times New Roman" w:hAnsi="Times New Roman" w:cs="Times New Roman"/>
                <w:sz w:val="24"/>
                <w:szCs w:val="24"/>
              </w:rPr>
              <w:t xml:space="preserve"> </w:t>
            </w:r>
            <w:r w:rsidRPr="00BE1C9E">
              <w:rPr>
                <w:rFonts w:ascii="Times New Roman" w:hAnsi="Times New Roman" w:cs="Times New Roman"/>
                <w:sz w:val="24"/>
                <w:szCs w:val="24"/>
              </w:rPr>
              <w:t xml:space="preserve">using modern cooking energy sources </w:t>
            </w:r>
            <w:r w:rsidR="001469E3" w:rsidRPr="00BE1C9E">
              <w:rPr>
                <w:rFonts w:ascii="Times New Roman" w:hAnsi="Times New Roman" w:cs="Times New Roman"/>
                <w:sz w:val="24"/>
                <w:szCs w:val="24"/>
              </w:rPr>
              <w:t xml:space="preserve">such as electricity, LPG, ethanol, solar energy, </w:t>
            </w:r>
            <w:r w:rsidR="00677104">
              <w:rPr>
                <w:rFonts w:ascii="Times New Roman" w:hAnsi="Times New Roman" w:cs="Times New Roman"/>
                <w:sz w:val="24"/>
                <w:szCs w:val="24"/>
              </w:rPr>
              <w:t>biogas</w:t>
            </w:r>
            <w:r w:rsidR="00CD14CA">
              <w:rPr>
                <w:rFonts w:ascii="Times New Roman" w:hAnsi="Times New Roman" w:cs="Times New Roman"/>
                <w:sz w:val="24"/>
                <w:szCs w:val="24"/>
              </w:rPr>
              <w:t>**</w:t>
            </w:r>
            <w:r w:rsidR="00677104">
              <w:rPr>
                <w:rFonts w:ascii="Times New Roman" w:hAnsi="Times New Roman" w:cs="Times New Roman"/>
                <w:sz w:val="24"/>
                <w:szCs w:val="24"/>
              </w:rPr>
              <w:t xml:space="preserve">, </w:t>
            </w:r>
            <w:r w:rsidR="001469E3" w:rsidRPr="00BE1C9E">
              <w:rPr>
                <w:rFonts w:ascii="Times New Roman" w:hAnsi="Times New Roman" w:cs="Times New Roman"/>
                <w:sz w:val="24"/>
                <w:szCs w:val="24"/>
              </w:rPr>
              <w:t xml:space="preserve">or </w:t>
            </w:r>
            <w:r w:rsidR="00782F36">
              <w:rPr>
                <w:rFonts w:ascii="Times New Roman" w:hAnsi="Times New Roman" w:cs="Times New Roman"/>
                <w:sz w:val="24"/>
                <w:szCs w:val="24"/>
              </w:rPr>
              <w:t>an</w:t>
            </w:r>
            <w:r w:rsidR="001469E3" w:rsidRPr="00BE1C9E">
              <w:rPr>
                <w:rFonts w:ascii="Times New Roman" w:hAnsi="Times New Roman" w:cs="Times New Roman"/>
                <w:sz w:val="24"/>
                <w:szCs w:val="24"/>
              </w:rPr>
              <w:t xml:space="preserve">other </w:t>
            </w:r>
            <w:r w:rsidR="00841BFC" w:rsidRPr="00BE1C9E">
              <w:rPr>
                <w:rFonts w:ascii="Times New Roman" w:hAnsi="Times New Roman" w:cs="Times New Roman"/>
                <w:sz w:val="24"/>
                <w:szCs w:val="24"/>
              </w:rPr>
              <w:t xml:space="preserve">modern cooking energy sources. </w:t>
            </w:r>
          </w:p>
        </w:tc>
        <w:tc>
          <w:tcPr>
            <w:tcW w:w="6504" w:type="dxa"/>
          </w:tcPr>
          <w:p w14:paraId="264AA25F" w14:textId="309CD0BA" w:rsidR="005C0A65" w:rsidRDefault="005C0A65" w:rsidP="00BE1C9E">
            <w:pPr>
              <w:spacing w:line="276" w:lineRule="auto"/>
              <w:jc w:val="both"/>
              <w:rPr>
                <w:rFonts w:ascii="Times New Roman" w:hAnsi="Times New Roman" w:cs="Times New Roman"/>
                <w:sz w:val="24"/>
                <w:szCs w:val="24"/>
              </w:rPr>
            </w:pPr>
            <w:r w:rsidRPr="00BE1C9E">
              <w:rPr>
                <w:rFonts w:ascii="Times New Roman" w:hAnsi="Times New Roman" w:cs="Times New Roman"/>
                <w:sz w:val="24"/>
                <w:szCs w:val="24"/>
              </w:rPr>
              <w:lastRenderedPageBreak/>
              <w:t xml:space="preserve">Applicants must provide laboratory test results demonstrating high thermal efficiency and low emissions using appropriate internationally recognized testing protocols (e.g., ISO methods, </w:t>
            </w:r>
            <w:r w:rsidRPr="00BE1C9E">
              <w:rPr>
                <w:rFonts w:ascii="Times New Roman" w:hAnsi="Times New Roman" w:cs="Times New Roman"/>
                <w:sz w:val="24"/>
                <w:szCs w:val="24"/>
              </w:rPr>
              <w:lastRenderedPageBreak/>
              <w:t>Water Boiling Test protocols, or equivalent appliance testing standards).</w:t>
            </w:r>
          </w:p>
          <w:p w14:paraId="61DA662F" w14:textId="77777777" w:rsidR="005C0A65" w:rsidRPr="00BE1C9E" w:rsidRDefault="005C0A65" w:rsidP="00BE1C9E">
            <w:pPr>
              <w:spacing w:line="276" w:lineRule="auto"/>
              <w:jc w:val="both"/>
              <w:rPr>
                <w:rFonts w:ascii="Times New Roman" w:hAnsi="Times New Roman" w:cs="Times New Roman"/>
                <w:sz w:val="24"/>
                <w:szCs w:val="24"/>
              </w:rPr>
            </w:pPr>
          </w:p>
          <w:p w14:paraId="5684A686" w14:textId="465C6A7E" w:rsidR="00AD2442" w:rsidRPr="005C0A65" w:rsidRDefault="005C0A65" w:rsidP="00BE1C9E">
            <w:pPr>
              <w:spacing w:line="276" w:lineRule="auto"/>
              <w:jc w:val="both"/>
              <w:rPr>
                <w:rFonts w:ascii="Times New Roman" w:hAnsi="Times New Roman" w:cs="Times New Roman"/>
                <w:b/>
                <w:bCs/>
                <w:sz w:val="24"/>
                <w:szCs w:val="24"/>
              </w:rPr>
            </w:pPr>
            <w:r w:rsidRPr="00BE1C9E">
              <w:rPr>
                <w:rFonts w:ascii="Times New Roman" w:hAnsi="Times New Roman" w:cs="Times New Roman"/>
                <w:sz w:val="24"/>
                <w:szCs w:val="24"/>
              </w:rPr>
              <w:t>Where applicable, projects utilizing LPG or electric cooking technologies may be required to implement monitoring systems (such as metering devices or data loggers) to facilitate accurate measurement of energy consumption for program monitoring and emissions reduction calculations.</w:t>
            </w:r>
          </w:p>
        </w:tc>
      </w:tr>
    </w:tbl>
    <w:p w14:paraId="4F714B2C" w14:textId="18C2593C" w:rsidR="00962331" w:rsidRDefault="00D041F5" w:rsidP="00BE1C9E">
      <w:pPr>
        <w:jc w:val="both"/>
        <w:rPr>
          <w:rFonts w:ascii="Times New Roman" w:hAnsi="Times New Roman" w:cs="Times New Roman"/>
          <w:sz w:val="24"/>
          <w:szCs w:val="24"/>
        </w:rPr>
      </w:pPr>
      <w:r w:rsidRPr="00BE1C9E">
        <w:rPr>
          <w:rFonts w:ascii="Times New Roman" w:hAnsi="Times New Roman" w:cs="Times New Roman"/>
          <w:sz w:val="24"/>
          <w:szCs w:val="24"/>
        </w:rPr>
        <w:lastRenderedPageBreak/>
        <w:t>*</w:t>
      </w:r>
      <w:r w:rsidR="00962331" w:rsidRPr="00BE1C9E">
        <w:rPr>
          <w:rFonts w:ascii="Times New Roman" w:hAnsi="Times New Roman" w:cs="Times New Roman"/>
          <w:sz w:val="24"/>
          <w:szCs w:val="24"/>
        </w:rPr>
        <w:t>Tier 3 cooking technologies are considered as transition</w:t>
      </w:r>
      <w:r w:rsidR="00550A81" w:rsidRPr="00BE1C9E">
        <w:rPr>
          <w:rFonts w:ascii="Times New Roman" w:hAnsi="Times New Roman" w:cs="Times New Roman"/>
          <w:sz w:val="24"/>
          <w:szCs w:val="24"/>
        </w:rPr>
        <w:t>al</w:t>
      </w:r>
      <w:r w:rsidR="003D1F57" w:rsidRPr="00BE1C9E">
        <w:rPr>
          <w:rFonts w:ascii="Times New Roman" w:hAnsi="Times New Roman" w:cs="Times New Roman"/>
          <w:sz w:val="24"/>
          <w:szCs w:val="24"/>
        </w:rPr>
        <w:t xml:space="preserve"> technolog</w:t>
      </w:r>
      <w:r w:rsidR="00CB17B6" w:rsidRPr="00BE1C9E">
        <w:rPr>
          <w:rFonts w:ascii="Times New Roman" w:hAnsi="Times New Roman" w:cs="Times New Roman"/>
          <w:sz w:val="24"/>
          <w:szCs w:val="24"/>
        </w:rPr>
        <w:t>ies</w:t>
      </w:r>
      <w:r w:rsidR="003D1F57" w:rsidRPr="00BE1C9E">
        <w:rPr>
          <w:rFonts w:ascii="Times New Roman" w:hAnsi="Times New Roman" w:cs="Times New Roman"/>
          <w:sz w:val="24"/>
          <w:szCs w:val="24"/>
        </w:rPr>
        <w:t xml:space="preserve"> and may only</w:t>
      </w:r>
      <w:r w:rsidR="00CB17B6" w:rsidRPr="00BE1C9E">
        <w:rPr>
          <w:rFonts w:ascii="Times New Roman" w:hAnsi="Times New Roman" w:cs="Times New Roman"/>
          <w:sz w:val="24"/>
          <w:szCs w:val="24"/>
        </w:rPr>
        <w:t xml:space="preserve"> be</w:t>
      </w:r>
      <w:r w:rsidR="003D1F57" w:rsidRPr="00BE1C9E">
        <w:rPr>
          <w:rFonts w:ascii="Times New Roman" w:hAnsi="Times New Roman" w:cs="Times New Roman"/>
          <w:sz w:val="24"/>
          <w:szCs w:val="24"/>
        </w:rPr>
        <w:t xml:space="preserve"> qualified for </w:t>
      </w:r>
      <w:r w:rsidR="00CB17B6" w:rsidRPr="00BE1C9E">
        <w:rPr>
          <w:rFonts w:ascii="Times New Roman" w:hAnsi="Times New Roman" w:cs="Times New Roman"/>
          <w:sz w:val="24"/>
          <w:szCs w:val="24"/>
        </w:rPr>
        <w:t xml:space="preserve">project </w:t>
      </w:r>
      <w:r w:rsidR="003D1F57" w:rsidRPr="00BE1C9E">
        <w:rPr>
          <w:rFonts w:ascii="Times New Roman" w:hAnsi="Times New Roman" w:cs="Times New Roman"/>
          <w:sz w:val="24"/>
          <w:szCs w:val="24"/>
        </w:rPr>
        <w:t xml:space="preserve">support during the initial </w:t>
      </w:r>
      <w:r w:rsidR="009027BB" w:rsidRPr="00BE1C9E">
        <w:rPr>
          <w:rFonts w:ascii="Times New Roman" w:hAnsi="Times New Roman" w:cs="Times New Roman"/>
          <w:sz w:val="24"/>
          <w:szCs w:val="24"/>
        </w:rPr>
        <w:t>year.</w:t>
      </w:r>
      <w:r w:rsidR="000145DA">
        <w:rPr>
          <w:rFonts w:ascii="Times New Roman" w:hAnsi="Times New Roman" w:cs="Times New Roman"/>
          <w:sz w:val="24"/>
          <w:szCs w:val="24"/>
        </w:rPr>
        <w:t xml:space="preserve"> </w:t>
      </w:r>
      <w:r w:rsidR="00076597" w:rsidRPr="00076597">
        <w:rPr>
          <w:rFonts w:ascii="Times New Roman" w:hAnsi="Times New Roman" w:cs="Times New Roman"/>
          <w:sz w:val="24"/>
          <w:szCs w:val="24"/>
        </w:rPr>
        <w:t>Priority will be given to Tier 4 and Tier 5 CCS</w:t>
      </w:r>
      <w:r w:rsidR="00076597">
        <w:rPr>
          <w:rFonts w:ascii="Times New Roman" w:hAnsi="Times New Roman" w:cs="Times New Roman"/>
          <w:sz w:val="24"/>
          <w:szCs w:val="24"/>
        </w:rPr>
        <w:t xml:space="preserve">. </w:t>
      </w:r>
      <w:r w:rsidR="000145DA">
        <w:rPr>
          <w:rFonts w:ascii="Times New Roman" w:hAnsi="Times New Roman" w:cs="Times New Roman"/>
          <w:sz w:val="24"/>
          <w:szCs w:val="24"/>
        </w:rPr>
        <w:t>Please refer to section 4.10</w:t>
      </w:r>
      <w:r w:rsidR="00FF02A0">
        <w:rPr>
          <w:rFonts w:ascii="Times New Roman" w:hAnsi="Times New Roman" w:cs="Times New Roman"/>
          <w:sz w:val="24"/>
          <w:szCs w:val="24"/>
        </w:rPr>
        <w:t>.</w:t>
      </w:r>
      <w:r w:rsidR="009027BB" w:rsidRPr="00BE1C9E">
        <w:rPr>
          <w:rFonts w:ascii="Times New Roman" w:hAnsi="Times New Roman" w:cs="Times New Roman"/>
          <w:sz w:val="24"/>
          <w:szCs w:val="24"/>
        </w:rPr>
        <w:t xml:space="preserve"> </w:t>
      </w:r>
    </w:p>
    <w:p w14:paraId="08BF5830" w14:textId="4AA8D319" w:rsidR="006F1A92" w:rsidRPr="00BE1C9E" w:rsidRDefault="00CD14CA" w:rsidP="00BE1C9E">
      <w:pPr>
        <w:jc w:val="both"/>
        <w:rPr>
          <w:rFonts w:ascii="Times New Roman" w:hAnsi="Times New Roman" w:cs="Times New Roman"/>
          <w:sz w:val="24"/>
          <w:szCs w:val="24"/>
        </w:rPr>
      </w:pPr>
      <w:r>
        <w:rPr>
          <w:rFonts w:ascii="Times New Roman" w:hAnsi="Times New Roman" w:cs="Times New Roman"/>
          <w:sz w:val="24"/>
          <w:szCs w:val="24"/>
        </w:rPr>
        <w:t>** Stoves</w:t>
      </w:r>
      <w:r w:rsidR="007C0CF3" w:rsidRPr="007C0CF3">
        <w:rPr>
          <w:rFonts w:ascii="Times New Roman" w:hAnsi="Times New Roman" w:cs="Times New Roman"/>
          <w:sz w:val="24"/>
          <w:szCs w:val="24"/>
        </w:rPr>
        <w:t xml:space="preserve"> </w:t>
      </w:r>
      <w:r w:rsidR="00B919F6" w:rsidRPr="00B919F6">
        <w:rPr>
          <w:rFonts w:ascii="Times New Roman" w:hAnsi="Times New Roman" w:cs="Times New Roman"/>
          <w:sz w:val="24"/>
          <w:szCs w:val="24"/>
        </w:rPr>
        <w:t>using biogas supplied in compressed gas cylinders are eligible</w:t>
      </w:r>
      <w:r w:rsidR="0083730A">
        <w:rPr>
          <w:rFonts w:ascii="Times New Roman" w:hAnsi="Times New Roman" w:cs="Times New Roman"/>
          <w:sz w:val="24"/>
          <w:szCs w:val="24"/>
        </w:rPr>
        <w:t>.</w:t>
      </w:r>
    </w:p>
    <w:p w14:paraId="717729B5" w14:textId="5E030F3E" w:rsidR="0041544D" w:rsidRPr="006C208E" w:rsidRDefault="0041544D" w:rsidP="006C208E">
      <w:pPr>
        <w:pStyle w:val="ListParagraph"/>
        <w:numPr>
          <w:ilvl w:val="0"/>
          <w:numId w:val="25"/>
        </w:numPr>
        <w:spacing w:after="0"/>
        <w:jc w:val="both"/>
        <w:rPr>
          <w:rFonts w:ascii="Times New Roman" w:hAnsi="Times New Roman" w:cs="Times New Roman"/>
          <w:b/>
          <w:bCs/>
          <w:sz w:val="24"/>
          <w:szCs w:val="24"/>
        </w:rPr>
      </w:pPr>
      <w:r w:rsidRPr="006C208E">
        <w:rPr>
          <w:rFonts w:ascii="Times New Roman" w:hAnsi="Times New Roman" w:cs="Times New Roman"/>
          <w:b/>
          <w:bCs/>
          <w:sz w:val="24"/>
          <w:szCs w:val="24"/>
        </w:rPr>
        <w:t>Submission Requirement</w:t>
      </w:r>
    </w:p>
    <w:p w14:paraId="0FB6A15D" w14:textId="77777777" w:rsidR="001D3A68" w:rsidRPr="006C208E" w:rsidRDefault="001D3A68" w:rsidP="006C208E">
      <w:pPr>
        <w:pStyle w:val="ListParagraph"/>
        <w:spacing w:after="0"/>
        <w:jc w:val="both"/>
        <w:rPr>
          <w:rFonts w:ascii="Times New Roman" w:hAnsi="Times New Roman" w:cs="Times New Roman"/>
          <w:b/>
          <w:bCs/>
          <w:sz w:val="24"/>
          <w:szCs w:val="24"/>
        </w:rPr>
      </w:pPr>
    </w:p>
    <w:p w14:paraId="06942A80" w14:textId="7DA2ADAF" w:rsidR="000516D9" w:rsidRPr="006C208E" w:rsidRDefault="00BF30E2" w:rsidP="006C208E">
      <w:pPr>
        <w:spacing w:after="0"/>
        <w:jc w:val="both"/>
        <w:rPr>
          <w:rFonts w:ascii="Times New Roman" w:hAnsi="Times New Roman" w:cs="Times New Roman"/>
          <w:sz w:val="24"/>
          <w:szCs w:val="24"/>
        </w:rPr>
      </w:pPr>
      <w:r w:rsidRPr="006C208E">
        <w:rPr>
          <w:rFonts w:ascii="Times New Roman" w:hAnsi="Times New Roman" w:cs="Times New Roman"/>
          <w:sz w:val="24"/>
          <w:szCs w:val="24"/>
        </w:rPr>
        <w:t xml:space="preserve">Applicants </w:t>
      </w:r>
      <w:r w:rsidR="00DD7C2C" w:rsidRPr="006C208E">
        <w:rPr>
          <w:rFonts w:ascii="Times New Roman" w:hAnsi="Times New Roman" w:cs="Times New Roman"/>
          <w:sz w:val="24"/>
          <w:szCs w:val="24"/>
        </w:rPr>
        <w:t xml:space="preserve">must submit the following, considering </w:t>
      </w:r>
      <w:r w:rsidR="000516D9" w:rsidRPr="006C208E">
        <w:rPr>
          <w:rFonts w:ascii="Times New Roman" w:hAnsi="Times New Roman" w:cs="Times New Roman"/>
          <w:sz w:val="24"/>
          <w:szCs w:val="24"/>
        </w:rPr>
        <w:t>NNNF Funding Terms and Conditions (refer to heading 4 in this Section):</w:t>
      </w:r>
    </w:p>
    <w:p w14:paraId="55058360" w14:textId="39EB0193" w:rsidR="000516D9" w:rsidRPr="006C208E" w:rsidRDefault="000516D9" w:rsidP="006C208E">
      <w:pPr>
        <w:pStyle w:val="ListParagraph"/>
        <w:numPr>
          <w:ilvl w:val="0"/>
          <w:numId w:val="27"/>
        </w:numPr>
        <w:spacing w:after="0"/>
        <w:jc w:val="both"/>
        <w:rPr>
          <w:rFonts w:ascii="Times New Roman" w:hAnsi="Times New Roman" w:cs="Times New Roman"/>
          <w:sz w:val="24"/>
          <w:szCs w:val="24"/>
        </w:rPr>
      </w:pPr>
      <w:r w:rsidRPr="006C208E">
        <w:rPr>
          <w:rFonts w:ascii="Times New Roman" w:hAnsi="Times New Roman" w:cs="Times New Roman"/>
          <w:sz w:val="24"/>
          <w:szCs w:val="24"/>
        </w:rPr>
        <w:t>Application Form as outlined in</w:t>
      </w:r>
      <w:r w:rsidR="003B11DD" w:rsidRPr="006C208E">
        <w:rPr>
          <w:rFonts w:ascii="Times New Roman" w:hAnsi="Times New Roman" w:cs="Times New Roman"/>
          <w:sz w:val="24"/>
          <w:szCs w:val="24"/>
        </w:rPr>
        <w:t xml:space="preserve"> </w:t>
      </w:r>
      <w:hyperlink w:anchor="_SECTION_4:_APPLICATION" w:history="1">
        <w:r w:rsidR="003B11DD" w:rsidRPr="006C208E">
          <w:rPr>
            <w:rStyle w:val="Hyperlink"/>
            <w:rFonts w:ascii="Times New Roman" w:hAnsi="Times New Roman" w:cs="Times New Roman"/>
            <w:sz w:val="24"/>
            <w:szCs w:val="24"/>
          </w:rPr>
          <w:t>Section 4</w:t>
        </w:r>
      </w:hyperlink>
      <w:r w:rsidR="003B11DD" w:rsidRPr="006C208E">
        <w:t xml:space="preserve"> </w:t>
      </w:r>
      <w:r w:rsidRPr="006C208E">
        <w:rPr>
          <w:rFonts w:ascii="Times New Roman" w:hAnsi="Times New Roman" w:cs="Times New Roman"/>
          <w:sz w:val="24"/>
          <w:szCs w:val="24"/>
        </w:rPr>
        <w:t>of this Notice;</w:t>
      </w:r>
    </w:p>
    <w:p w14:paraId="4F8DEDA3" w14:textId="07A84A3C" w:rsidR="000516D9" w:rsidRPr="006C208E" w:rsidRDefault="000516D9" w:rsidP="006C208E">
      <w:pPr>
        <w:pStyle w:val="ListParagraph"/>
        <w:numPr>
          <w:ilvl w:val="0"/>
          <w:numId w:val="27"/>
        </w:numPr>
        <w:spacing w:after="0"/>
        <w:jc w:val="both"/>
        <w:rPr>
          <w:rFonts w:ascii="Times New Roman" w:hAnsi="Times New Roman" w:cs="Times New Roman"/>
          <w:sz w:val="24"/>
          <w:szCs w:val="24"/>
        </w:rPr>
      </w:pPr>
      <w:r w:rsidRPr="006C208E">
        <w:rPr>
          <w:rFonts w:ascii="Times New Roman" w:hAnsi="Times New Roman" w:cs="Times New Roman"/>
          <w:sz w:val="24"/>
          <w:szCs w:val="24"/>
        </w:rPr>
        <w:t xml:space="preserve">Business Plan including all the Annexed items as outlined in </w:t>
      </w:r>
      <w:hyperlink w:anchor="_SECTION_5:_OUTLINE" w:history="1">
        <w:r w:rsidR="003B11DD" w:rsidRPr="006C208E">
          <w:rPr>
            <w:rStyle w:val="Hyperlink"/>
            <w:rFonts w:ascii="Times New Roman" w:hAnsi="Times New Roman" w:cs="Times New Roman"/>
            <w:sz w:val="24"/>
            <w:szCs w:val="24"/>
          </w:rPr>
          <w:t>Section 5</w:t>
        </w:r>
      </w:hyperlink>
      <w:r w:rsidRPr="006C208E">
        <w:rPr>
          <w:rFonts w:ascii="Times New Roman" w:hAnsi="Times New Roman" w:cs="Times New Roman"/>
          <w:sz w:val="24"/>
          <w:szCs w:val="24"/>
        </w:rPr>
        <w:t xml:space="preserve"> of this Notice; and</w:t>
      </w:r>
    </w:p>
    <w:p w14:paraId="0F69A23F" w14:textId="5E348D80" w:rsidR="000516D9" w:rsidRPr="006C208E" w:rsidRDefault="000516D9" w:rsidP="006C208E">
      <w:pPr>
        <w:pStyle w:val="ListParagraph"/>
        <w:numPr>
          <w:ilvl w:val="0"/>
          <w:numId w:val="27"/>
        </w:numPr>
        <w:spacing w:after="0"/>
        <w:jc w:val="both"/>
        <w:rPr>
          <w:rFonts w:ascii="Times New Roman" w:hAnsi="Times New Roman" w:cs="Times New Roman"/>
          <w:sz w:val="24"/>
          <w:szCs w:val="24"/>
        </w:rPr>
      </w:pPr>
      <w:r w:rsidRPr="006C208E">
        <w:rPr>
          <w:rFonts w:ascii="Times New Roman" w:hAnsi="Times New Roman" w:cs="Times New Roman"/>
          <w:sz w:val="24"/>
          <w:szCs w:val="24"/>
        </w:rPr>
        <w:t xml:space="preserve">Documents as outlined in </w:t>
      </w:r>
      <w:hyperlink w:anchor="_SECTION_6:_ANNEX" w:history="1">
        <w:r w:rsidR="003B11DD" w:rsidRPr="006C208E">
          <w:rPr>
            <w:rStyle w:val="Hyperlink"/>
            <w:rFonts w:ascii="Times New Roman" w:hAnsi="Times New Roman" w:cs="Times New Roman"/>
            <w:sz w:val="24"/>
            <w:szCs w:val="24"/>
          </w:rPr>
          <w:t>Section 6</w:t>
        </w:r>
      </w:hyperlink>
      <w:r w:rsidRPr="006C208E">
        <w:rPr>
          <w:rFonts w:ascii="Times New Roman" w:hAnsi="Times New Roman" w:cs="Times New Roman"/>
          <w:sz w:val="24"/>
          <w:szCs w:val="24"/>
        </w:rPr>
        <w:t xml:space="preserve"> of this Notice.</w:t>
      </w:r>
      <w:r w:rsidR="00BF30E2" w:rsidRPr="006C208E">
        <w:rPr>
          <w:rFonts w:ascii="Times New Roman" w:hAnsi="Times New Roman" w:cs="Times New Roman"/>
          <w:sz w:val="24"/>
          <w:szCs w:val="24"/>
        </w:rPr>
        <w:t xml:space="preserve"> </w:t>
      </w:r>
    </w:p>
    <w:p w14:paraId="52B65949" w14:textId="77777777" w:rsidR="001D3A68" w:rsidRPr="006C208E" w:rsidRDefault="001D3A68" w:rsidP="006C208E">
      <w:pPr>
        <w:pStyle w:val="ListParagraph"/>
        <w:spacing w:after="0"/>
        <w:jc w:val="both"/>
        <w:rPr>
          <w:rFonts w:ascii="Times New Roman" w:hAnsi="Times New Roman" w:cs="Times New Roman"/>
          <w:sz w:val="24"/>
          <w:szCs w:val="24"/>
        </w:rPr>
      </w:pPr>
    </w:p>
    <w:p w14:paraId="2D53E21E" w14:textId="029E3319" w:rsidR="000D6DF7" w:rsidRPr="006C208E" w:rsidRDefault="000D6DF7" w:rsidP="006C208E">
      <w:pPr>
        <w:pStyle w:val="ListParagraph"/>
        <w:numPr>
          <w:ilvl w:val="0"/>
          <w:numId w:val="25"/>
        </w:numPr>
        <w:spacing w:after="0"/>
        <w:jc w:val="both"/>
        <w:rPr>
          <w:rFonts w:ascii="Times New Roman" w:hAnsi="Times New Roman" w:cs="Times New Roman"/>
          <w:b/>
          <w:bCs/>
          <w:sz w:val="24"/>
          <w:szCs w:val="24"/>
        </w:rPr>
      </w:pPr>
      <w:r w:rsidRPr="006C208E">
        <w:rPr>
          <w:rFonts w:ascii="Times New Roman" w:hAnsi="Times New Roman" w:cs="Times New Roman"/>
          <w:b/>
          <w:bCs/>
          <w:sz w:val="24"/>
          <w:szCs w:val="24"/>
        </w:rPr>
        <w:t>NNNF Funding Terms and Conditions</w:t>
      </w:r>
    </w:p>
    <w:p w14:paraId="49419939" w14:textId="77777777" w:rsidR="001D3A68" w:rsidRPr="006C208E" w:rsidRDefault="001D3A68" w:rsidP="006C208E">
      <w:pPr>
        <w:pStyle w:val="ListParagraph"/>
        <w:spacing w:after="0"/>
        <w:jc w:val="both"/>
        <w:rPr>
          <w:rFonts w:ascii="Times New Roman" w:hAnsi="Times New Roman" w:cs="Times New Roman"/>
          <w:b/>
          <w:bCs/>
          <w:sz w:val="24"/>
          <w:szCs w:val="24"/>
        </w:rPr>
      </w:pPr>
    </w:p>
    <w:p w14:paraId="7F49BF90" w14:textId="47D09587" w:rsidR="000D6DF7" w:rsidRPr="006C208E" w:rsidRDefault="000D6DF7" w:rsidP="006C208E">
      <w:pPr>
        <w:pStyle w:val="ListParagraph"/>
        <w:numPr>
          <w:ilvl w:val="1"/>
          <w:numId w:val="25"/>
        </w:numPr>
        <w:spacing w:after="0"/>
        <w:jc w:val="both"/>
        <w:rPr>
          <w:rFonts w:ascii="Times New Roman" w:hAnsi="Times New Roman" w:cs="Times New Roman"/>
          <w:b/>
          <w:bCs/>
          <w:sz w:val="24"/>
          <w:szCs w:val="24"/>
        </w:rPr>
      </w:pPr>
      <w:r w:rsidRPr="006C208E">
        <w:rPr>
          <w:rFonts w:ascii="Times New Roman" w:hAnsi="Times New Roman" w:cs="Times New Roman"/>
          <w:b/>
          <w:bCs/>
          <w:sz w:val="24"/>
          <w:szCs w:val="24"/>
        </w:rPr>
        <w:t>Eligible Areas</w:t>
      </w:r>
    </w:p>
    <w:p w14:paraId="58591FBE" w14:textId="77777777" w:rsidR="001D3A68" w:rsidRPr="006C208E" w:rsidRDefault="001D3A68" w:rsidP="006C208E">
      <w:pPr>
        <w:spacing w:after="0"/>
        <w:jc w:val="both"/>
        <w:rPr>
          <w:rFonts w:ascii="Times New Roman" w:hAnsi="Times New Roman" w:cs="Times New Roman"/>
          <w:sz w:val="24"/>
          <w:szCs w:val="24"/>
        </w:rPr>
      </w:pPr>
    </w:p>
    <w:p w14:paraId="28868EF6" w14:textId="7C204CEB" w:rsidR="00CB7FF7" w:rsidRPr="006C208E" w:rsidRDefault="000D6DF7" w:rsidP="006C208E">
      <w:pPr>
        <w:spacing w:after="0"/>
        <w:jc w:val="both"/>
        <w:rPr>
          <w:rFonts w:ascii="Times New Roman" w:hAnsi="Times New Roman" w:cs="Times New Roman"/>
          <w:sz w:val="24"/>
          <w:szCs w:val="24"/>
        </w:rPr>
      </w:pPr>
      <w:r w:rsidRPr="006C208E">
        <w:rPr>
          <w:rFonts w:ascii="Times New Roman" w:hAnsi="Times New Roman" w:cs="Times New Roman"/>
          <w:sz w:val="24"/>
          <w:szCs w:val="24"/>
        </w:rPr>
        <w:t xml:space="preserve">The NNNF extends loans to cover the costs of </w:t>
      </w:r>
      <w:r w:rsidR="00E7771E" w:rsidRPr="006C208E">
        <w:rPr>
          <w:rFonts w:ascii="Times New Roman" w:hAnsi="Times New Roman" w:cs="Times New Roman"/>
          <w:sz w:val="24"/>
          <w:szCs w:val="24"/>
        </w:rPr>
        <w:t xml:space="preserve">procurement, </w:t>
      </w:r>
      <w:r w:rsidRPr="006C208E">
        <w:rPr>
          <w:rFonts w:ascii="Times New Roman" w:hAnsi="Times New Roman" w:cs="Times New Roman"/>
          <w:sz w:val="24"/>
          <w:szCs w:val="24"/>
        </w:rPr>
        <w:t xml:space="preserve">distribution, installation, and financing of </w:t>
      </w:r>
      <w:r w:rsidR="009F509D" w:rsidRPr="006C208E">
        <w:rPr>
          <w:rFonts w:ascii="Times New Roman" w:hAnsi="Times New Roman" w:cs="Times New Roman"/>
          <w:sz w:val="24"/>
          <w:szCs w:val="24"/>
        </w:rPr>
        <w:t xml:space="preserve">CCS </w:t>
      </w:r>
      <w:r w:rsidRPr="006C208E">
        <w:rPr>
          <w:rFonts w:ascii="Times New Roman" w:hAnsi="Times New Roman" w:cs="Times New Roman"/>
          <w:sz w:val="24"/>
          <w:szCs w:val="24"/>
        </w:rPr>
        <w:t xml:space="preserve">in </w:t>
      </w:r>
      <w:r w:rsidR="009F509D" w:rsidRPr="006C208E">
        <w:rPr>
          <w:rFonts w:ascii="Times New Roman" w:hAnsi="Times New Roman" w:cs="Times New Roman"/>
          <w:sz w:val="24"/>
          <w:szCs w:val="24"/>
        </w:rPr>
        <w:t xml:space="preserve">all </w:t>
      </w:r>
      <w:r w:rsidRPr="006C208E">
        <w:rPr>
          <w:rFonts w:ascii="Times New Roman" w:hAnsi="Times New Roman" w:cs="Times New Roman"/>
          <w:sz w:val="24"/>
          <w:szCs w:val="24"/>
        </w:rPr>
        <w:t>2</w:t>
      </w:r>
      <w:r w:rsidR="009F509D" w:rsidRPr="006C208E">
        <w:rPr>
          <w:rFonts w:ascii="Times New Roman" w:hAnsi="Times New Roman" w:cs="Times New Roman"/>
          <w:sz w:val="24"/>
          <w:szCs w:val="24"/>
        </w:rPr>
        <w:t>8</w:t>
      </w:r>
      <w:r w:rsidRPr="006C208E">
        <w:rPr>
          <w:rFonts w:ascii="Times New Roman" w:hAnsi="Times New Roman" w:cs="Times New Roman"/>
          <w:sz w:val="24"/>
          <w:szCs w:val="24"/>
        </w:rPr>
        <w:t xml:space="preserve"> districts of Malawi.</w:t>
      </w:r>
    </w:p>
    <w:p w14:paraId="35D47B60" w14:textId="77777777" w:rsidR="001D3A68" w:rsidRPr="006C208E" w:rsidRDefault="001D3A68" w:rsidP="006C208E">
      <w:pPr>
        <w:spacing w:after="0"/>
        <w:jc w:val="both"/>
        <w:rPr>
          <w:rFonts w:ascii="Times New Roman" w:hAnsi="Times New Roman" w:cs="Times New Roman"/>
          <w:sz w:val="24"/>
          <w:szCs w:val="24"/>
        </w:rPr>
      </w:pPr>
    </w:p>
    <w:p w14:paraId="6A0D03A2" w14:textId="280542E9" w:rsidR="00936B5D" w:rsidRPr="006C208E" w:rsidRDefault="00936B5D" w:rsidP="006C208E">
      <w:pPr>
        <w:pStyle w:val="ListParagraph"/>
        <w:numPr>
          <w:ilvl w:val="1"/>
          <w:numId w:val="25"/>
        </w:numPr>
        <w:spacing w:after="0"/>
        <w:jc w:val="both"/>
        <w:rPr>
          <w:rFonts w:ascii="Times New Roman" w:hAnsi="Times New Roman" w:cs="Times New Roman"/>
          <w:b/>
          <w:bCs/>
          <w:sz w:val="24"/>
          <w:szCs w:val="24"/>
        </w:rPr>
      </w:pPr>
      <w:r w:rsidRPr="006C208E">
        <w:rPr>
          <w:rFonts w:ascii="Times New Roman" w:hAnsi="Times New Roman" w:cs="Times New Roman"/>
          <w:b/>
          <w:bCs/>
          <w:sz w:val="24"/>
          <w:szCs w:val="24"/>
        </w:rPr>
        <w:t xml:space="preserve">Eligible </w:t>
      </w:r>
      <w:r w:rsidR="00CB7FF7" w:rsidRPr="006C208E">
        <w:rPr>
          <w:rFonts w:ascii="Times New Roman" w:hAnsi="Times New Roman" w:cs="Times New Roman"/>
          <w:b/>
          <w:bCs/>
          <w:sz w:val="24"/>
          <w:szCs w:val="24"/>
        </w:rPr>
        <w:t>Households</w:t>
      </w:r>
    </w:p>
    <w:p w14:paraId="4FE209AD" w14:textId="77777777" w:rsidR="001D3A68" w:rsidRPr="006C208E" w:rsidRDefault="001D3A68" w:rsidP="006C208E">
      <w:pPr>
        <w:spacing w:after="0"/>
        <w:jc w:val="both"/>
        <w:rPr>
          <w:rFonts w:ascii="Times New Roman" w:hAnsi="Times New Roman" w:cs="Times New Roman"/>
          <w:sz w:val="24"/>
          <w:szCs w:val="24"/>
        </w:rPr>
      </w:pPr>
    </w:p>
    <w:p w14:paraId="7B959989" w14:textId="49B74205" w:rsidR="007C5F31" w:rsidRPr="006C208E" w:rsidRDefault="008E781A" w:rsidP="006C208E">
      <w:pPr>
        <w:spacing w:after="0"/>
        <w:jc w:val="both"/>
        <w:rPr>
          <w:rFonts w:ascii="Times New Roman" w:hAnsi="Times New Roman" w:cs="Times New Roman"/>
          <w:sz w:val="24"/>
          <w:szCs w:val="24"/>
        </w:rPr>
      </w:pPr>
      <w:r w:rsidRPr="006C208E">
        <w:rPr>
          <w:rFonts w:ascii="Times New Roman" w:hAnsi="Times New Roman" w:cs="Times New Roman"/>
          <w:sz w:val="24"/>
          <w:szCs w:val="24"/>
        </w:rPr>
        <w:t xml:space="preserve">Eligible households are defined as households in Malawi that are primarily using traditional or lower tier cooking solutions, </w:t>
      </w:r>
      <w:r w:rsidR="00E55F3D">
        <w:rPr>
          <w:rFonts w:ascii="Times New Roman" w:hAnsi="Times New Roman" w:cs="Times New Roman"/>
          <w:sz w:val="24"/>
          <w:szCs w:val="24"/>
        </w:rPr>
        <w:t>including Tier 0, Tier 1, or Tier 2</w:t>
      </w:r>
      <w:r w:rsidRPr="006C208E">
        <w:rPr>
          <w:rFonts w:ascii="Times New Roman" w:hAnsi="Times New Roman" w:cs="Times New Roman"/>
          <w:sz w:val="24"/>
          <w:szCs w:val="24"/>
        </w:rPr>
        <w:t xml:space="preserve"> cookstoves</w:t>
      </w:r>
      <w:r w:rsidR="00936B5D" w:rsidRPr="006C208E">
        <w:rPr>
          <w:rFonts w:ascii="Times New Roman" w:hAnsi="Times New Roman" w:cs="Times New Roman"/>
          <w:sz w:val="24"/>
          <w:szCs w:val="24"/>
        </w:rPr>
        <w:t xml:space="preserve">. </w:t>
      </w:r>
      <w:r w:rsidR="00E55F3D">
        <w:rPr>
          <w:rFonts w:ascii="Times New Roman" w:hAnsi="Times New Roman" w:cs="Times New Roman"/>
          <w:sz w:val="24"/>
          <w:szCs w:val="24"/>
        </w:rPr>
        <w:t xml:space="preserve">POs must document each household’s baseline cooking practices before or at the time of sale or delivery. </w:t>
      </w:r>
    </w:p>
    <w:p w14:paraId="20EEB00A" w14:textId="77777777" w:rsidR="00392506" w:rsidRPr="006C208E" w:rsidRDefault="00392506" w:rsidP="006C208E">
      <w:pPr>
        <w:spacing w:after="0"/>
        <w:jc w:val="both"/>
        <w:rPr>
          <w:rFonts w:ascii="Times New Roman" w:hAnsi="Times New Roman" w:cs="Times New Roman"/>
          <w:sz w:val="24"/>
          <w:szCs w:val="24"/>
        </w:rPr>
      </w:pPr>
    </w:p>
    <w:p w14:paraId="31FE6DC5" w14:textId="6A473E1C" w:rsidR="000D6DF7" w:rsidRPr="006C208E" w:rsidRDefault="000D6DF7" w:rsidP="006C208E">
      <w:pPr>
        <w:pStyle w:val="ListParagraph"/>
        <w:numPr>
          <w:ilvl w:val="1"/>
          <w:numId w:val="25"/>
        </w:numPr>
        <w:spacing w:after="0"/>
        <w:jc w:val="both"/>
        <w:rPr>
          <w:rFonts w:ascii="Times New Roman" w:hAnsi="Times New Roman" w:cs="Times New Roman"/>
          <w:b/>
          <w:bCs/>
          <w:sz w:val="24"/>
          <w:szCs w:val="24"/>
        </w:rPr>
      </w:pPr>
      <w:r w:rsidRPr="006C208E">
        <w:rPr>
          <w:rFonts w:ascii="Times New Roman" w:hAnsi="Times New Roman" w:cs="Times New Roman"/>
          <w:b/>
          <w:bCs/>
          <w:sz w:val="24"/>
          <w:szCs w:val="24"/>
        </w:rPr>
        <w:t xml:space="preserve">Funding Size </w:t>
      </w:r>
    </w:p>
    <w:p w14:paraId="1BA01D57" w14:textId="77777777" w:rsidR="001D3A68" w:rsidRPr="006C208E" w:rsidRDefault="001D3A68" w:rsidP="006C208E">
      <w:pPr>
        <w:spacing w:after="0"/>
        <w:jc w:val="both"/>
        <w:rPr>
          <w:rFonts w:ascii="Times New Roman" w:hAnsi="Times New Roman" w:cs="Times New Roman"/>
          <w:sz w:val="24"/>
          <w:szCs w:val="24"/>
        </w:rPr>
      </w:pPr>
    </w:p>
    <w:p w14:paraId="504E7F8C" w14:textId="26DBEB54" w:rsidR="000D6DF7" w:rsidRPr="006C208E" w:rsidRDefault="000D6DF7" w:rsidP="006C208E">
      <w:pPr>
        <w:spacing w:after="0"/>
        <w:jc w:val="both"/>
        <w:rPr>
          <w:rFonts w:ascii="Times New Roman" w:hAnsi="Times New Roman" w:cs="Times New Roman"/>
          <w:sz w:val="24"/>
          <w:szCs w:val="24"/>
        </w:rPr>
      </w:pPr>
      <w:r w:rsidRPr="006C208E">
        <w:rPr>
          <w:rFonts w:ascii="Times New Roman" w:hAnsi="Times New Roman" w:cs="Times New Roman"/>
          <w:sz w:val="24"/>
          <w:szCs w:val="24"/>
        </w:rPr>
        <w:t>Under this round of application, loan</w:t>
      </w:r>
      <w:r w:rsidR="00017910" w:rsidRPr="006C208E">
        <w:rPr>
          <w:rFonts w:ascii="Times New Roman" w:hAnsi="Times New Roman" w:cs="Times New Roman"/>
          <w:sz w:val="24"/>
          <w:szCs w:val="24"/>
        </w:rPr>
        <w:t>s</w:t>
      </w:r>
      <w:r w:rsidRPr="006C208E">
        <w:rPr>
          <w:rFonts w:ascii="Times New Roman" w:hAnsi="Times New Roman" w:cs="Times New Roman"/>
          <w:b/>
          <w:bCs/>
          <w:sz w:val="24"/>
          <w:szCs w:val="24"/>
        </w:rPr>
        <w:t xml:space="preserve"> </w:t>
      </w:r>
      <w:r w:rsidR="0005333E" w:rsidRPr="006C208E">
        <w:rPr>
          <w:rFonts w:ascii="Times New Roman" w:hAnsi="Times New Roman" w:cs="Times New Roman"/>
          <w:sz w:val="24"/>
          <w:szCs w:val="24"/>
        </w:rPr>
        <w:t xml:space="preserve">will </w:t>
      </w:r>
      <w:r w:rsidRPr="006C208E">
        <w:rPr>
          <w:rFonts w:ascii="Times New Roman" w:hAnsi="Times New Roman" w:cs="Times New Roman"/>
          <w:sz w:val="24"/>
          <w:szCs w:val="24"/>
        </w:rPr>
        <w:t>be allocated to eligible POs</w:t>
      </w:r>
      <w:r w:rsidR="00F43DD5">
        <w:rPr>
          <w:rFonts w:ascii="Times New Roman" w:hAnsi="Times New Roman" w:cs="Times New Roman"/>
          <w:sz w:val="24"/>
          <w:szCs w:val="24"/>
        </w:rPr>
        <w:t xml:space="preserve"> </w:t>
      </w:r>
      <w:r w:rsidR="00916557">
        <w:rPr>
          <w:rFonts w:ascii="Times New Roman" w:hAnsi="Times New Roman" w:cs="Times New Roman"/>
          <w:sz w:val="24"/>
          <w:szCs w:val="24"/>
        </w:rPr>
        <w:t>after detailed review of business plans</w:t>
      </w:r>
      <w:r w:rsidRPr="006C208E">
        <w:rPr>
          <w:rFonts w:ascii="Times New Roman" w:hAnsi="Times New Roman" w:cs="Times New Roman"/>
          <w:sz w:val="24"/>
          <w:szCs w:val="24"/>
        </w:rPr>
        <w:t>.</w:t>
      </w:r>
    </w:p>
    <w:p w14:paraId="5887FE37" w14:textId="77777777" w:rsidR="001D3A68" w:rsidRPr="006C208E" w:rsidRDefault="001D3A68" w:rsidP="006C208E">
      <w:pPr>
        <w:spacing w:after="0"/>
        <w:jc w:val="both"/>
        <w:rPr>
          <w:rFonts w:ascii="Times New Roman" w:hAnsi="Times New Roman" w:cs="Times New Roman"/>
          <w:sz w:val="24"/>
          <w:szCs w:val="24"/>
        </w:rPr>
      </w:pPr>
    </w:p>
    <w:p w14:paraId="6E7FED35" w14:textId="115902B3" w:rsidR="000D6DF7" w:rsidRPr="006C208E" w:rsidRDefault="000D6DF7" w:rsidP="006C208E">
      <w:pPr>
        <w:spacing w:after="0"/>
        <w:jc w:val="both"/>
        <w:rPr>
          <w:rFonts w:ascii="Times New Roman" w:hAnsi="Times New Roman" w:cs="Times New Roman"/>
          <w:sz w:val="24"/>
          <w:szCs w:val="24"/>
        </w:rPr>
      </w:pPr>
      <w:r w:rsidRPr="006C208E">
        <w:rPr>
          <w:rFonts w:ascii="Times New Roman" w:hAnsi="Times New Roman" w:cs="Times New Roman"/>
          <w:sz w:val="24"/>
          <w:szCs w:val="24"/>
        </w:rPr>
        <w:t>The actual allocation of funding</w:t>
      </w:r>
      <w:r w:rsidR="00A8084A" w:rsidRPr="006C208E">
        <w:rPr>
          <w:rFonts w:ascii="Times New Roman" w:hAnsi="Times New Roman" w:cs="Times New Roman"/>
          <w:sz w:val="24"/>
          <w:szCs w:val="24"/>
        </w:rPr>
        <w:t xml:space="preserve"> </w:t>
      </w:r>
      <w:r w:rsidRPr="006C208E">
        <w:rPr>
          <w:rFonts w:ascii="Times New Roman" w:hAnsi="Times New Roman" w:cs="Times New Roman"/>
          <w:sz w:val="24"/>
          <w:szCs w:val="24"/>
        </w:rPr>
        <w:t>will depend on:</w:t>
      </w:r>
    </w:p>
    <w:p w14:paraId="3CBBF1CE" w14:textId="611A9269" w:rsidR="000D6DF7" w:rsidRPr="006C208E" w:rsidRDefault="006D1C37" w:rsidP="006C208E">
      <w:pPr>
        <w:numPr>
          <w:ilvl w:val="0"/>
          <w:numId w:val="7"/>
        </w:numPr>
        <w:spacing w:after="0"/>
        <w:jc w:val="both"/>
        <w:rPr>
          <w:rFonts w:ascii="Times New Roman" w:hAnsi="Times New Roman" w:cs="Times New Roman"/>
          <w:sz w:val="24"/>
          <w:szCs w:val="24"/>
        </w:rPr>
      </w:pPr>
      <w:r w:rsidRPr="006C208E">
        <w:rPr>
          <w:rFonts w:ascii="Times New Roman" w:hAnsi="Times New Roman" w:cs="Times New Roman"/>
          <w:sz w:val="24"/>
          <w:szCs w:val="24"/>
        </w:rPr>
        <w:t>T</w:t>
      </w:r>
      <w:r w:rsidR="000D6DF7" w:rsidRPr="006C208E">
        <w:rPr>
          <w:rFonts w:ascii="Times New Roman" w:hAnsi="Times New Roman" w:cs="Times New Roman"/>
          <w:sz w:val="24"/>
          <w:szCs w:val="24"/>
        </w:rPr>
        <w:t xml:space="preserve">he scope and </w:t>
      </w:r>
      <w:r w:rsidR="00720835">
        <w:rPr>
          <w:rFonts w:ascii="Times New Roman" w:hAnsi="Times New Roman" w:cs="Times New Roman"/>
          <w:sz w:val="24"/>
          <w:szCs w:val="24"/>
        </w:rPr>
        <w:t>targets</w:t>
      </w:r>
      <w:r w:rsidR="00720835" w:rsidRPr="006C208E">
        <w:rPr>
          <w:rFonts w:ascii="Times New Roman" w:hAnsi="Times New Roman" w:cs="Times New Roman"/>
          <w:sz w:val="24"/>
          <w:szCs w:val="24"/>
        </w:rPr>
        <w:t xml:space="preserve"> </w:t>
      </w:r>
      <w:r w:rsidR="000D6DF7" w:rsidRPr="006C208E">
        <w:rPr>
          <w:rFonts w:ascii="Times New Roman" w:hAnsi="Times New Roman" w:cs="Times New Roman"/>
          <w:sz w:val="24"/>
          <w:szCs w:val="24"/>
        </w:rPr>
        <w:t>of the submitted Business Plan</w:t>
      </w:r>
      <w:r w:rsidRPr="006C208E">
        <w:rPr>
          <w:rFonts w:ascii="Times New Roman" w:hAnsi="Times New Roman" w:cs="Times New Roman"/>
          <w:sz w:val="24"/>
          <w:szCs w:val="24"/>
        </w:rPr>
        <w:t>;</w:t>
      </w:r>
    </w:p>
    <w:p w14:paraId="113846E1" w14:textId="0F754571" w:rsidR="000D6DF7" w:rsidRPr="006C208E" w:rsidRDefault="006D1C37" w:rsidP="006C208E">
      <w:pPr>
        <w:numPr>
          <w:ilvl w:val="0"/>
          <w:numId w:val="7"/>
        </w:numPr>
        <w:spacing w:after="0"/>
        <w:jc w:val="both"/>
        <w:rPr>
          <w:rFonts w:ascii="Times New Roman" w:hAnsi="Times New Roman" w:cs="Times New Roman"/>
          <w:sz w:val="24"/>
          <w:szCs w:val="24"/>
        </w:rPr>
      </w:pPr>
      <w:r w:rsidRPr="006C208E">
        <w:rPr>
          <w:rFonts w:ascii="Times New Roman" w:hAnsi="Times New Roman" w:cs="Times New Roman"/>
          <w:sz w:val="24"/>
          <w:szCs w:val="24"/>
        </w:rPr>
        <w:t>T</w:t>
      </w:r>
      <w:r w:rsidR="000D6DF7" w:rsidRPr="006C208E">
        <w:rPr>
          <w:rFonts w:ascii="Times New Roman" w:hAnsi="Times New Roman" w:cs="Times New Roman"/>
          <w:sz w:val="24"/>
          <w:szCs w:val="24"/>
        </w:rPr>
        <w:t>he Applicant’s operational and financial capacity</w:t>
      </w:r>
      <w:r w:rsidRPr="006C208E">
        <w:rPr>
          <w:rFonts w:ascii="Times New Roman" w:hAnsi="Times New Roman" w:cs="Times New Roman"/>
          <w:sz w:val="24"/>
          <w:szCs w:val="24"/>
        </w:rPr>
        <w:t>;</w:t>
      </w:r>
    </w:p>
    <w:p w14:paraId="3703CD73" w14:textId="79D00164" w:rsidR="000D6DF7" w:rsidRPr="005D67EE" w:rsidRDefault="006D1C37" w:rsidP="006C208E">
      <w:pPr>
        <w:numPr>
          <w:ilvl w:val="0"/>
          <w:numId w:val="7"/>
        </w:numPr>
        <w:spacing w:after="0"/>
        <w:jc w:val="both"/>
        <w:rPr>
          <w:rFonts w:ascii="Times New Roman" w:hAnsi="Times New Roman" w:cs="Times New Roman"/>
          <w:sz w:val="24"/>
          <w:szCs w:val="24"/>
        </w:rPr>
      </w:pPr>
      <w:r w:rsidRPr="006C208E">
        <w:rPr>
          <w:rFonts w:ascii="Times New Roman" w:hAnsi="Times New Roman" w:cs="Times New Roman"/>
          <w:sz w:val="24"/>
          <w:szCs w:val="24"/>
        </w:rPr>
        <w:lastRenderedPageBreak/>
        <w:t>A</w:t>
      </w:r>
      <w:r w:rsidR="000D6DF7" w:rsidRPr="006C208E">
        <w:rPr>
          <w:rFonts w:ascii="Times New Roman" w:hAnsi="Times New Roman" w:cs="Times New Roman"/>
          <w:sz w:val="24"/>
          <w:szCs w:val="24"/>
        </w:rPr>
        <w:t xml:space="preserve">lignment with </w:t>
      </w:r>
      <w:r w:rsidR="00FC2FE8" w:rsidRPr="006C208E">
        <w:rPr>
          <w:rFonts w:ascii="Times New Roman" w:hAnsi="Times New Roman" w:cs="Times New Roman"/>
          <w:sz w:val="24"/>
          <w:szCs w:val="24"/>
        </w:rPr>
        <w:t>Project</w:t>
      </w:r>
      <w:r w:rsidR="000D6DF7" w:rsidRPr="006C208E">
        <w:rPr>
          <w:rFonts w:ascii="Times New Roman" w:hAnsi="Times New Roman" w:cs="Times New Roman"/>
          <w:sz w:val="24"/>
          <w:szCs w:val="24"/>
        </w:rPr>
        <w:t xml:space="preserve"> objective</w:t>
      </w:r>
      <w:r w:rsidR="004666B9">
        <w:rPr>
          <w:rFonts w:ascii="Times New Roman" w:hAnsi="Times New Roman" w:cs="Times New Roman"/>
          <w:sz w:val="24"/>
          <w:szCs w:val="24"/>
        </w:rPr>
        <w:t xml:space="preserve">, </w:t>
      </w:r>
      <w:r w:rsidR="000D6DF7" w:rsidRPr="005D67EE">
        <w:rPr>
          <w:rFonts w:ascii="Times New Roman" w:hAnsi="Times New Roman" w:cs="Times New Roman"/>
          <w:sz w:val="24"/>
          <w:szCs w:val="24"/>
        </w:rPr>
        <w:t>including geographic reach</w:t>
      </w:r>
      <w:r w:rsidR="00DD7C2C" w:rsidRPr="005D67EE">
        <w:rPr>
          <w:rFonts w:ascii="Times New Roman" w:hAnsi="Times New Roman" w:cs="Times New Roman"/>
          <w:sz w:val="24"/>
          <w:szCs w:val="24"/>
        </w:rPr>
        <w:t>,</w:t>
      </w:r>
      <w:r w:rsidR="000D6DF7" w:rsidRPr="005D67EE">
        <w:rPr>
          <w:rFonts w:ascii="Times New Roman" w:hAnsi="Times New Roman" w:cs="Times New Roman"/>
          <w:sz w:val="24"/>
          <w:szCs w:val="24"/>
        </w:rPr>
        <w:t xml:space="preserve"> </w:t>
      </w:r>
      <w:r w:rsidR="004666B9" w:rsidRPr="005D67EE">
        <w:rPr>
          <w:rFonts w:ascii="Times New Roman" w:hAnsi="Times New Roman" w:cs="Times New Roman"/>
          <w:sz w:val="24"/>
          <w:szCs w:val="24"/>
        </w:rPr>
        <w:t xml:space="preserve">affordability, service to </w:t>
      </w:r>
      <w:r w:rsidR="000D6DF7" w:rsidRPr="005D67EE">
        <w:rPr>
          <w:rFonts w:ascii="Times New Roman" w:hAnsi="Times New Roman" w:cs="Times New Roman"/>
          <w:sz w:val="24"/>
          <w:szCs w:val="24"/>
        </w:rPr>
        <w:t>female-headed households</w:t>
      </w:r>
      <w:r w:rsidR="004B59B6" w:rsidRPr="005D67EE">
        <w:rPr>
          <w:rStyle w:val="FootnoteReference"/>
          <w:rFonts w:ascii="Times New Roman" w:hAnsi="Times New Roman" w:cs="Times New Roman"/>
          <w:sz w:val="24"/>
          <w:szCs w:val="24"/>
        </w:rPr>
        <w:footnoteReference w:id="4"/>
      </w:r>
      <w:r w:rsidR="004666B9" w:rsidRPr="005D67EE">
        <w:rPr>
          <w:rFonts w:ascii="Times New Roman" w:hAnsi="Times New Roman" w:cs="Times New Roman"/>
          <w:sz w:val="24"/>
          <w:szCs w:val="24"/>
        </w:rPr>
        <w:t xml:space="preserve">, employment opportunities for women, </w:t>
      </w:r>
      <w:r w:rsidR="00DD7AD2" w:rsidRPr="005D67EE">
        <w:rPr>
          <w:rFonts w:ascii="Times New Roman" w:hAnsi="Times New Roman" w:cs="Times New Roman"/>
          <w:sz w:val="24"/>
          <w:szCs w:val="24"/>
        </w:rPr>
        <w:t xml:space="preserve">and </w:t>
      </w:r>
      <w:r w:rsidR="00F10163" w:rsidRPr="005D67EE">
        <w:rPr>
          <w:rFonts w:ascii="Times New Roman" w:hAnsi="Times New Roman" w:cs="Times New Roman"/>
          <w:sz w:val="24"/>
          <w:szCs w:val="24"/>
        </w:rPr>
        <w:t>complementarity with other publicly financed programs, including appropriate measures to prevent geographic or beneficiary-level duplication</w:t>
      </w:r>
      <w:r w:rsidRPr="005D67EE">
        <w:rPr>
          <w:rFonts w:ascii="Times New Roman" w:hAnsi="Times New Roman" w:cs="Times New Roman"/>
          <w:sz w:val="24"/>
          <w:szCs w:val="24"/>
        </w:rPr>
        <w:t>;</w:t>
      </w:r>
      <w:r w:rsidR="000D6DF7" w:rsidRPr="005D67EE">
        <w:rPr>
          <w:rFonts w:ascii="Times New Roman" w:hAnsi="Times New Roman" w:cs="Times New Roman"/>
          <w:sz w:val="24"/>
          <w:szCs w:val="24"/>
        </w:rPr>
        <w:t xml:space="preserve"> and</w:t>
      </w:r>
    </w:p>
    <w:p w14:paraId="27ED98F5" w14:textId="3445043D" w:rsidR="000D6DF7" w:rsidRPr="005D67EE" w:rsidRDefault="006D1C37" w:rsidP="006C208E">
      <w:pPr>
        <w:numPr>
          <w:ilvl w:val="0"/>
          <w:numId w:val="7"/>
        </w:numPr>
        <w:spacing w:after="0"/>
        <w:rPr>
          <w:rFonts w:ascii="Times New Roman" w:hAnsi="Times New Roman" w:cs="Times New Roman"/>
          <w:sz w:val="24"/>
          <w:szCs w:val="24"/>
        </w:rPr>
      </w:pPr>
      <w:r w:rsidRPr="005D67EE">
        <w:rPr>
          <w:rFonts w:ascii="Times New Roman" w:hAnsi="Times New Roman" w:cs="Times New Roman"/>
          <w:sz w:val="24"/>
          <w:szCs w:val="24"/>
        </w:rPr>
        <w:t>T</w:t>
      </w:r>
      <w:r w:rsidR="000D6DF7" w:rsidRPr="005D67EE">
        <w:rPr>
          <w:rFonts w:ascii="Times New Roman" w:hAnsi="Times New Roman" w:cs="Times New Roman"/>
          <w:sz w:val="24"/>
          <w:szCs w:val="24"/>
        </w:rPr>
        <w:t>he Fund</w:t>
      </w:r>
      <w:r w:rsidR="00E1638C" w:rsidRPr="005D67EE">
        <w:rPr>
          <w:rFonts w:ascii="Times New Roman" w:hAnsi="Times New Roman" w:cs="Times New Roman"/>
          <w:sz w:val="24"/>
          <w:szCs w:val="24"/>
        </w:rPr>
        <w:t>’s</w:t>
      </w:r>
      <w:r w:rsidR="000D6DF7" w:rsidRPr="005D67EE">
        <w:rPr>
          <w:rFonts w:ascii="Times New Roman" w:hAnsi="Times New Roman" w:cs="Times New Roman"/>
          <w:sz w:val="24"/>
          <w:szCs w:val="24"/>
        </w:rPr>
        <w:t xml:space="preserve"> </w:t>
      </w:r>
      <w:r w:rsidR="00353EB4" w:rsidRPr="005D67EE">
        <w:rPr>
          <w:rFonts w:ascii="Times New Roman" w:hAnsi="Times New Roman" w:cs="Times New Roman"/>
          <w:sz w:val="24"/>
          <w:szCs w:val="24"/>
        </w:rPr>
        <w:t>evaluation and risk assessment of the Business Plan</w:t>
      </w:r>
      <w:r w:rsidR="000D6DF7" w:rsidRPr="005D67EE">
        <w:rPr>
          <w:rFonts w:ascii="Times New Roman" w:hAnsi="Times New Roman" w:cs="Times New Roman"/>
          <w:sz w:val="24"/>
          <w:szCs w:val="24"/>
        </w:rPr>
        <w:t>.</w:t>
      </w:r>
      <w:r w:rsidR="004B59B6" w:rsidRPr="005D67EE">
        <w:rPr>
          <w:rFonts w:ascii="Times New Roman" w:hAnsi="Times New Roman" w:cs="Times New Roman"/>
          <w:sz w:val="24"/>
          <w:szCs w:val="24"/>
        </w:rPr>
        <w:t xml:space="preserve"> </w:t>
      </w:r>
    </w:p>
    <w:p w14:paraId="74EC1643" w14:textId="77777777" w:rsidR="001D3A68" w:rsidRPr="006C208E" w:rsidRDefault="001D3A68" w:rsidP="006C208E">
      <w:pPr>
        <w:spacing w:after="0"/>
        <w:ind w:left="720"/>
        <w:rPr>
          <w:rFonts w:ascii="Times New Roman" w:hAnsi="Times New Roman" w:cs="Times New Roman"/>
          <w:sz w:val="24"/>
          <w:szCs w:val="24"/>
        </w:rPr>
      </w:pPr>
    </w:p>
    <w:p w14:paraId="017B41D8" w14:textId="276E45CB" w:rsidR="000D6DF7" w:rsidRPr="006C208E" w:rsidRDefault="000D6DF7" w:rsidP="006C208E">
      <w:pPr>
        <w:spacing w:after="0"/>
        <w:jc w:val="both"/>
        <w:rPr>
          <w:rFonts w:ascii="Times New Roman" w:hAnsi="Times New Roman" w:cs="Times New Roman"/>
          <w:sz w:val="24"/>
          <w:szCs w:val="24"/>
        </w:rPr>
      </w:pPr>
      <w:bookmarkStart w:id="2" w:name="_Hlk202448617"/>
      <w:r w:rsidRPr="006C208E">
        <w:rPr>
          <w:rFonts w:ascii="Times New Roman" w:hAnsi="Times New Roman" w:cs="Times New Roman"/>
          <w:sz w:val="24"/>
          <w:szCs w:val="24"/>
        </w:rPr>
        <w:t xml:space="preserve">The maximum financing limit per </w:t>
      </w:r>
      <w:r w:rsidR="00F85378" w:rsidRPr="006C208E">
        <w:rPr>
          <w:rFonts w:ascii="Times New Roman" w:hAnsi="Times New Roman" w:cs="Times New Roman"/>
          <w:sz w:val="24"/>
          <w:szCs w:val="24"/>
        </w:rPr>
        <w:t>a</w:t>
      </w:r>
      <w:r w:rsidRPr="006C208E">
        <w:rPr>
          <w:rFonts w:ascii="Times New Roman" w:hAnsi="Times New Roman" w:cs="Times New Roman"/>
          <w:sz w:val="24"/>
          <w:szCs w:val="24"/>
        </w:rPr>
        <w:t>pplicant will be</w:t>
      </w:r>
      <w:r w:rsidR="007539E9" w:rsidRPr="006C208E">
        <w:rPr>
          <w:rFonts w:ascii="Times New Roman" w:hAnsi="Times New Roman" w:cs="Times New Roman"/>
          <w:sz w:val="24"/>
          <w:szCs w:val="24"/>
        </w:rPr>
        <w:t xml:space="preserve"> determined by the </w:t>
      </w:r>
      <w:proofErr w:type="spellStart"/>
      <w:r w:rsidR="00EE2095">
        <w:rPr>
          <w:rFonts w:ascii="Times New Roman" w:hAnsi="Times New Roman" w:cs="Times New Roman"/>
          <w:sz w:val="24"/>
          <w:szCs w:val="24"/>
        </w:rPr>
        <w:t>MoE</w:t>
      </w:r>
      <w:proofErr w:type="spellEnd"/>
      <w:r w:rsidRPr="006C208E">
        <w:rPr>
          <w:rFonts w:ascii="Times New Roman" w:hAnsi="Times New Roman" w:cs="Times New Roman"/>
          <w:sz w:val="24"/>
          <w:szCs w:val="24"/>
        </w:rPr>
        <w:t xml:space="preserve"> in line with the internal risk exposure limits and financial management guidelines of the Fund.</w:t>
      </w:r>
    </w:p>
    <w:bookmarkEnd w:id="2"/>
    <w:p w14:paraId="6AE293B6" w14:textId="77777777" w:rsidR="001D3A68" w:rsidRPr="006C208E" w:rsidRDefault="001D3A68" w:rsidP="006C208E">
      <w:pPr>
        <w:spacing w:after="0"/>
        <w:jc w:val="both"/>
        <w:rPr>
          <w:rFonts w:ascii="Times New Roman" w:hAnsi="Times New Roman" w:cs="Times New Roman"/>
          <w:sz w:val="24"/>
          <w:szCs w:val="24"/>
        </w:rPr>
      </w:pPr>
    </w:p>
    <w:p w14:paraId="2237BD86" w14:textId="64B6F076" w:rsidR="00F72DE3" w:rsidRPr="006C208E" w:rsidRDefault="00F72DE3" w:rsidP="006C208E">
      <w:pPr>
        <w:pStyle w:val="ListParagraph"/>
        <w:numPr>
          <w:ilvl w:val="1"/>
          <w:numId w:val="25"/>
        </w:numPr>
        <w:spacing w:after="0"/>
        <w:jc w:val="both"/>
        <w:rPr>
          <w:rFonts w:ascii="Times New Roman" w:hAnsi="Times New Roman" w:cs="Times New Roman"/>
          <w:b/>
          <w:bCs/>
          <w:sz w:val="24"/>
          <w:szCs w:val="24"/>
        </w:rPr>
      </w:pPr>
      <w:r w:rsidRPr="006C208E">
        <w:rPr>
          <w:rFonts w:ascii="Times New Roman" w:hAnsi="Times New Roman" w:cs="Times New Roman"/>
          <w:b/>
          <w:bCs/>
          <w:sz w:val="24"/>
          <w:szCs w:val="24"/>
        </w:rPr>
        <w:t>Use of Proceeds</w:t>
      </w:r>
    </w:p>
    <w:p w14:paraId="7B396C30" w14:textId="77777777" w:rsidR="001D3A68" w:rsidRPr="006C208E" w:rsidRDefault="001D3A68" w:rsidP="006C208E">
      <w:pPr>
        <w:spacing w:after="0"/>
        <w:jc w:val="both"/>
        <w:rPr>
          <w:rFonts w:ascii="Times New Roman" w:hAnsi="Times New Roman" w:cs="Times New Roman"/>
          <w:sz w:val="24"/>
          <w:szCs w:val="24"/>
        </w:rPr>
      </w:pPr>
    </w:p>
    <w:p w14:paraId="68525963" w14:textId="17330C05" w:rsidR="0087030A" w:rsidRPr="006C208E" w:rsidRDefault="00F72DE3" w:rsidP="006C208E">
      <w:pPr>
        <w:spacing w:after="0"/>
        <w:jc w:val="both"/>
        <w:rPr>
          <w:rFonts w:ascii="Times New Roman" w:hAnsi="Times New Roman" w:cs="Times New Roman"/>
          <w:sz w:val="24"/>
          <w:szCs w:val="24"/>
        </w:rPr>
      </w:pPr>
      <w:r w:rsidRPr="006C208E">
        <w:rPr>
          <w:rFonts w:ascii="Times New Roman" w:hAnsi="Times New Roman" w:cs="Times New Roman"/>
          <w:sz w:val="24"/>
          <w:szCs w:val="24"/>
        </w:rPr>
        <w:t>The loan proceed</w:t>
      </w:r>
      <w:r w:rsidR="00C5406C" w:rsidRPr="006C208E">
        <w:rPr>
          <w:rFonts w:ascii="Times New Roman" w:hAnsi="Times New Roman" w:cs="Times New Roman"/>
          <w:sz w:val="24"/>
          <w:szCs w:val="24"/>
        </w:rPr>
        <w:t>s</w:t>
      </w:r>
      <w:r w:rsidRPr="006C208E">
        <w:rPr>
          <w:rFonts w:ascii="Times New Roman" w:hAnsi="Times New Roman" w:cs="Times New Roman"/>
          <w:sz w:val="24"/>
          <w:szCs w:val="24"/>
        </w:rPr>
        <w:t xml:space="preserve"> can only be used for Applicant’s working capital requirement in relation to the</w:t>
      </w:r>
      <w:r w:rsidR="0087030A" w:rsidRPr="006C208E">
        <w:rPr>
          <w:rFonts w:ascii="Times New Roman" w:hAnsi="Times New Roman" w:cs="Times New Roman"/>
          <w:sz w:val="24"/>
          <w:szCs w:val="24"/>
        </w:rPr>
        <w:t>ir operations</w:t>
      </w:r>
      <w:r w:rsidRPr="006C208E">
        <w:rPr>
          <w:rFonts w:ascii="Times New Roman" w:hAnsi="Times New Roman" w:cs="Times New Roman"/>
          <w:sz w:val="24"/>
          <w:szCs w:val="24"/>
        </w:rPr>
        <w:t xml:space="preserve"> </w:t>
      </w:r>
      <w:r w:rsidR="0087030A" w:rsidRPr="006C208E">
        <w:rPr>
          <w:rFonts w:ascii="Times New Roman" w:hAnsi="Times New Roman" w:cs="Times New Roman"/>
          <w:sz w:val="24"/>
          <w:szCs w:val="24"/>
        </w:rPr>
        <w:t>(i</w:t>
      </w:r>
      <w:r w:rsidR="003B11DD" w:rsidRPr="006C208E">
        <w:rPr>
          <w:rFonts w:ascii="Times New Roman" w:hAnsi="Times New Roman" w:cs="Times New Roman"/>
          <w:sz w:val="24"/>
          <w:szCs w:val="24"/>
        </w:rPr>
        <w:t>.</w:t>
      </w:r>
      <w:r w:rsidR="0087030A" w:rsidRPr="006C208E">
        <w:rPr>
          <w:rFonts w:ascii="Times New Roman" w:hAnsi="Times New Roman" w:cs="Times New Roman"/>
          <w:sz w:val="24"/>
          <w:szCs w:val="24"/>
        </w:rPr>
        <w:t>e</w:t>
      </w:r>
      <w:r w:rsidR="003B11DD" w:rsidRPr="006C208E">
        <w:rPr>
          <w:rFonts w:ascii="Times New Roman" w:hAnsi="Times New Roman" w:cs="Times New Roman"/>
          <w:sz w:val="24"/>
          <w:szCs w:val="24"/>
        </w:rPr>
        <w:t>.</w:t>
      </w:r>
      <w:r w:rsidR="0087030A" w:rsidRPr="006C208E">
        <w:rPr>
          <w:rFonts w:ascii="Times New Roman" w:hAnsi="Times New Roman" w:cs="Times New Roman"/>
          <w:sz w:val="24"/>
          <w:szCs w:val="24"/>
        </w:rPr>
        <w:t xml:space="preserve">, </w:t>
      </w:r>
      <w:r w:rsidRPr="006C208E">
        <w:rPr>
          <w:rFonts w:ascii="Times New Roman" w:hAnsi="Times New Roman" w:cs="Times New Roman"/>
          <w:sz w:val="24"/>
          <w:szCs w:val="24"/>
        </w:rPr>
        <w:t xml:space="preserve">procurement, installation, </w:t>
      </w:r>
      <w:r w:rsidR="0005333E" w:rsidRPr="006C208E">
        <w:rPr>
          <w:rFonts w:ascii="Times New Roman" w:hAnsi="Times New Roman" w:cs="Times New Roman"/>
          <w:sz w:val="24"/>
          <w:szCs w:val="24"/>
        </w:rPr>
        <w:t>distribution</w:t>
      </w:r>
      <w:r w:rsidR="0087030A" w:rsidRPr="006C208E">
        <w:rPr>
          <w:rFonts w:ascii="Times New Roman" w:hAnsi="Times New Roman" w:cs="Times New Roman"/>
          <w:sz w:val="24"/>
          <w:szCs w:val="24"/>
        </w:rPr>
        <w:t>,</w:t>
      </w:r>
      <w:r w:rsidR="0005333E" w:rsidRPr="006C208E">
        <w:rPr>
          <w:rFonts w:ascii="Times New Roman" w:hAnsi="Times New Roman" w:cs="Times New Roman"/>
          <w:sz w:val="24"/>
          <w:szCs w:val="24"/>
        </w:rPr>
        <w:t xml:space="preserve"> </w:t>
      </w:r>
      <w:r w:rsidR="00C5406C" w:rsidRPr="006C208E">
        <w:rPr>
          <w:rFonts w:ascii="Times New Roman" w:hAnsi="Times New Roman" w:cs="Times New Roman"/>
          <w:sz w:val="24"/>
          <w:szCs w:val="24"/>
        </w:rPr>
        <w:t>end-user financing</w:t>
      </w:r>
      <w:r w:rsidR="0087030A" w:rsidRPr="006C208E">
        <w:rPr>
          <w:rFonts w:ascii="Times New Roman" w:hAnsi="Times New Roman" w:cs="Times New Roman"/>
          <w:sz w:val="24"/>
          <w:szCs w:val="24"/>
        </w:rPr>
        <w:t>, after-sales service)</w:t>
      </w:r>
      <w:r w:rsidRPr="006C208E">
        <w:rPr>
          <w:rFonts w:ascii="Times New Roman" w:hAnsi="Times New Roman" w:cs="Times New Roman"/>
          <w:sz w:val="24"/>
          <w:szCs w:val="24"/>
        </w:rPr>
        <w:t>.</w:t>
      </w:r>
      <w:r w:rsidR="00C9742F" w:rsidRPr="006C208E">
        <w:rPr>
          <w:rFonts w:ascii="Times New Roman" w:hAnsi="Times New Roman" w:cs="Times New Roman"/>
          <w:sz w:val="24"/>
          <w:szCs w:val="24"/>
        </w:rPr>
        <w:t xml:space="preserve"> If a</w:t>
      </w:r>
      <w:r w:rsidR="00BF251F">
        <w:rPr>
          <w:rFonts w:ascii="Times New Roman" w:hAnsi="Times New Roman" w:cs="Times New Roman"/>
          <w:sz w:val="24"/>
          <w:szCs w:val="24"/>
        </w:rPr>
        <w:t>n applicant</w:t>
      </w:r>
      <w:r w:rsidR="00C9742F" w:rsidRPr="006C208E">
        <w:rPr>
          <w:rFonts w:ascii="Times New Roman" w:hAnsi="Times New Roman" w:cs="Times New Roman"/>
          <w:sz w:val="24"/>
          <w:szCs w:val="24"/>
        </w:rPr>
        <w:t xml:space="preserve"> </w:t>
      </w:r>
      <w:r w:rsidR="0087030A" w:rsidRPr="006C208E">
        <w:rPr>
          <w:rFonts w:ascii="Times New Roman" w:hAnsi="Times New Roman" w:cs="Times New Roman"/>
          <w:sz w:val="24"/>
          <w:szCs w:val="24"/>
        </w:rPr>
        <w:t>wishes to</w:t>
      </w:r>
      <w:r w:rsidR="00C9742F" w:rsidRPr="006C208E">
        <w:rPr>
          <w:rFonts w:ascii="Times New Roman" w:hAnsi="Times New Roman" w:cs="Times New Roman"/>
          <w:sz w:val="24"/>
          <w:szCs w:val="24"/>
        </w:rPr>
        <w:t xml:space="preserve"> </w:t>
      </w:r>
      <w:r w:rsidR="0087030A" w:rsidRPr="006C208E">
        <w:rPr>
          <w:rFonts w:ascii="Times New Roman" w:hAnsi="Times New Roman" w:cs="Times New Roman"/>
          <w:sz w:val="24"/>
          <w:szCs w:val="24"/>
        </w:rPr>
        <w:t xml:space="preserve">use NNNF loans to </w:t>
      </w:r>
      <w:r w:rsidR="00C9742F" w:rsidRPr="006C208E">
        <w:rPr>
          <w:rFonts w:ascii="Times New Roman" w:hAnsi="Times New Roman" w:cs="Times New Roman"/>
          <w:sz w:val="24"/>
          <w:szCs w:val="24"/>
        </w:rPr>
        <w:t>procur</w:t>
      </w:r>
      <w:r w:rsidR="0087030A" w:rsidRPr="006C208E">
        <w:rPr>
          <w:rFonts w:ascii="Times New Roman" w:hAnsi="Times New Roman" w:cs="Times New Roman"/>
          <w:sz w:val="24"/>
          <w:szCs w:val="24"/>
        </w:rPr>
        <w:t>e</w:t>
      </w:r>
      <w:r w:rsidR="00C9742F" w:rsidRPr="006C208E">
        <w:rPr>
          <w:rFonts w:ascii="Times New Roman" w:hAnsi="Times New Roman" w:cs="Times New Roman"/>
          <w:sz w:val="24"/>
          <w:szCs w:val="24"/>
        </w:rPr>
        <w:t xml:space="preserve"> </w:t>
      </w:r>
      <w:r w:rsidR="00C931C9" w:rsidRPr="006C208E">
        <w:rPr>
          <w:rFonts w:ascii="Times New Roman" w:hAnsi="Times New Roman" w:cs="Times New Roman"/>
          <w:sz w:val="24"/>
          <w:szCs w:val="24"/>
        </w:rPr>
        <w:t>CCS</w:t>
      </w:r>
      <w:r w:rsidR="00211024" w:rsidRPr="006C208E">
        <w:rPr>
          <w:rFonts w:ascii="Times New Roman" w:hAnsi="Times New Roman" w:cs="Times New Roman"/>
          <w:sz w:val="24"/>
          <w:szCs w:val="24"/>
        </w:rPr>
        <w:t xml:space="preserve">s from a group concern or a parent company </w:t>
      </w:r>
      <w:r w:rsidR="00025FCB" w:rsidRPr="006C208E">
        <w:rPr>
          <w:rFonts w:ascii="Times New Roman" w:hAnsi="Times New Roman" w:cs="Times New Roman"/>
          <w:sz w:val="24"/>
          <w:szCs w:val="24"/>
        </w:rPr>
        <w:t>located outside of Malawi</w:t>
      </w:r>
      <w:r w:rsidR="0087030A" w:rsidRPr="006C208E">
        <w:rPr>
          <w:rFonts w:ascii="Times New Roman" w:hAnsi="Times New Roman" w:cs="Times New Roman"/>
          <w:sz w:val="24"/>
          <w:szCs w:val="24"/>
        </w:rPr>
        <w:t>, the following conditions have to be met:</w:t>
      </w:r>
    </w:p>
    <w:p w14:paraId="7D256995" w14:textId="567F26EC" w:rsidR="0087030A" w:rsidRPr="006C208E" w:rsidRDefault="0087030A" w:rsidP="006C208E">
      <w:pPr>
        <w:pStyle w:val="ListParagraph"/>
        <w:numPr>
          <w:ilvl w:val="0"/>
          <w:numId w:val="26"/>
        </w:numPr>
        <w:spacing w:after="0"/>
        <w:jc w:val="both"/>
        <w:rPr>
          <w:rFonts w:ascii="Times New Roman" w:hAnsi="Times New Roman" w:cs="Times New Roman"/>
          <w:sz w:val="24"/>
          <w:szCs w:val="24"/>
        </w:rPr>
      </w:pPr>
      <w:r w:rsidRPr="006C208E">
        <w:rPr>
          <w:rFonts w:ascii="Times New Roman" w:hAnsi="Times New Roman" w:cs="Times New Roman"/>
          <w:sz w:val="24"/>
          <w:szCs w:val="24"/>
        </w:rPr>
        <w:t xml:space="preserve">the group concern or parent company must have </w:t>
      </w:r>
      <w:r w:rsidR="00025FCB" w:rsidRPr="006C208E">
        <w:rPr>
          <w:rFonts w:ascii="Times New Roman" w:hAnsi="Times New Roman" w:cs="Times New Roman"/>
          <w:sz w:val="24"/>
          <w:szCs w:val="24"/>
        </w:rPr>
        <w:t xml:space="preserve">an established business and a demonstrable track record of manufacturing </w:t>
      </w:r>
      <w:r w:rsidR="00CD58FA" w:rsidRPr="006C208E">
        <w:rPr>
          <w:rFonts w:ascii="Times New Roman" w:hAnsi="Times New Roman" w:cs="Times New Roman"/>
          <w:sz w:val="24"/>
          <w:szCs w:val="24"/>
        </w:rPr>
        <w:t>CCSs</w:t>
      </w:r>
      <w:r w:rsidR="00211024" w:rsidRPr="006C208E">
        <w:rPr>
          <w:rFonts w:ascii="Times New Roman" w:hAnsi="Times New Roman" w:cs="Times New Roman"/>
          <w:sz w:val="24"/>
          <w:szCs w:val="24"/>
        </w:rPr>
        <w:t xml:space="preserve">, </w:t>
      </w:r>
    </w:p>
    <w:p w14:paraId="5EE390D9" w14:textId="1C60DAFC" w:rsidR="00C9742F" w:rsidRPr="006C208E" w:rsidRDefault="00BF251F" w:rsidP="006C208E">
      <w:pPr>
        <w:pStyle w:val="ListParagraph"/>
        <w:numPr>
          <w:ilvl w:val="0"/>
          <w:numId w:val="26"/>
        </w:numPr>
        <w:spacing w:after="0"/>
        <w:jc w:val="both"/>
        <w:rPr>
          <w:rFonts w:ascii="Times New Roman" w:hAnsi="Times New Roman" w:cs="Times New Roman"/>
          <w:sz w:val="24"/>
          <w:szCs w:val="24"/>
        </w:rPr>
      </w:pPr>
      <w:r>
        <w:rPr>
          <w:rFonts w:ascii="Times New Roman" w:hAnsi="Times New Roman" w:cs="Times New Roman"/>
          <w:sz w:val="24"/>
          <w:szCs w:val="24"/>
        </w:rPr>
        <w:t xml:space="preserve">applicants </w:t>
      </w:r>
      <w:r w:rsidR="00211024" w:rsidRPr="006C208E">
        <w:rPr>
          <w:rFonts w:ascii="Times New Roman" w:hAnsi="Times New Roman" w:cs="Times New Roman"/>
          <w:sz w:val="24"/>
          <w:szCs w:val="24"/>
        </w:rPr>
        <w:t>shall have to demonstrate a competitive transfer price from the group concern or parent company which is to be substantiated through documentary evidence.</w:t>
      </w:r>
      <w:r w:rsidR="00025FCB" w:rsidRPr="006C208E">
        <w:rPr>
          <w:rFonts w:ascii="Times New Roman" w:hAnsi="Times New Roman" w:cs="Times New Roman"/>
          <w:sz w:val="24"/>
          <w:szCs w:val="24"/>
        </w:rPr>
        <w:t xml:space="preserve"> </w:t>
      </w:r>
      <w:r w:rsidR="00F72DE3" w:rsidRPr="006C208E">
        <w:rPr>
          <w:rFonts w:ascii="Times New Roman" w:hAnsi="Times New Roman" w:cs="Times New Roman"/>
          <w:sz w:val="24"/>
          <w:szCs w:val="24"/>
        </w:rPr>
        <w:t xml:space="preserve"> </w:t>
      </w:r>
    </w:p>
    <w:p w14:paraId="721D4D0F" w14:textId="77777777" w:rsidR="00392506" w:rsidRPr="006C208E" w:rsidRDefault="00392506" w:rsidP="006C208E">
      <w:pPr>
        <w:spacing w:after="0"/>
        <w:jc w:val="both"/>
        <w:rPr>
          <w:rFonts w:ascii="Times New Roman" w:hAnsi="Times New Roman" w:cs="Times New Roman"/>
          <w:sz w:val="24"/>
          <w:szCs w:val="24"/>
        </w:rPr>
      </w:pPr>
    </w:p>
    <w:p w14:paraId="44F4B89F" w14:textId="633760AE" w:rsidR="00F72DE3" w:rsidRPr="006C208E" w:rsidRDefault="00DE4861" w:rsidP="006C208E">
      <w:pPr>
        <w:pStyle w:val="ListParagraph"/>
        <w:numPr>
          <w:ilvl w:val="1"/>
          <w:numId w:val="25"/>
        </w:numPr>
        <w:spacing w:after="0"/>
        <w:jc w:val="both"/>
        <w:rPr>
          <w:rFonts w:ascii="Times New Roman" w:hAnsi="Times New Roman" w:cs="Times New Roman"/>
          <w:b/>
          <w:bCs/>
          <w:sz w:val="24"/>
          <w:szCs w:val="24"/>
        </w:rPr>
      </w:pPr>
      <w:r w:rsidRPr="006C208E">
        <w:rPr>
          <w:rFonts w:ascii="Times New Roman" w:hAnsi="Times New Roman" w:cs="Times New Roman"/>
          <w:b/>
          <w:bCs/>
          <w:sz w:val="24"/>
          <w:szCs w:val="24"/>
        </w:rPr>
        <w:t>GPS coordinates</w:t>
      </w:r>
    </w:p>
    <w:p w14:paraId="19469B54" w14:textId="77777777" w:rsidR="001D3A68" w:rsidRPr="006C208E" w:rsidRDefault="001D3A68" w:rsidP="006C208E">
      <w:pPr>
        <w:spacing w:after="0"/>
        <w:jc w:val="both"/>
        <w:rPr>
          <w:rFonts w:ascii="Times New Roman" w:hAnsi="Times New Roman" w:cs="Times New Roman"/>
          <w:sz w:val="24"/>
          <w:szCs w:val="24"/>
        </w:rPr>
      </w:pPr>
    </w:p>
    <w:p w14:paraId="7BAEB37F" w14:textId="77777777" w:rsidR="003E6E2C" w:rsidRDefault="0081520F" w:rsidP="006C208E">
      <w:pPr>
        <w:spacing w:after="0"/>
        <w:jc w:val="both"/>
        <w:rPr>
          <w:rFonts w:ascii="Times New Roman" w:hAnsi="Times New Roman" w:cs="Times New Roman"/>
          <w:sz w:val="24"/>
          <w:szCs w:val="24"/>
        </w:rPr>
      </w:pPr>
      <w:r w:rsidRPr="006C208E">
        <w:rPr>
          <w:rFonts w:ascii="Times New Roman" w:hAnsi="Times New Roman" w:cs="Times New Roman"/>
          <w:sz w:val="24"/>
          <w:szCs w:val="24"/>
        </w:rPr>
        <w:t xml:space="preserve">The POs will be required to collect detailed locations of the households including GPS coordinates, which will be a mandatory data requirement during submission of verification reports. </w:t>
      </w:r>
      <w:r w:rsidR="006C1BCB" w:rsidRPr="006C1BCB">
        <w:rPr>
          <w:rFonts w:ascii="Times New Roman" w:hAnsi="Times New Roman" w:cs="Times New Roman"/>
          <w:sz w:val="24"/>
          <w:szCs w:val="24"/>
        </w:rPr>
        <w:t xml:space="preserve">For stoves purchased through retail shops, customers may provide their physical address and contact details at the point of sale. POs must collect and submit GPS coordinates and installation verification </w:t>
      </w:r>
      <w:r w:rsidR="006C1BCB">
        <w:rPr>
          <w:rFonts w:ascii="Times New Roman" w:hAnsi="Times New Roman" w:cs="Times New Roman"/>
          <w:sz w:val="24"/>
          <w:szCs w:val="24"/>
        </w:rPr>
        <w:t xml:space="preserve">along with </w:t>
      </w:r>
      <w:r w:rsidR="006C6BE2">
        <w:rPr>
          <w:rFonts w:ascii="Times New Roman" w:hAnsi="Times New Roman" w:cs="Times New Roman"/>
          <w:sz w:val="24"/>
          <w:szCs w:val="24"/>
        </w:rPr>
        <w:t xml:space="preserve">the </w:t>
      </w:r>
      <w:r w:rsidR="006C1BCB">
        <w:rPr>
          <w:rFonts w:ascii="Times New Roman" w:hAnsi="Times New Roman" w:cs="Times New Roman"/>
          <w:sz w:val="24"/>
          <w:szCs w:val="24"/>
        </w:rPr>
        <w:t xml:space="preserve">Monthly Sales </w:t>
      </w:r>
      <w:r w:rsidR="006C6BE2">
        <w:rPr>
          <w:rFonts w:ascii="Times New Roman" w:hAnsi="Times New Roman" w:cs="Times New Roman"/>
          <w:sz w:val="24"/>
          <w:szCs w:val="24"/>
        </w:rPr>
        <w:t xml:space="preserve">Verification </w:t>
      </w:r>
      <w:r w:rsidR="006C1BCB">
        <w:rPr>
          <w:rFonts w:ascii="Times New Roman" w:hAnsi="Times New Roman" w:cs="Times New Roman"/>
          <w:sz w:val="24"/>
          <w:szCs w:val="24"/>
        </w:rPr>
        <w:t>Report</w:t>
      </w:r>
      <w:r w:rsidR="006C1BCB" w:rsidRPr="006C1BCB">
        <w:rPr>
          <w:rFonts w:ascii="Times New Roman" w:hAnsi="Times New Roman" w:cs="Times New Roman"/>
          <w:sz w:val="24"/>
          <w:szCs w:val="24"/>
        </w:rPr>
        <w:t xml:space="preserve">. </w:t>
      </w:r>
    </w:p>
    <w:p w14:paraId="08A64D92" w14:textId="77777777" w:rsidR="003E6E2C" w:rsidRDefault="003E6E2C" w:rsidP="006C208E">
      <w:pPr>
        <w:spacing w:after="0"/>
        <w:jc w:val="both"/>
        <w:rPr>
          <w:rFonts w:ascii="Times New Roman" w:hAnsi="Times New Roman" w:cs="Times New Roman"/>
          <w:sz w:val="24"/>
          <w:szCs w:val="24"/>
        </w:rPr>
      </w:pPr>
    </w:p>
    <w:p w14:paraId="0C8B9B70" w14:textId="047D5918" w:rsidR="006C1BCB" w:rsidRDefault="006C1BCB" w:rsidP="006C208E">
      <w:pPr>
        <w:spacing w:after="0"/>
        <w:jc w:val="both"/>
        <w:rPr>
          <w:rFonts w:ascii="Times New Roman" w:hAnsi="Times New Roman" w:cs="Times New Roman"/>
          <w:sz w:val="24"/>
          <w:szCs w:val="24"/>
        </w:rPr>
      </w:pPr>
      <w:r w:rsidRPr="006C1BCB">
        <w:rPr>
          <w:rFonts w:ascii="Times New Roman" w:hAnsi="Times New Roman" w:cs="Times New Roman"/>
          <w:sz w:val="24"/>
          <w:szCs w:val="24"/>
        </w:rPr>
        <w:t xml:space="preserve">Only installations verified with GPS coordinates and supporting documentation will be considered eligible for reporting and financing. As clean cooking stoves are portable, verification will confirm distribution and use at the time of inspection rather than </w:t>
      </w:r>
      <w:r w:rsidR="003E6E2C">
        <w:rPr>
          <w:rFonts w:ascii="Times New Roman" w:hAnsi="Times New Roman" w:cs="Times New Roman"/>
          <w:sz w:val="24"/>
          <w:szCs w:val="24"/>
        </w:rPr>
        <w:t xml:space="preserve">a </w:t>
      </w:r>
      <w:r w:rsidRPr="006C1BCB">
        <w:rPr>
          <w:rFonts w:ascii="Times New Roman" w:hAnsi="Times New Roman" w:cs="Times New Roman"/>
          <w:sz w:val="24"/>
          <w:szCs w:val="24"/>
        </w:rPr>
        <w:t xml:space="preserve">permanent </w:t>
      </w:r>
      <w:r w:rsidR="003E6E2C">
        <w:rPr>
          <w:rFonts w:ascii="Times New Roman" w:hAnsi="Times New Roman" w:cs="Times New Roman"/>
          <w:sz w:val="24"/>
          <w:szCs w:val="24"/>
        </w:rPr>
        <w:t xml:space="preserve">household </w:t>
      </w:r>
      <w:r w:rsidRPr="006C1BCB">
        <w:rPr>
          <w:rFonts w:ascii="Times New Roman" w:hAnsi="Times New Roman" w:cs="Times New Roman"/>
          <w:sz w:val="24"/>
          <w:szCs w:val="24"/>
        </w:rPr>
        <w:t>location.</w:t>
      </w:r>
    </w:p>
    <w:p w14:paraId="2E882B34" w14:textId="77777777" w:rsidR="006C1BCB" w:rsidRDefault="006C1BCB" w:rsidP="006C208E">
      <w:pPr>
        <w:spacing w:after="0"/>
        <w:jc w:val="both"/>
        <w:rPr>
          <w:rFonts w:ascii="Times New Roman" w:hAnsi="Times New Roman" w:cs="Times New Roman"/>
          <w:sz w:val="24"/>
          <w:szCs w:val="24"/>
        </w:rPr>
      </w:pPr>
    </w:p>
    <w:p w14:paraId="4A88448C" w14:textId="0E6BC9C1" w:rsidR="0081520F" w:rsidRPr="006C208E" w:rsidRDefault="0081520F" w:rsidP="006C208E">
      <w:pPr>
        <w:spacing w:after="0"/>
        <w:jc w:val="both"/>
        <w:rPr>
          <w:rFonts w:ascii="Times New Roman" w:hAnsi="Times New Roman" w:cs="Times New Roman"/>
          <w:sz w:val="24"/>
          <w:szCs w:val="24"/>
        </w:rPr>
      </w:pPr>
      <w:r w:rsidRPr="006C208E">
        <w:rPr>
          <w:rFonts w:ascii="Times New Roman" w:hAnsi="Times New Roman" w:cs="Times New Roman"/>
          <w:sz w:val="24"/>
          <w:szCs w:val="24"/>
        </w:rPr>
        <w:t xml:space="preserve">The Ministry is reviewing the market readiness for implementing </w:t>
      </w:r>
      <w:r w:rsidRPr="006C208E">
        <w:rPr>
          <w:rFonts w:ascii="Times New Roman" w:hAnsi="Times New Roman" w:cs="Times New Roman"/>
          <w:i/>
          <w:iCs/>
          <w:sz w:val="24"/>
          <w:szCs w:val="24"/>
        </w:rPr>
        <w:t>margin error not exceeding ±5 meters</w:t>
      </w:r>
      <w:r w:rsidRPr="006C208E">
        <w:rPr>
          <w:rFonts w:ascii="Times New Roman" w:hAnsi="Times New Roman" w:cs="Times New Roman"/>
          <w:sz w:val="24"/>
          <w:szCs w:val="24"/>
        </w:rPr>
        <w:t xml:space="preserve"> in relation to GPS coordinates, </w:t>
      </w:r>
      <w:r w:rsidRPr="006C208E">
        <w:rPr>
          <w:rFonts w:ascii="Times New Roman" w:hAnsi="Times New Roman" w:cs="Times New Roman"/>
          <w:i/>
          <w:iCs/>
          <w:sz w:val="24"/>
          <w:szCs w:val="24"/>
        </w:rPr>
        <w:t>which will be rolled out progressively</w:t>
      </w:r>
      <w:r w:rsidRPr="006C208E">
        <w:rPr>
          <w:rFonts w:ascii="Times New Roman" w:hAnsi="Times New Roman" w:cs="Times New Roman"/>
          <w:sz w:val="24"/>
          <w:szCs w:val="24"/>
        </w:rPr>
        <w:t xml:space="preserve">. </w:t>
      </w:r>
      <w:r w:rsidR="00B65C6A">
        <w:rPr>
          <w:rFonts w:ascii="Times New Roman" w:hAnsi="Times New Roman" w:cs="Times New Roman"/>
          <w:sz w:val="24"/>
          <w:szCs w:val="24"/>
        </w:rPr>
        <w:t>T</w:t>
      </w:r>
      <w:r w:rsidRPr="006C208E">
        <w:rPr>
          <w:rFonts w:ascii="Times New Roman" w:hAnsi="Times New Roman" w:cs="Times New Roman"/>
          <w:sz w:val="24"/>
          <w:szCs w:val="24"/>
        </w:rPr>
        <w:t>he Ministry will communicate the timeline for this requirement before it becomes effective. POs will be given sufficient time need</w:t>
      </w:r>
      <w:r w:rsidR="003B11DD" w:rsidRPr="006C208E">
        <w:rPr>
          <w:rFonts w:ascii="Times New Roman" w:hAnsi="Times New Roman" w:cs="Times New Roman"/>
          <w:sz w:val="24"/>
          <w:szCs w:val="24"/>
        </w:rPr>
        <w:t>ed</w:t>
      </w:r>
      <w:r w:rsidRPr="006C208E">
        <w:rPr>
          <w:rFonts w:ascii="Times New Roman" w:hAnsi="Times New Roman" w:cs="Times New Roman"/>
          <w:sz w:val="24"/>
          <w:szCs w:val="24"/>
        </w:rPr>
        <w:t xml:space="preserve"> to equip and train their sales agents on this requirement. Once rolled out, if margin of error for submitted GPS coordinates exceeds ±5 meters, the IVA may flag it as discrepancy which will result in withholding of </w:t>
      </w:r>
      <w:r w:rsidR="009800DC" w:rsidRPr="006C208E">
        <w:rPr>
          <w:rFonts w:ascii="Times New Roman" w:hAnsi="Times New Roman" w:cs="Times New Roman"/>
          <w:sz w:val="24"/>
          <w:szCs w:val="24"/>
        </w:rPr>
        <w:t xml:space="preserve">loan </w:t>
      </w:r>
      <w:r w:rsidRPr="006C208E">
        <w:rPr>
          <w:rFonts w:ascii="Times New Roman" w:hAnsi="Times New Roman" w:cs="Times New Roman"/>
          <w:sz w:val="24"/>
          <w:szCs w:val="24"/>
        </w:rPr>
        <w:t xml:space="preserve">until rectification by the PO. The sales agents of the POs should therefore use a device capable of reaching </w:t>
      </w:r>
      <w:r w:rsidRPr="006C208E">
        <w:rPr>
          <w:rFonts w:ascii="Times New Roman" w:hAnsi="Times New Roman" w:cs="Times New Roman"/>
          <w:sz w:val="24"/>
          <w:szCs w:val="24"/>
          <w:u w:val="single"/>
        </w:rPr>
        <w:t>+</w:t>
      </w:r>
      <w:r w:rsidRPr="006C208E">
        <w:rPr>
          <w:rFonts w:ascii="Times New Roman" w:hAnsi="Times New Roman" w:cs="Times New Roman"/>
          <w:sz w:val="24"/>
          <w:szCs w:val="24"/>
        </w:rPr>
        <w:t xml:space="preserve">5 meters GPS accuracy during </w:t>
      </w:r>
      <w:r w:rsidR="00355877" w:rsidRPr="006C208E">
        <w:rPr>
          <w:rFonts w:ascii="Times New Roman" w:hAnsi="Times New Roman" w:cs="Times New Roman"/>
          <w:sz w:val="24"/>
          <w:szCs w:val="24"/>
        </w:rPr>
        <w:t xml:space="preserve">distribution </w:t>
      </w:r>
      <w:r w:rsidRPr="006C208E">
        <w:rPr>
          <w:rFonts w:ascii="Times New Roman" w:hAnsi="Times New Roman" w:cs="Times New Roman"/>
          <w:sz w:val="24"/>
          <w:szCs w:val="24"/>
        </w:rPr>
        <w:t xml:space="preserve">of </w:t>
      </w:r>
      <w:r w:rsidR="00355877" w:rsidRPr="006C208E">
        <w:rPr>
          <w:rFonts w:ascii="Times New Roman" w:hAnsi="Times New Roman" w:cs="Times New Roman"/>
          <w:sz w:val="24"/>
          <w:szCs w:val="24"/>
        </w:rPr>
        <w:t>CC</w:t>
      </w:r>
      <w:r w:rsidRPr="006C208E">
        <w:rPr>
          <w:rFonts w:ascii="Times New Roman" w:hAnsi="Times New Roman" w:cs="Times New Roman"/>
          <w:sz w:val="24"/>
          <w:szCs w:val="24"/>
        </w:rPr>
        <w:t xml:space="preserve">Ss at the households. </w:t>
      </w:r>
    </w:p>
    <w:p w14:paraId="6E112A0A" w14:textId="77777777" w:rsidR="001D3A68" w:rsidRPr="006C208E" w:rsidRDefault="001D3A68" w:rsidP="006C208E">
      <w:pPr>
        <w:spacing w:after="0"/>
        <w:jc w:val="both"/>
        <w:rPr>
          <w:rFonts w:ascii="Times New Roman" w:hAnsi="Times New Roman" w:cs="Times New Roman"/>
          <w:sz w:val="24"/>
          <w:szCs w:val="24"/>
        </w:rPr>
      </w:pPr>
    </w:p>
    <w:p w14:paraId="08BD8E5B" w14:textId="02C56A06" w:rsidR="00E91723" w:rsidRPr="00E829C5" w:rsidRDefault="00E91723" w:rsidP="001D6FA4">
      <w:pPr>
        <w:pStyle w:val="ListParagraph"/>
        <w:numPr>
          <w:ilvl w:val="1"/>
          <w:numId w:val="25"/>
        </w:numPr>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F72DE3" w:rsidRPr="006C208E">
        <w:rPr>
          <w:rFonts w:ascii="Times New Roman" w:hAnsi="Times New Roman" w:cs="Times New Roman"/>
          <w:b/>
          <w:bCs/>
          <w:sz w:val="24"/>
          <w:szCs w:val="24"/>
        </w:rPr>
        <w:t>Loan Terms</w:t>
      </w:r>
    </w:p>
    <w:p w14:paraId="5BE62034" w14:textId="77777777" w:rsidR="001854B9" w:rsidRPr="006C208E" w:rsidRDefault="001854B9" w:rsidP="006C208E">
      <w:pPr>
        <w:spacing w:after="0"/>
        <w:jc w:val="both"/>
        <w:rPr>
          <w:rFonts w:ascii="Times New Roman" w:hAnsi="Times New Roman" w:cs="Times New Roman"/>
          <w:sz w:val="24"/>
          <w:szCs w:val="24"/>
        </w:rPr>
      </w:pPr>
    </w:p>
    <w:p w14:paraId="4CC5BD27" w14:textId="2DF5DD49" w:rsidR="00F22C75" w:rsidRDefault="00F72DE3" w:rsidP="006C208E">
      <w:pPr>
        <w:spacing w:after="0"/>
        <w:jc w:val="both"/>
        <w:rPr>
          <w:rFonts w:ascii="Times New Roman" w:hAnsi="Times New Roman" w:cs="Times New Roman"/>
          <w:sz w:val="24"/>
          <w:szCs w:val="24"/>
        </w:rPr>
      </w:pPr>
      <w:r w:rsidRPr="006C208E">
        <w:rPr>
          <w:rFonts w:ascii="Times New Roman" w:hAnsi="Times New Roman" w:cs="Times New Roman"/>
          <w:sz w:val="24"/>
          <w:szCs w:val="24"/>
        </w:rPr>
        <w:t xml:space="preserve">NNNF will provide both Malawian Kwacha </w:t>
      </w:r>
      <w:r w:rsidR="003463E6">
        <w:rPr>
          <w:rFonts w:ascii="Times New Roman" w:hAnsi="Times New Roman" w:cs="Times New Roman"/>
          <w:sz w:val="24"/>
          <w:szCs w:val="24"/>
        </w:rPr>
        <w:t xml:space="preserve">(MWK) </w:t>
      </w:r>
      <w:r w:rsidRPr="006C208E">
        <w:rPr>
          <w:rFonts w:ascii="Times New Roman" w:hAnsi="Times New Roman" w:cs="Times New Roman"/>
          <w:sz w:val="24"/>
          <w:szCs w:val="24"/>
        </w:rPr>
        <w:t>and USD denominated loans</w:t>
      </w:r>
      <w:r w:rsidR="00F22C75" w:rsidRPr="006C208E">
        <w:rPr>
          <w:rFonts w:ascii="Times New Roman" w:hAnsi="Times New Roman" w:cs="Times New Roman"/>
          <w:sz w:val="24"/>
          <w:szCs w:val="24"/>
        </w:rPr>
        <w:t xml:space="preserve">. The USD loan will be utilized </w:t>
      </w:r>
      <w:r w:rsidR="00E1638C" w:rsidRPr="006C208E">
        <w:rPr>
          <w:rFonts w:ascii="Times New Roman" w:hAnsi="Times New Roman" w:cs="Times New Roman"/>
          <w:sz w:val="24"/>
          <w:szCs w:val="24"/>
        </w:rPr>
        <w:t xml:space="preserve">only </w:t>
      </w:r>
      <w:r w:rsidR="00F22C75" w:rsidRPr="006C208E">
        <w:rPr>
          <w:rFonts w:ascii="Times New Roman" w:hAnsi="Times New Roman" w:cs="Times New Roman"/>
          <w:sz w:val="24"/>
          <w:szCs w:val="24"/>
        </w:rPr>
        <w:t xml:space="preserve">to make direct payments to the suppliers on behalf of the POs, for the purpose of importing </w:t>
      </w:r>
      <w:r w:rsidR="00C55BA7" w:rsidRPr="006C208E">
        <w:rPr>
          <w:rFonts w:ascii="Times New Roman" w:hAnsi="Times New Roman" w:cs="Times New Roman"/>
          <w:sz w:val="24"/>
          <w:szCs w:val="24"/>
        </w:rPr>
        <w:t>CCS</w:t>
      </w:r>
      <w:r w:rsidR="00F22C75" w:rsidRPr="006C208E">
        <w:rPr>
          <w:rFonts w:ascii="Times New Roman" w:hAnsi="Times New Roman" w:cs="Times New Roman"/>
          <w:sz w:val="24"/>
          <w:szCs w:val="24"/>
        </w:rPr>
        <w:t>.</w:t>
      </w:r>
      <w:r w:rsidR="007C23B5" w:rsidRPr="006C208E">
        <w:rPr>
          <w:rFonts w:ascii="Times New Roman" w:hAnsi="Times New Roman" w:cs="Times New Roman"/>
          <w:sz w:val="24"/>
          <w:szCs w:val="24"/>
        </w:rPr>
        <w:t xml:space="preserve"> The NNNF may make direct payments to international vendors</w:t>
      </w:r>
      <w:r w:rsidR="00F22C75" w:rsidRPr="006C208E">
        <w:rPr>
          <w:rFonts w:ascii="Times New Roman" w:hAnsi="Times New Roman" w:cs="Times New Roman"/>
          <w:sz w:val="24"/>
          <w:szCs w:val="24"/>
        </w:rPr>
        <w:t xml:space="preserve"> </w:t>
      </w:r>
      <w:r w:rsidR="007C23B5" w:rsidRPr="006C208E">
        <w:rPr>
          <w:rFonts w:ascii="Times New Roman" w:hAnsi="Times New Roman" w:cs="Times New Roman"/>
          <w:sz w:val="24"/>
          <w:szCs w:val="24"/>
        </w:rPr>
        <w:t>of CRM software</w:t>
      </w:r>
      <w:r w:rsidR="001E2047" w:rsidRPr="006C208E">
        <w:rPr>
          <w:rFonts w:ascii="Times New Roman" w:hAnsi="Times New Roman" w:cs="Times New Roman"/>
          <w:sz w:val="24"/>
          <w:szCs w:val="24"/>
        </w:rPr>
        <w:t xml:space="preserve"> subject to availability of funds</w:t>
      </w:r>
      <w:r w:rsidR="007C23B5" w:rsidRPr="006C208E">
        <w:rPr>
          <w:rFonts w:ascii="Times New Roman" w:hAnsi="Times New Roman" w:cs="Times New Roman"/>
          <w:sz w:val="24"/>
          <w:szCs w:val="24"/>
        </w:rPr>
        <w:t xml:space="preserve">. </w:t>
      </w:r>
      <w:r w:rsidR="00F22C75" w:rsidRPr="006C208E">
        <w:rPr>
          <w:rFonts w:ascii="Times New Roman" w:hAnsi="Times New Roman" w:cs="Times New Roman"/>
          <w:sz w:val="24"/>
          <w:szCs w:val="24"/>
        </w:rPr>
        <w:t>The working capital financing for market expansion and all in-country costs are to be disbursed in local currency (MWK).</w:t>
      </w:r>
    </w:p>
    <w:p w14:paraId="1FB7C5D1" w14:textId="77777777" w:rsidR="005025DC" w:rsidRDefault="005025DC" w:rsidP="006C208E">
      <w:pPr>
        <w:spacing w:after="0"/>
        <w:jc w:val="both"/>
        <w:rPr>
          <w:rFonts w:ascii="Times New Roman" w:hAnsi="Times New Roman" w:cs="Times New Roman"/>
          <w:sz w:val="24"/>
          <w:szCs w:val="24"/>
        </w:rPr>
      </w:pPr>
    </w:p>
    <w:p w14:paraId="284A435E" w14:textId="12664336" w:rsidR="00D30901" w:rsidRPr="006C208E" w:rsidRDefault="005025DC" w:rsidP="006C208E">
      <w:pPr>
        <w:spacing w:after="0"/>
        <w:jc w:val="both"/>
        <w:rPr>
          <w:rFonts w:ascii="Times New Roman" w:hAnsi="Times New Roman" w:cs="Times New Roman"/>
          <w:sz w:val="24"/>
          <w:szCs w:val="24"/>
        </w:rPr>
      </w:pPr>
      <w:r w:rsidRPr="3C6C6D10">
        <w:rPr>
          <w:rFonts w:ascii="Times New Roman" w:hAnsi="Times New Roman" w:cs="Times New Roman"/>
          <w:sz w:val="24"/>
          <w:szCs w:val="24"/>
        </w:rPr>
        <w:t xml:space="preserve">The NNNF shall extend loans to eligible </w:t>
      </w:r>
      <w:r w:rsidR="0074425C" w:rsidRPr="3C6C6D10">
        <w:rPr>
          <w:rFonts w:ascii="Times New Roman" w:hAnsi="Times New Roman" w:cs="Times New Roman"/>
          <w:sz w:val="24"/>
          <w:szCs w:val="24"/>
        </w:rPr>
        <w:t>POs</w:t>
      </w:r>
      <w:r w:rsidRPr="3C6C6D10">
        <w:rPr>
          <w:rFonts w:ascii="Times New Roman" w:hAnsi="Times New Roman" w:cs="Times New Roman"/>
          <w:sz w:val="24"/>
          <w:szCs w:val="24"/>
        </w:rPr>
        <w:t xml:space="preserve"> under one of two </w:t>
      </w:r>
      <w:r w:rsidR="00074922">
        <w:rPr>
          <w:rFonts w:ascii="Times New Roman" w:hAnsi="Times New Roman" w:cs="Times New Roman"/>
          <w:sz w:val="24"/>
          <w:szCs w:val="24"/>
        </w:rPr>
        <w:t xml:space="preserve">debt </w:t>
      </w:r>
      <w:r w:rsidRPr="3C6C6D10">
        <w:rPr>
          <w:rFonts w:ascii="Times New Roman" w:hAnsi="Times New Roman" w:cs="Times New Roman"/>
          <w:sz w:val="24"/>
          <w:szCs w:val="24"/>
        </w:rPr>
        <w:t>options</w:t>
      </w:r>
      <w:r w:rsidR="00E7149B">
        <w:rPr>
          <w:rFonts w:ascii="Times New Roman" w:hAnsi="Times New Roman" w:cs="Times New Roman"/>
          <w:sz w:val="24"/>
          <w:szCs w:val="24"/>
        </w:rPr>
        <w:t xml:space="preserve"> </w:t>
      </w:r>
      <w:r w:rsidR="00E661D6">
        <w:rPr>
          <w:rFonts w:ascii="Times New Roman" w:hAnsi="Times New Roman" w:cs="Times New Roman"/>
          <w:sz w:val="24"/>
          <w:szCs w:val="24"/>
        </w:rPr>
        <w:t>which</w:t>
      </w:r>
      <w:r w:rsidR="00E7149B" w:rsidRPr="00E7149B">
        <w:rPr>
          <w:rFonts w:ascii="Times New Roman" w:hAnsi="Times New Roman" w:cs="Times New Roman"/>
          <w:sz w:val="24"/>
          <w:szCs w:val="24"/>
        </w:rPr>
        <w:t xml:space="preserve"> will determine</w:t>
      </w:r>
      <w:r w:rsidR="003F075D">
        <w:rPr>
          <w:rFonts w:ascii="Times New Roman" w:hAnsi="Times New Roman" w:cs="Times New Roman"/>
          <w:sz w:val="24"/>
          <w:szCs w:val="24"/>
        </w:rPr>
        <w:t xml:space="preserve"> </w:t>
      </w:r>
      <w:r w:rsidR="00E7149B" w:rsidRPr="00E7149B">
        <w:rPr>
          <w:rFonts w:ascii="Times New Roman" w:hAnsi="Times New Roman" w:cs="Times New Roman"/>
          <w:sz w:val="24"/>
          <w:szCs w:val="24"/>
        </w:rPr>
        <w:t>the applicable loan repayment</w:t>
      </w:r>
      <w:r w:rsidR="00B3679D">
        <w:rPr>
          <w:rFonts w:ascii="Times New Roman" w:hAnsi="Times New Roman" w:cs="Times New Roman"/>
          <w:sz w:val="24"/>
          <w:szCs w:val="24"/>
        </w:rPr>
        <w:t xml:space="preserve"> currency</w:t>
      </w:r>
      <w:r w:rsidR="00E7149B" w:rsidRPr="00E7149B">
        <w:rPr>
          <w:rFonts w:ascii="Times New Roman" w:hAnsi="Times New Roman" w:cs="Times New Roman"/>
          <w:sz w:val="24"/>
          <w:szCs w:val="24"/>
        </w:rPr>
        <w:t xml:space="preserve"> and associated </w:t>
      </w:r>
      <w:r w:rsidR="00B53299">
        <w:rPr>
          <w:rFonts w:ascii="Times New Roman" w:hAnsi="Times New Roman" w:cs="Times New Roman"/>
          <w:sz w:val="24"/>
          <w:szCs w:val="24"/>
        </w:rPr>
        <w:t xml:space="preserve">carbon rights </w:t>
      </w:r>
      <w:r w:rsidR="00852FFD">
        <w:rPr>
          <w:rFonts w:ascii="Times New Roman" w:hAnsi="Times New Roman" w:cs="Times New Roman"/>
          <w:sz w:val="24"/>
          <w:szCs w:val="24"/>
        </w:rPr>
        <w:t>of the</w:t>
      </w:r>
      <w:r w:rsidR="00E7149B" w:rsidRPr="00E7149B">
        <w:rPr>
          <w:rFonts w:ascii="Times New Roman" w:hAnsi="Times New Roman" w:cs="Times New Roman"/>
          <w:sz w:val="24"/>
          <w:szCs w:val="24"/>
        </w:rPr>
        <w:t xml:space="preserve"> CCS financed under the NNNF.</w:t>
      </w:r>
      <w:r w:rsidR="00653050" w:rsidRPr="3C6C6D10">
        <w:rPr>
          <w:rFonts w:ascii="Times New Roman" w:hAnsi="Times New Roman" w:cs="Times New Roman"/>
          <w:sz w:val="24"/>
          <w:szCs w:val="24"/>
        </w:rPr>
        <w:t xml:space="preserve"> </w:t>
      </w:r>
      <w:r w:rsidR="00AF220E" w:rsidRPr="00AF220E">
        <w:rPr>
          <w:rFonts w:ascii="Times New Roman" w:hAnsi="Times New Roman" w:cs="Times New Roman"/>
          <w:sz w:val="24"/>
          <w:szCs w:val="24"/>
        </w:rPr>
        <w:t>The selection of Option 1 or Option 2 shall be subject to</w:t>
      </w:r>
      <w:r w:rsidR="00665AA9">
        <w:rPr>
          <w:rFonts w:ascii="Times New Roman" w:hAnsi="Times New Roman" w:cs="Times New Roman"/>
          <w:sz w:val="24"/>
          <w:szCs w:val="24"/>
        </w:rPr>
        <w:t xml:space="preserve"> the</w:t>
      </w:r>
      <w:r w:rsidR="00AF220E" w:rsidRPr="00AF220E">
        <w:rPr>
          <w:rFonts w:ascii="Times New Roman" w:hAnsi="Times New Roman" w:cs="Times New Roman"/>
          <w:sz w:val="24"/>
          <w:szCs w:val="24"/>
        </w:rPr>
        <w:t xml:space="preserve"> assessment </w:t>
      </w:r>
      <w:r w:rsidR="00665AA9">
        <w:rPr>
          <w:rFonts w:ascii="Times New Roman" w:hAnsi="Times New Roman" w:cs="Times New Roman"/>
          <w:sz w:val="24"/>
          <w:szCs w:val="24"/>
        </w:rPr>
        <w:t xml:space="preserve">of submitted proposal </w:t>
      </w:r>
      <w:r w:rsidR="00AF220E" w:rsidRPr="00AF220E">
        <w:rPr>
          <w:rFonts w:ascii="Times New Roman" w:hAnsi="Times New Roman" w:cs="Times New Roman"/>
          <w:sz w:val="24"/>
          <w:szCs w:val="24"/>
        </w:rPr>
        <w:t xml:space="preserve">and approval of </w:t>
      </w:r>
      <w:proofErr w:type="spellStart"/>
      <w:r w:rsidR="00AF220E" w:rsidRPr="00AF220E">
        <w:rPr>
          <w:rFonts w:ascii="Times New Roman" w:hAnsi="Times New Roman" w:cs="Times New Roman"/>
          <w:sz w:val="24"/>
          <w:szCs w:val="24"/>
        </w:rPr>
        <w:t>MoE</w:t>
      </w:r>
      <w:proofErr w:type="spellEnd"/>
      <w:r w:rsidR="00AF220E" w:rsidRPr="00AF220E">
        <w:rPr>
          <w:rFonts w:ascii="Times New Roman" w:hAnsi="Times New Roman" w:cs="Times New Roman"/>
          <w:sz w:val="24"/>
          <w:szCs w:val="24"/>
        </w:rPr>
        <w:t>/NNNF and shall be documented in the Loan and Security Agreement</w:t>
      </w:r>
      <w:r w:rsidR="00EF5BEE" w:rsidRPr="3C6C6D10">
        <w:rPr>
          <w:rFonts w:ascii="Times New Roman" w:hAnsi="Times New Roman" w:cs="Times New Roman"/>
          <w:sz w:val="24"/>
          <w:szCs w:val="24"/>
        </w:rPr>
        <w:t xml:space="preserve">. </w:t>
      </w:r>
      <w:r w:rsidR="00653050" w:rsidRPr="3C6C6D10">
        <w:rPr>
          <w:rFonts w:ascii="Times New Roman" w:hAnsi="Times New Roman" w:cs="Times New Roman"/>
          <w:sz w:val="24"/>
          <w:szCs w:val="24"/>
        </w:rPr>
        <w:t>The key features of the two financing options under the NNNF Clean Cooking Loan Window are as follows:</w:t>
      </w:r>
    </w:p>
    <w:p w14:paraId="75179242" w14:textId="7C5E00AA" w:rsidR="00E06B6E" w:rsidRPr="00231127" w:rsidRDefault="00E06B6E" w:rsidP="00E829C5">
      <w:pPr>
        <w:spacing w:after="0"/>
        <w:contextualSpacing/>
        <w:jc w:val="both"/>
        <w:rPr>
          <w:kern w:val="24"/>
          <w:lang w:eastAsia="ja-JP"/>
        </w:rPr>
      </w:pPr>
    </w:p>
    <w:p w14:paraId="627F51BC" w14:textId="7833D0DC" w:rsidR="00380FB0" w:rsidRPr="00BF35D1" w:rsidRDefault="009804F7" w:rsidP="00E829C5">
      <w:pPr>
        <w:pStyle w:val="ListParagraph"/>
        <w:numPr>
          <w:ilvl w:val="1"/>
          <w:numId w:val="38"/>
        </w:numPr>
        <w:jc w:val="both"/>
        <w:rPr>
          <w:rFonts w:ascii="Times New Roman" w:hAnsi="Times New Roman" w:cs="Times New Roman"/>
          <w:sz w:val="24"/>
          <w:szCs w:val="24"/>
        </w:rPr>
      </w:pPr>
      <w:r w:rsidRPr="00BF35D1">
        <w:rPr>
          <w:rFonts w:ascii="Times New Roman" w:hAnsi="Times New Roman" w:cs="Times New Roman"/>
          <w:b/>
          <w:bCs/>
          <w:kern w:val="24"/>
          <w:sz w:val="24"/>
          <w:szCs w:val="24"/>
          <w:lang w:eastAsia="ja-JP"/>
        </w:rPr>
        <w:t>Option 1</w:t>
      </w:r>
      <w:r w:rsidR="08BCB90A" w:rsidRPr="00BF35D1">
        <w:rPr>
          <w:rFonts w:ascii="Times New Roman" w:hAnsi="Times New Roman" w:cs="Times New Roman"/>
          <w:b/>
          <w:bCs/>
          <w:sz w:val="24"/>
          <w:szCs w:val="24"/>
          <w:lang w:eastAsia="ja-JP"/>
        </w:rPr>
        <w:t xml:space="preserve">: </w:t>
      </w:r>
      <w:r w:rsidR="01660E69" w:rsidRPr="00BF35D1">
        <w:rPr>
          <w:rFonts w:ascii="Times New Roman" w:hAnsi="Times New Roman" w:cs="Times New Roman"/>
          <w:b/>
          <w:bCs/>
          <w:sz w:val="24"/>
          <w:szCs w:val="24"/>
          <w:lang w:eastAsia="ja-JP"/>
        </w:rPr>
        <w:t>Loan repayment in MWK</w:t>
      </w:r>
    </w:p>
    <w:p w14:paraId="6C6A17D2" w14:textId="1FBBCB3E" w:rsidR="00380FB0" w:rsidRPr="00786085" w:rsidRDefault="00CA4BFA" w:rsidP="001F3827">
      <w:pPr>
        <w:pStyle w:val="ListParagraph"/>
        <w:ind w:left="1080"/>
        <w:jc w:val="both"/>
      </w:pPr>
      <w:r w:rsidRPr="3C6C6D10">
        <w:rPr>
          <w:rFonts w:ascii="Times New Roman" w:hAnsi="Times New Roman" w:cs="Times New Roman"/>
          <w:sz w:val="24"/>
          <w:szCs w:val="24"/>
          <w:lang w:eastAsia="ja-JP"/>
        </w:rPr>
        <w:t xml:space="preserve"> </w:t>
      </w:r>
      <w:r w:rsidR="1C367120" w:rsidRPr="3C6C6D10">
        <w:rPr>
          <w:rFonts w:ascii="Times New Roman" w:hAnsi="Times New Roman" w:cs="Times New Roman"/>
          <w:sz w:val="24"/>
          <w:szCs w:val="24"/>
          <w:lang w:eastAsia="ja-JP"/>
        </w:rPr>
        <w:t xml:space="preserve">The </w:t>
      </w:r>
      <w:r w:rsidRPr="3C6C6D10">
        <w:rPr>
          <w:rFonts w:ascii="Times New Roman" w:hAnsi="Times New Roman" w:cs="Times New Roman"/>
          <w:sz w:val="24"/>
          <w:szCs w:val="24"/>
          <w:lang w:eastAsia="ja-JP"/>
        </w:rPr>
        <w:t>principal features ar</w:t>
      </w:r>
      <w:r w:rsidR="00876A21" w:rsidRPr="3C6C6D10">
        <w:rPr>
          <w:rFonts w:ascii="Times New Roman" w:hAnsi="Times New Roman" w:cs="Times New Roman"/>
          <w:sz w:val="24"/>
          <w:szCs w:val="24"/>
          <w:lang w:eastAsia="ja-JP"/>
        </w:rPr>
        <w:t>e:</w:t>
      </w:r>
    </w:p>
    <w:p w14:paraId="6DE8DD8F" w14:textId="162238E3" w:rsidR="003A7336" w:rsidRPr="003A7336" w:rsidRDefault="0ABEA1DF" w:rsidP="00E829C5">
      <w:pPr>
        <w:pStyle w:val="ListParagraph"/>
        <w:numPr>
          <w:ilvl w:val="0"/>
          <w:numId w:val="42"/>
        </w:numPr>
        <w:jc w:val="both"/>
        <w:rPr>
          <w:rFonts w:ascii="Times New Roman" w:hAnsi="Times New Roman" w:cs="Times New Roman"/>
          <w:sz w:val="24"/>
          <w:szCs w:val="24"/>
        </w:rPr>
      </w:pPr>
      <w:r w:rsidRPr="3C6C6D10">
        <w:rPr>
          <w:rFonts w:ascii="Times New Roman" w:hAnsi="Times New Roman" w:cs="Times New Roman"/>
          <w:sz w:val="24"/>
          <w:szCs w:val="24"/>
        </w:rPr>
        <w:t>Loan r</w:t>
      </w:r>
      <w:r w:rsidR="003A7336" w:rsidRPr="3C6C6D10">
        <w:rPr>
          <w:rFonts w:ascii="Times New Roman" w:hAnsi="Times New Roman" w:cs="Times New Roman"/>
          <w:sz w:val="24"/>
          <w:szCs w:val="24"/>
        </w:rPr>
        <w:t>epayment will be made in cash (MWK)</w:t>
      </w:r>
      <w:r w:rsidR="00F73778" w:rsidRPr="3C6C6D10">
        <w:rPr>
          <w:rFonts w:ascii="Times New Roman" w:hAnsi="Times New Roman" w:cs="Times New Roman"/>
          <w:sz w:val="24"/>
          <w:szCs w:val="24"/>
        </w:rPr>
        <w:t>.</w:t>
      </w:r>
      <w:r w:rsidR="003A7336" w:rsidRPr="3C6C6D10">
        <w:rPr>
          <w:rFonts w:ascii="Times New Roman" w:hAnsi="Times New Roman" w:cs="Times New Roman"/>
          <w:sz w:val="24"/>
          <w:szCs w:val="24"/>
        </w:rPr>
        <w:t xml:space="preserve"> </w:t>
      </w:r>
    </w:p>
    <w:p w14:paraId="1988AF49" w14:textId="77A202C7" w:rsidR="003A7336" w:rsidRPr="003A7336" w:rsidRDefault="00975410" w:rsidP="00E829C5">
      <w:pPr>
        <w:pStyle w:val="ListParagraph"/>
        <w:numPr>
          <w:ilvl w:val="0"/>
          <w:numId w:val="42"/>
        </w:numPr>
        <w:jc w:val="both"/>
        <w:rPr>
          <w:rFonts w:ascii="Times New Roman" w:hAnsi="Times New Roman" w:cs="Times New Roman"/>
          <w:sz w:val="24"/>
          <w:szCs w:val="24"/>
        </w:rPr>
      </w:pPr>
      <w:r>
        <w:rPr>
          <w:rFonts w:ascii="Times New Roman" w:hAnsi="Times New Roman" w:cs="Times New Roman"/>
          <w:sz w:val="24"/>
          <w:szCs w:val="24"/>
        </w:rPr>
        <w:t xml:space="preserve">Where NNNF makes direct </w:t>
      </w:r>
      <w:r w:rsidR="003A7336" w:rsidRPr="003A7336">
        <w:rPr>
          <w:rFonts w:ascii="Times New Roman" w:hAnsi="Times New Roman" w:cs="Times New Roman"/>
          <w:sz w:val="24"/>
          <w:szCs w:val="24"/>
        </w:rPr>
        <w:t xml:space="preserve">USD payments </w:t>
      </w:r>
      <w:r>
        <w:rPr>
          <w:rFonts w:ascii="Times New Roman" w:hAnsi="Times New Roman" w:cs="Times New Roman"/>
          <w:sz w:val="24"/>
          <w:szCs w:val="24"/>
        </w:rPr>
        <w:t>to eligible supplier</w:t>
      </w:r>
      <w:r w:rsidR="00525702">
        <w:rPr>
          <w:rFonts w:ascii="Times New Roman" w:hAnsi="Times New Roman" w:cs="Times New Roman"/>
          <w:sz w:val="24"/>
          <w:szCs w:val="24"/>
        </w:rPr>
        <w:t>s</w:t>
      </w:r>
      <w:r>
        <w:rPr>
          <w:rFonts w:ascii="Times New Roman" w:hAnsi="Times New Roman" w:cs="Times New Roman"/>
          <w:sz w:val="24"/>
          <w:szCs w:val="24"/>
        </w:rPr>
        <w:t xml:space="preserve"> </w:t>
      </w:r>
      <w:r w:rsidR="003A7336" w:rsidRPr="003A7336">
        <w:rPr>
          <w:rFonts w:ascii="Times New Roman" w:hAnsi="Times New Roman" w:cs="Times New Roman"/>
          <w:sz w:val="24"/>
          <w:szCs w:val="24"/>
        </w:rPr>
        <w:t>on behalf of POs</w:t>
      </w:r>
      <w:r>
        <w:rPr>
          <w:rFonts w:ascii="Times New Roman" w:hAnsi="Times New Roman" w:cs="Times New Roman"/>
          <w:sz w:val="24"/>
          <w:szCs w:val="24"/>
        </w:rPr>
        <w:t xml:space="preserve">, the amount disbursed </w:t>
      </w:r>
      <w:r w:rsidR="003A7336" w:rsidRPr="003A7336">
        <w:rPr>
          <w:rFonts w:ascii="Times New Roman" w:hAnsi="Times New Roman" w:cs="Times New Roman"/>
          <w:sz w:val="24"/>
          <w:szCs w:val="24"/>
        </w:rPr>
        <w:t xml:space="preserve">will be recorded as a local currency loan issued to POs, converted </w:t>
      </w:r>
      <w:r>
        <w:rPr>
          <w:rFonts w:ascii="Times New Roman" w:hAnsi="Times New Roman" w:cs="Times New Roman"/>
          <w:sz w:val="24"/>
          <w:szCs w:val="24"/>
        </w:rPr>
        <w:t xml:space="preserve">into MWK </w:t>
      </w:r>
      <w:r w:rsidR="003A7336" w:rsidRPr="003A7336">
        <w:rPr>
          <w:rFonts w:ascii="Times New Roman" w:hAnsi="Times New Roman" w:cs="Times New Roman"/>
          <w:sz w:val="24"/>
          <w:szCs w:val="24"/>
        </w:rPr>
        <w:t>at the middle exchange rate published by the Reserve Bank of Malawi at the date of the transaction.</w:t>
      </w:r>
      <w:r w:rsidR="002105FA">
        <w:rPr>
          <w:rFonts w:ascii="Times New Roman" w:hAnsi="Times New Roman" w:cs="Times New Roman"/>
          <w:sz w:val="24"/>
          <w:szCs w:val="24"/>
        </w:rPr>
        <w:t xml:space="preserve"> </w:t>
      </w:r>
    </w:p>
    <w:p w14:paraId="129196B2" w14:textId="1D517BCA" w:rsidR="00452131" w:rsidRPr="00E829C5" w:rsidRDefault="006451FC" w:rsidP="00E829C5">
      <w:pPr>
        <w:pStyle w:val="ListParagraph"/>
        <w:numPr>
          <w:ilvl w:val="0"/>
          <w:numId w:val="42"/>
        </w:numPr>
        <w:jc w:val="both"/>
        <w:rPr>
          <w:rFonts w:ascii="Times New Roman" w:hAnsi="Times New Roman" w:cs="Times New Roman"/>
          <w:sz w:val="24"/>
          <w:szCs w:val="24"/>
        </w:rPr>
      </w:pPr>
      <w:r w:rsidRPr="003A7336">
        <w:rPr>
          <w:rFonts w:ascii="Times New Roman" w:hAnsi="Times New Roman" w:cs="Times New Roman"/>
          <w:sz w:val="24"/>
          <w:szCs w:val="24"/>
        </w:rPr>
        <w:t xml:space="preserve">Any local-currency disbursement for eligible working capital and/or in-country costs will be </w:t>
      </w:r>
      <w:r w:rsidR="003A7336" w:rsidRPr="003A7336">
        <w:rPr>
          <w:rFonts w:ascii="Times New Roman" w:hAnsi="Times New Roman" w:cs="Times New Roman"/>
          <w:sz w:val="24"/>
          <w:szCs w:val="24"/>
        </w:rPr>
        <w:t>added to the PO's MWK loan balance.</w:t>
      </w:r>
      <w:r w:rsidR="00452131">
        <w:rPr>
          <w:rFonts w:ascii="Times New Roman" w:hAnsi="Times New Roman" w:cs="Times New Roman"/>
          <w:sz w:val="24"/>
          <w:szCs w:val="24"/>
        </w:rPr>
        <w:t xml:space="preserve"> </w:t>
      </w:r>
    </w:p>
    <w:p w14:paraId="1D2DDA92" w14:textId="3C08199A" w:rsidR="00E06B6E" w:rsidRPr="00231127" w:rsidRDefault="00E06B6E" w:rsidP="00E829C5">
      <w:pPr>
        <w:pStyle w:val="ListParagraph"/>
        <w:ind w:left="1080"/>
      </w:pPr>
    </w:p>
    <w:p w14:paraId="5E0D08F8" w14:textId="163608F5" w:rsidR="002A629F" w:rsidRPr="00E829C5" w:rsidRDefault="00E06B6E">
      <w:pPr>
        <w:pStyle w:val="ListParagraph"/>
        <w:numPr>
          <w:ilvl w:val="1"/>
          <w:numId w:val="38"/>
        </w:numPr>
        <w:tabs>
          <w:tab w:val="left" w:pos="1590"/>
        </w:tabs>
        <w:spacing w:after="0"/>
        <w:jc w:val="both"/>
        <w:rPr>
          <w:rFonts w:ascii="Times New Roman" w:hAnsi="Times New Roman" w:cs="Times New Roman"/>
          <w:kern w:val="24"/>
        </w:rPr>
      </w:pPr>
      <w:r w:rsidRPr="00E829C5">
        <w:rPr>
          <w:rFonts w:ascii="Times New Roman" w:hAnsi="Times New Roman" w:cs="Times New Roman"/>
          <w:b/>
          <w:bCs/>
          <w:kern w:val="24"/>
        </w:rPr>
        <w:t xml:space="preserve"> </w:t>
      </w:r>
      <w:r w:rsidRPr="00E829C5">
        <w:rPr>
          <w:rFonts w:ascii="Times New Roman" w:hAnsi="Times New Roman" w:cs="Times New Roman"/>
          <w:b/>
          <w:bCs/>
          <w:kern w:val="24"/>
          <w:sz w:val="24"/>
          <w:szCs w:val="24"/>
        </w:rPr>
        <w:t>Option 2</w:t>
      </w:r>
      <w:r w:rsidR="414F6CBE" w:rsidRPr="3C6C6D10">
        <w:rPr>
          <w:rFonts w:ascii="Times New Roman" w:hAnsi="Times New Roman" w:cs="Times New Roman"/>
          <w:b/>
          <w:bCs/>
          <w:sz w:val="24"/>
          <w:szCs w:val="24"/>
        </w:rPr>
        <w:t>:</w:t>
      </w:r>
      <w:r w:rsidRPr="3C6C6D10">
        <w:rPr>
          <w:rFonts w:ascii="Times New Roman" w:hAnsi="Times New Roman" w:cs="Times New Roman"/>
          <w:b/>
          <w:bCs/>
          <w:sz w:val="24"/>
          <w:szCs w:val="24"/>
        </w:rPr>
        <w:t xml:space="preserve"> </w:t>
      </w:r>
      <w:r w:rsidR="7E368B0D" w:rsidRPr="3C6C6D10">
        <w:rPr>
          <w:rFonts w:ascii="Times New Roman" w:hAnsi="Times New Roman" w:cs="Times New Roman"/>
          <w:b/>
          <w:bCs/>
          <w:sz w:val="24"/>
          <w:szCs w:val="24"/>
        </w:rPr>
        <w:t>Loan repayment in</w:t>
      </w:r>
      <w:r w:rsidR="6CAB39D1" w:rsidRPr="3C6C6D10">
        <w:rPr>
          <w:rFonts w:ascii="Times New Roman" w:hAnsi="Times New Roman" w:cs="Times New Roman"/>
          <w:b/>
          <w:bCs/>
          <w:sz w:val="24"/>
          <w:szCs w:val="24"/>
        </w:rPr>
        <w:t xml:space="preserve"> </w:t>
      </w:r>
      <w:r w:rsidR="7E368B0D" w:rsidRPr="3C6C6D10">
        <w:rPr>
          <w:rFonts w:ascii="Times New Roman" w:hAnsi="Times New Roman" w:cs="Times New Roman"/>
          <w:b/>
          <w:bCs/>
          <w:sz w:val="24"/>
          <w:szCs w:val="24"/>
        </w:rPr>
        <w:t>USD</w:t>
      </w:r>
      <w:r w:rsidR="009F4E39">
        <w:rPr>
          <w:rFonts w:ascii="Times New Roman" w:hAnsi="Times New Roman" w:cs="Times New Roman"/>
          <w:b/>
          <w:bCs/>
          <w:sz w:val="24"/>
          <w:szCs w:val="24"/>
        </w:rPr>
        <w:t xml:space="preserve"> and MWK</w:t>
      </w:r>
      <w:r w:rsidR="000C2203">
        <w:rPr>
          <w:rStyle w:val="FootnoteReference"/>
          <w:rFonts w:ascii="Times New Roman" w:eastAsia="SimSun" w:hAnsi="Times New Roman" w:cs="Times New Roman"/>
          <w:sz w:val="24"/>
          <w:szCs w:val="24"/>
          <w:lang w:eastAsia="ja-JP"/>
        </w:rPr>
        <w:footnoteReference w:id="5"/>
      </w:r>
    </w:p>
    <w:p w14:paraId="695C59AA" w14:textId="2C886995" w:rsidR="00E06B6E" w:rsidRPr="00E829C5" w:rsidRDefault="008331C3" w:rsidP="001F3827">
      <w:pPr>
        <w:pStyle w:val="ListParagraph"/>
        <w:tabs>
          <w:tab w:val="left" w:pos="1590"/>
        </w:tabs>
        <w:spacing w:after="0"/>
        <w:ind w:left="1080"/>
        <w:jc w:val="both"/>
      </w:pPr>
      <w:r w:rsidRPr="3C6C6D10">
        <w:rPr>
          <w:rFonts w:ascii="Times New Roman" w:hAnsi="Times New Roman" w:cs="Times New Roman"/>
          <w:sz w:val="24"/>
          <w:szCs w:val="24"/>
        </w:rPr>
        <w:t xml:space="preserve"> The principal features are</w:t>
      </w:r>
      <w:r w:rsidR="002A629F" w:rsidRPr="3C6C6D10">
        <w:rPr>
          <w:rFonts w:ascii="Times New Roman" w:hAnsi="Times New Roman" w:cs="Times New Roman"/>
          <w:sz w:val="24"/>
          <w:szCs w:val="24"/>
        </w:rPr>
        <w:t>:</w:t>
      </w:r>
    </w:p>
    <w:p w14:paraId="328D179E" w14:textId="7BB33BB1" w:rsidR="00C148A8" w:rsidRDefault="00BA41A9" w:rsidP="00E829C5">
      <w:pPr>
        <w:numPr>
          <w:ilvl w:val="1"/>
          <w:numId w:val="41"/>
        </w:numPr>
        <w:spacing w:after="0" w:line="259" w:lineRule="auto"/>
        <w:contextualSpacing/>
        <w:jc w:val="both"/>
        <w:rPr>
          <w:rFonts w:ascii="Times New Roman" w:eastAsia="SimSun" w:hAnsi="Times New Roman" w:cs="Times New Roman"/>
          <w:sz w:val="24"/>
          <w:szCs w:val="24"/>
          <w:lang w:eastAsia="ja-JP"/>
        </w:rPr>
      </w:pPr>
      <w:r>
        <w:rPr>
          <w:rFonts w:ascii="Times New Roman" w:hAnsi="Times New Roman" w:cs="Times New Roman"/>
          <w:sz w:val="24"/>
          <w:szCs w:val="24"/>
        </w:rPr>
        <w:t xml:space="preserve">Where NNNF makes </w:t>
      </w:r>
      <w:r w:rsidR="00E421EB">
        <w:rPr>
          <w:rFonts w:ascii="Times New Roman" w:hAnsi="Times New Roman" w:cs="Times New Roman"/>
          <w:sz w:val="24"/>
          <w:szCs w:val="24"/>
        </w:rPr>
        <w:t>direct</w:t>
      </w:r>
      <w:r>
        <w:rPr>
          <w:rFonts w:ascii="Times New Roman" w:hAnsi="Times New Roman" w:cs="Times New Roman"/>
          <w:sz w:val="24"/>
          <w:szCs w:val="24"/>
        </w:rPr>
        <w:t xml:space="preserve"> </w:t>
      </w:r>
      <w:r w:rsidRPr="003A7336">
        <w:rPr>
          <w:rFonts w:ascii="Times New Roman" w:hAnsi="Times New Roman" w:cs="Times New Roman"/>
          <w:sz w:val="24"/>
          <w:szCs w:val="24"/>
        </w:rPr>
        <w:t xml:space="preserve">USD payments </w:t>
      </w:r>
      <w:r w:rsidR="00525702">
        <w:rPr>
          <w:rFonts w:ascii="Times New Roman" w:hAnsi="Times New Roman" w:cs="Times New Roman"/>
          <w:sz w:val="24"/>
          <w:szCs w:val="24"/>
        </w:rPr>
        <w:t>to eligible</w:t>
      </w:r>
      <w:r>
        <w:rPr>
          <w:rFonts w:ascii="Times New Roman" w:hAnsi="Times New Roman" w:cs="Times New Roman"/>
          <w:sz w:val="24"/>
          <w:szCs w:val="24"/>
        </w:rPr>
        <w:t xml:space="preserve"> supplier</w:t>
      </w:r>
      <w:r w:rsidR="00E421EB">
        <w:rPr>
          <w:rFonts w:ascii="Times New Roman" w:hAnsi="Times New Roman" w:cs="Times New Roman"/>
          <w:sz w:val="24"/>
          <w:szCs w:val="24"/>
        </w:rPr>
        <w:t>s</w:t>
      </w:r>
      <w:r>
        <w:rPr>
          <w:rFonts w:ascii="Times New Roman" w:hAnsi="Times New Roman" w:cs="Times New Roman"/>
          <w:sz w:val="24"/>
          <w:szCs w:val="24"/>
        </w:rPr>
        <w:t xml:space="preserve"> </w:t>
      </w:r>
      <w:r w:rsidRPr="003A7336">
        <w:rPr>
          <w:rFonts w:ascii="Times New Roman" w:hAnsi="Times New Roman" w:cs="Times New Roman"/>
          <w:sz w:val="24"/>
          <w:szCs w:val="24"/>
        </w:rPr>
        <w:t>on behalf of POs</w:t>
      </w:r>
      <w:r>
        <w:rPr>
          <w:rFonts w:ascii="Times New Roman" w:hAnsi="Times New Roman" w:cs="Times New Roman"/>
          <w:sz w:val="24"/>
          <w:szCs w:val="24"/>
        </w:rPr>
        <w:t xml:space="preserve">, the amount disbursed </w:t>
      </w:r>
      <w:r w:rsidRPr="003A7336">
        <w:rPr>
          <w:rFonts w:ascii="Times New Roman" w:hAnsi="Times New Roman" w:cs="Times New Roman"/>
          <w:sz w:val="24"/>
          <w:szCs w:val="24"/>
        </w:rPr>
        <w:t xml:space="preserve">will be recorded as a </w:t>
      </w:r>
      <w:r w:rsidR="00C148A8" w:rsidRPr="00C148A8">
        <w:rPr>
          <w:rFonts w:ascii="Times New Roman" w:eastAsia="SimSun" w:hAnsi="Times New Roman" w:cs="Times New Roman"/>
          <w:sz w:val="24"/>
          <w:szCs w:val="24"/>
          <w:lang w:eastAsia="ja-JP"/>
        </w:rPr>
        <w:t xml:space="preserve">USD-denominated </w:t>
      </w:r>
      <w:r w:rsidR="007E3180" w:rsidRPr="00C148A8">
        <w:rPr>
          <w:rFonts w:ascii="Times New Roman" w:eastAsia="SimSun" w:hAnsi="Times New Roman" w:cs="Times New Roman"/>
          <w:sz w:val="24"/>
          <w:szCs w:val="24"/>
          <w:lang w:eastAsia="ja-JP"/>
        </w:rPr>
        <w:t>loan</w:t>
      </w:r>
      <w:r w:rsidR="00C148A8" w:rsidRPr="00C148A8">
        <w:rPr>
          <w:rFonts w:ascii="Times New Roman" w:eastAsia="SimSun" w:hAnsi="Times New Roman" w:cs="Times New Roman"/>
          <w:sz w:val="24"/>
          <w:szCs w:val="24"/>
          <w:lang w:eastAsia="ja-JP"/>
        </w:rPr>
        <w:t xml:space="preserve"> and repaid by the POs in USD. </w:t>
      </w:r>
      <w:r w:rsidR="00223F66">
        <w:rPr>
          <w:rFonts w:ascii="Times New Roman" w:eastAsia="SimSun" w:hAnsi="Times New Roman" w:cs="Times New Roman"/>
          <w:sz w:val="24"/>
          <w:szCs w:val="24"/>
          <w:lang w:eastAsia="ja-JP"/>
        </w:rPr>
        <w:t xml:space="preserve"> </w:t>
      </w:r>
    </w:p>
    <w:p w14:paraId="1D112D42" w14:textId="6C5E7C4F" w:rsidR="00380B6A" w:rsidRPr="00C148A8" w:rsidRDefault="00786085" w:rsidP="00E829C5">
      <w:pPr>
        <w:numPr>
          <w:ilvl w:val="1"/>
          <w:numId w:val="41"/>
        </w:numPr>
        <w:spacing w:after="0" w:line="259" w:lineRule="auto"/>
        <w:contextualSpacing/>
        <w:jc w:val="both"/>
        <w:rPr>
          <w:rFonts w:ascii="Times New Roman" w:eastAsia="SimSun" w:hAnsi="Times New Roman" w:cs="Times New Roman"/>
          <w:sz w:val="24"/>
          <w:szCs w:val="24"/>
          <w:lang w:eastAsia="ja-JP"/>
        </w:rPr>
      </w:pPr>
      <w:r w:rsidRPr="3C6C6D10">
        <w:rPr>
          <w:rFonts w:ascii="Times New Roman" w:eastAsia="SimSun" w:hAnsi="Times New Roman" w:cs="Times New Roman"/>
          <w:sz w:val="24"/>
          <w:szCs w:val="24"/>
          <w:lang w:eastAsia="ja-JP"/>
        </w:rPr>
        <w:t>Local-currency loans for eligible working capital and in-country costs will be recorded as a MWK-denominated loan and repaid by the POs in local currency (MWK).</w:t>
      </w:r>
    </w:p>
    <w:p w14:paraId="7CBC694E" w14:textId="77777777" w:rsidR="00841459" w:rsidRPr="00E829C5" w:rsidRDefault="00841459" w:rsidP="00380B6A">
      <w:pPr>
        <w:tabs>
          <w:tab w:val="left" w:pos="1590"/>
        </w:tabs>
        <w:spacing w:after="0"/>
        <w:contextualSpacing/>
        <w:jc w:val="both"/>
        <w:rPr>
          <w:rFonts w:ascii="Times New Roman" w:hAnsi="Times New Roman" w:cs="Times New Roman"/>
          <w:sz w:val="12"/>
          <w:szCs w:val="12"/>
        </w:rPr>
      </w:pPr>
    </w:p>
    <w:p w14:paraId="0195D173" w14:textId="7F0EB73D" w:rsidR="00866993" w:rsidRDefault="00F95E6D">
      <w:pPr>
        <w:rPr>
          <w:rFonts w:ascii="Times New Roman" w:hAnsi="Times New Roman" w:cs="Times New Roman"/>
          <w:sz w:val="24"/>
          <w:szCs w:val="24"/>
        </w:rPr>
      </w:pPr>
      <w:r w:rsidRPr="00CE55E0">
        <w:rPr>
          <w:rFonts w:ascii="Times New Roman" w:hAnsi="Times New Roman" w:cs="Times New Roman"/>
          <w:sz w:val="24"/>
          <w:szCs w:val="24"/>
        </w:rPr>
        <w:t>The</w:t>
      </w:r>
      <w:r>
        <w:rPr>
          <w:rFonts w:ascii="Times New Roman" w:hAnsi="Times New Roman" w:cs="Times New Roman"/>
          <w:sz w:val="24"/>
          <w:szCs w:val="24"/>
        </w:rPr>
        <w:t xml:space="preserve"> key</w:t>
      </w:r>
      <w:r w:rsidRPr="00CE55E0">
        <w:rPr>
          <w:rFonts w:ascii="Times New Roman" w:hAnsi="Times New Roman" w:cs="Times New Roman"/>
          <w:sz w:val="24"/>
          <w:szCs w:val="24"/>
        </w:rPr>
        <w:t xml:space="preserve"> </w:t>
      </w:r>
      <w:r w:rsidRPr="00A914AB">
        <w:rPr>
          <w:rFonts w:ascii="Times New Roman" w:hAnsi="Times New Roman" w:cs="Times New Roman"/>
          <w:sz w:val="24"/>
          <w:szCs w:val="24"/>
        </w:rPr>
        <w:t xml:space="preserve">terms </w:t>
      </w:r>
      <w:r>
        <w:rPr>
          <w:rFonts w:ascii="Times New Roman" w:hAnsi="Times New Roman" w:cs="Times New Roman"/>
          <w:sz w:val="24"/>
          <w:szCs w:val="24"/>
        </w:rPr>
        <w:t xml:space="preserve">of the </w:t>
      </w:r>
      <w:r w:rsidRPr="00CE55E0">
        <w:rPr>
          <w:rFonts w:ascii="Times New Roman" w:hAnsi="Times New Roman" w:cs="Times New Roman"/>
          <w:sz w:val="24"/>
          <w:szCs w:val="24"/>
        </w:rPr>
        <w:t>loan funds</w:t>
      </w:r>
      <w:r>
        <w:rPr>
          <w:rFonts w:ascii="Times New Roman" w:hAnsi="Times New Roman" w:cs="Times New Roman"/>
          <w:sz w:val="24"/>
          <w:szCs w:val="24"/>
        </w:rPr>
        <w:t xml:space="preserve"> are</w:t>
      </w:r>
      <w:r w:rsidRPr="00CE55E0">
        <w:rPr>
          <w:rFonts w:ascii="Times New Roman" w:hAnsi="Times New Roman" w:cs="Times New Roman"/>
          <w:sz w:val="24"/>
          <w:szCs w:val="24"/>
        </w:rPr>
        <w:t xml:space="preserve"> summarized in the table below</w:t>
      </w:r>
      <w:r>
        <w:rPr>
          <w:rFonts w:ascii="Times New Roman" w:hAnsi="Times New Roman" w:cs="Times New Roman"/>
          <w:sz w:val="24"/>
          <w:szCs w:val="24"/>
        </w:rPr>
        <w:t>:</w:t>
      </w:r>
    </w:p>
    <w:p w14:paraId="72989133" w14:textId="77777777" w:rsidR="00866993" w:rsidRDefault="00866993">
      <w:pPr>
        <w:rPr>
          <w:rFonts w:ascii="Times New Roman" w:hAnsi="Times New Roman" w:cs="Times New Roman"/>
          <w:sz w:val="24"/>
          <w:szCs w:val="24"/>
        </w:rPr>
      </w:pPr>
      <w:r>
        <w:rPr>
          <w:rFonts w:ascii="Times New Roman" w:hAnsi="Times New Roman" w:cs="Times New Roman"/>
          <w:sz w:val="24"/>
          <w:szCs w:val="24"/>
        </w:rPr>
        <w:br w:type="page"/>
      </w:r>
    </w:p>
    <w:p w14:paraId="6530B9B4" w14:textId="77777777" w:rsidR="00E06B6E" w:rsidRPr="00E829C5" w:rsidRDefault="00E06B6E" w:rsidP="001F3827">
      <w:pPr>
        <w:rPr>
          <w:rFonts w:ascii="Times New Roman" w:hAnsi="Times New Roman" w:cs="Times New Roman"/>
        </w:rPr>
      </w:pPr>
    </w:p>
    <w:p w14:paraId="1951266E" w14:textId="767935BD" w:rsidR="00E06B6E" w:rsidRPr="00E829C5" w:rsidRDefault="00E06B6E" w:rsidP="00E06B6E">
      <w:pPr>
        <w:tabs>
          <w:tab w:val="left" w:pos="1590"/>
        </w:tabs>
        <w:spacing w:after="0"/>
        <w:contextualSpacing/>
        <w:jc w:val="center"/>
        <w:rPr>
          <w:rFonts w:ascii="Times New Roman" w:hAnsi="Times New Roman" w:cs="Times New Roman"/>
          <w:b/>
        </w:rPr>
      </w:pPr>
      <w:bookmarkStart w:id="3" w:name="_Toc205495071"/>
      <w:bookmarkStart w:id="4" w:name="_Toc234861537"/>
      <w:r w:rsidRPr="00E829C5">
        <w:rPr>
          <w:rFonts w:ascii="Times New Roman" w:hAnsi="Times New Roman" w:cs="Times New Roman"/>
          <w:b/>
        </w:rPr>
        <w:t xml:space="preserve">Table </w:t>
      </w:r>
      <w:r w:rsidRPr="00E829C5">
        <w:rPr>
          <w:rFonts w:ascii="Times New Roman" w:hAnsi="Times New Roman" w:cs="Times New Roman"/>
          <w:b/>
        </w:rPr>
        <w:fldChar w:fldCharType="begin"/>
      </w:r>
      <w:r w:rsidRPr="00E829C5">
        <w:rPr>
          <w:rFonts w:ascii="Times New Roman" w:hAnsi="Times New Roman" w:cs="Times New Roman"/>
          <w:b/>
        </w:rPr>
        <w:instrText xml:space="preserve"> SEQ Table \* ARABIC </w:instrText>
      </w:r>
      <w:r w:rsidRPr="00E829C5">
        <w:rPr>
          <w:rFonts w:ascii="Times New Roman" w:hAnsi="Times New Roman" w:cs="Times New Roman"/>
          <w:b/>
        </w:rPr>
        <w:fldChar w:fldCharType="separate"/>
      </w:r>
      <w:r w:rsidR="00B805F5">
        <w:rPr>
          <w:rFonts w:ascii="Times New Roman" w:hAnsi="Times New Roman" w:cs="Times New Roman"/>
          <w:b/>
          <w:noProof/>
        </w:rPr>
        <w:t>01</w:t>
      </w:r>
      <w:r w:rsidRPr="00E829C5">
        <w:rPr>
          <w:rFonts w:ascii="Times New Roman" w:hAnsi="Times New Roman" w:cs="Times New Roman"/>
          <w:b/>
        </w:rPr>
        <w:fldChar w:fldCharType="end"/>
      </w:r>
      <w:r w:rsidRPr="00E829C5">
        <w:rPr>
          <w:rFonts w:ascii="Times New Roman" w:hAnsi="Times New Roman" w:cs="Times New Roman"/>
          <w:b/>
        </w:rPr>
        <w:t>: Key Terms</w:t>
      </w:r>
      <w:r w:rsidR="00897B24">
        <w:rPr>
          <w:rStyle w:val="FootnoteReference"/>
          <w:rFonts w:ascii="Times New Roman" w:hAnsi="Times New Roman" w:cs="Times New Roman"/>
          <w:b/>
        </w:rPr>
        <w:footnoteReference w:id="6"/>
      </w:r>
      <w:r w:rsidRPr="00E829C5">
        <w:rPr>
          <w:rFonts w:ascii="Times New Roman" w:hAnsi="Times New Roman" w:cs="Times New Roman"/>
          <w:b/>
        </w:rPr>
        <w:t xml:space="preserve"> of the Debt Window </w:t>
      </w:r>
      <w:bookmarkEnd w:id="3"/>
      <w:r w:rsidRPr="00E829C5">
        <w:rPr>
          <w:rFonts w:ascii="Times New Roman" w:hAnsi="Times New Roman" w:cs="Times New Roman"/>
          <w:b/>
        </w:rPr>
        <w:t>under option 1 &amp; 2</w:t>
      </w:r>
      <w:bookmarkEnd w:id="4"/>
    </w:p>
    <w:p w14:paraId="593BFCFC" w14:textId="77777777" w:rsidR="00E06B6E" w:rsidRPr="00E829C5" w:rsidRDefault="00E06B6E" w:rsidP="00E06B6E">
      <w:pPr>
        <w:tabs>
          <w:tab w:val="left" w:pos="1590"/>
        </w:tabs>
        <w:spacing w:after="0"/>
        <w:contextualSpacing/>
        <w:jc w:val="center"/>
        <w:rPr>
          <w:rFonts w:ascii="Times New Roman" w:hAnsi="Times New Roman" w:cs="Times New Roman"/>
          <w:b/>
        </w:rPr>
      </w:pPr>
    </w:p>
    <w:p w14:paraId="6D654422" w14:textId="2225D713" w:rsidR="00E06B6E" w:rsidRPr="00E829C5" w:rsidRDefault="00E06B6E" w:rsidP="3C6C6D10">
      <w:pPr>
        <w:tabs>
          <w:tab w:val="left" w:pos="1590"/>
        </w:tabs>
        <w:spacing w:after="0"/>
        <w:contextualSpacing/>
        <w:rPr>
          <w:rFonts w:ascii="Times New Roman" w:hAnsi="Times New Roman" w:cs="Times New Roman"/>
          <w:b/>
          <w:bCs/>
          <w:sz w:val="24"/>
          <w:szCs w:val="24"/>
        </w:rPr>
      </w:pPr>
      <w:r w:rsidRPr="3C6C6D10">
        <w:rPr>
          <w:rFonts w:ascii="Times New Roman" w:hAnsi="Times New Roman" w:cs="Times New Roman"/>
          <w:b/>
          <w:bCs/>
          <w:sz w:val="24"/>
          <w:szCs w:val="24"/>
        </w:rPr>
        <w:t xml:space="preserve">Option 1: </w:t>
      </w:r>
      <w:r w:rsidR="6BEEFC5D" w:rsidRPr="3C6C6D10">
        <w:rPr>
          <w:rFonts w:ascii="Times New Roman" w:hAnsi="Times New Roman" w:cs="Times New Roman"/>
          <w:b/>
          <w:bCs/>
          <w:sz w:val="24"/>
          <w:szCs w:val="24"/>
        </w:rPr>
        <w:t>Loan Repayment in MWK</w:t>
      </w:r>
    </w:p>
    <w:p w14:paraId="60F3BE77" w14:textId="77777777" w:rsidR="00E06B6E" w:rsidRPr="001F3827" w:rsidRDefault="00E06B6E" w:rsidP="001F3827">
      <w:pPr>
        <w:pStyle w:val="ListParagraph"/>
        <w:numPr>
          <w:ilvl w:val="0"/>
          <w:numId w:val="43"/>
        </w:numPr>
        <w:tabs>
          <w:tab w:val="left" w:pos="1590"/>
        </w:tabs>
        <w:spacing w:after="0"/>
        <w:rPr>
          <w:rFonts w:ascii="Times New Roman" w:hAnsi="Times New Roman" w:cs="Times New Roman"/>
          <w:b/>
        </w:rPr>
      </w:pPr>
    </w:p>
    <w:tbl>
      <w:tblPr>
        <w:tblStyle w:val="GridTable4-Accent11"/>
        <w:tblW w:w="5040" w:type="pct"/>
        <w:tblLook w:val="04A0" w:firstRow="1" w:lastRow="0" w:firstColumn="1" w:lastColumn="0" w:noHBand="0" w:noVBand="1"/>
      </w:tblPr>
      <w:tblGrid>
        <w:gridCol w:w="2605"/>
        <w:gridCol w:w="6486"/>
      </w:tblGrid>
      <w:tr w:rsidR="00E06B6E" w:rsidRPr="005A36EA" w14:paraId="7604AE25" w14:textId="77777777" w:rsidTr="00891ED7">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1433" w:type="pct"/>
            <w:vAlign w:val="center"/>
          </w:tcPr>
          <w:p w14:paraId="01DECDA6" w14:textId="77777777" w:rsidR="00E06B6E" w:rsidRPr="00E829C5" w:rsidRDefault="00E06B6E" w:rsidP="00891ED7">
            <w:pPr>
              <w:tabs>
                <w:tab w:val="left" w:pos="1590"/>
              </w:tabs>
              <w:spacing w:line="276" w:lineRule="auto"/>
              <w:contextualSpacing/>
              <w:jc w:val="center"/>
              <w:rPr>
                <w:rFonts w:ascii="Times New Roman" w:hAnsi="Times New Roman" w:cs="Times New Roman"/>
                <w:b w:val="0"/>
              </w:rPr>
            </w:pPr>
            <w:r w:rsidRPr="00E829C5">
              <w:rPr>
                <w:rFonts w:ascii="Times New Roman" w:hAnsi="Times New Roman" w:cs="Times New Roman"/>
              </w:rPr>
              <w:t>Key Terms</w:t>
            </w:r>
          </w:p>
        </w:tc>
        <w:tc>
          <w:tcPr>
            <w:tcW w:w="3567" w:type="pct"/>
            <w:vAlign w:val="center"/>
          </w:tcPr>
          <w:p w14:paraId="5B841ACA" w14:textId="77777777" w:rsidR="00E06B6E" w:rsidRPr="00E829C5" w:rsidRDefault="00E06B6E" w:rsidP="00891ED7">
            <w:pPr>
              <w:tabs>
                <w:tab w:val="left" w:pos="1590"/>
              </w:tabs>
              <w:spacing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E829C5">
              <w:rPr>
                <w:rFonts w:ascii="Times New Roman" w:hAnsi="Times New Roman" w:cs="Times New Roman"/>
              </w:rPr>
              <w:t>Term Details</w:t>
            </w:r>
          </w:p>
        </w:tc>
      </w:tr>
      <w:tr w:rsidR="00E06B6E" w:rsidRPr="005A36EA" w14:paraId="4B386449" w14:textId="77777777" w:rsidTr="00891E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33" w:type="pct"/>
            <w:vAlign w:val="center"/>
          </w:tcPr>
          <w:p w14:paraId="2C99AE77" w14:textId="77777777" w:rsidR="00E06B6E" w:rsidRPr="00E829C5" w:rsidRDefault="00E06B6E" w:rsidP="00891ED7">
            <w:pPr>
              <w:tabs>
                <w:tab w:val="left" w:pos="1590"/>
              </w:tabs>
              <w:spacing w:line="276" w:lineRule="auto"/>
              <w:contextualSpacing/>
              <w:jc w:val="center"/>
              <w:rPr>
                <w:rFonts w:ascii="Times New Roman" w:hAnsi="Times New Roman" w:cs="Times New Roman"/>
                <w:b w:val="0"/>
                <w:bCs w:val="0"/>
              </w:rPr>
            </w:pPr>
            <w:r w:rsidRPr="00E829C5">
              <w:rPr>
                <w:rFonts w:ascii="Times New Roman" w:hAnsi="Times New Roman" w:cs="Times New Roman"/>
              </w:rPr>
              <w:t>Tenor and Grace Period</w:t>
            </w:r>
          </w:p>
        </w:tc>
        <w:tc>
          <w:tcPr>
            <w:tcW w:w="3567" w:type="pct"/>
          </w:tcPr>
          <w:p w14:paraId="1EC6C9CC" w14:textId="293C5D04" w:rsidR="00E06B6E" w:rsidRPr="00E829C5" w:rsidRDefault="00E06B6E" w:rsidP="00891ED7">
            <w:pPr>
              <w:tabs>
                <w:tab w:val="left" w:pos="1590"/>
              </w:tabs>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829C5">
              <w:rPr>
                <w:rFonts w:ascii="Times New Roman" w:hAnsi="Times New Roman" w:cs="Times New Roman"/>
              </w:rPr>
              <w:t xml:space="preserve">Up to </w:t>
            </w:r>
            <w:r w:rsidR="005A09AB">
              <w:rPr>
                <w:rFonts w:ascii="Times New Roman" w:hAnsi="Times New Roman" w:cs="Times New Roman"/>
              </w:rPr>
              <w:t>3</w:t>
            </w:r>
            <w:r w:rsidR="00DD59D8">
              <w:rPr>
                <w:rFonts w:ascii="Times New Roman" w:hAnsi="Times New Roman" w:cs="Times New Roman"/>
              </w:rPr>
              <w:t xml:space="preserve"> </w:t>
            </w:r>
            <w:r w:rsidRPr="00E829C5">
              <w:rPr>
                <w:rFonts w:ascii="Times New Roman" w:hAnsi="Times New Roman" w:cs="Times New Roman"/>
              </w:rPr>
              <w:t>years including up to 1 year grace period. Grace is only for principal repayment whereas interest will be serviced during grace period.</w:t>
            </w:r>
          </w:p>
        </w:tc>
      </w:tr>
      <w:tr w:rsidR="00E06B6E" w:rsidRPr="005A36EA" w14:paraId="356D5614" w14:textId="77777777" w:rsidTr="00891ED7">
        <w:trPr>
          <w:trHeight w:val="20"/>
        </w:trPr>
        <w:tc>
          <w:tcPr>
            <w:cnfStyle w:val="001000000000" w:firstRow="0" w:lastRow="0" w:firstColumn="1" w:lastColumn="0" w:oddVBand="0" w:evenVBand="0" w:oddHBand="0" w:evenHBand="0" w:firstRowFirstColumn="0" w:firstRowLastColumn="0" w:lastRowFirstColumn="0" w:lastRowLastColumn="0"/>
            <w:tcW w:w="1433" w:type="pct"/>
            <w:vAlign w:val="center"/>
          </w:tcPr>
          <w:p w14:paraId="4D6C21CE" w14:textId="77777777" w:rsidR="00E06B6E" w:rsidRPr="00E829C5" w:rsidRDefault="00E06B6E" w:rsidP="00891ED7">
            <w:pPr>
              <w:tabs>
                <w:tab w:val="left" w:pos="1590"/>
              </w:tabs>
              <w:spacing w:line="276" w:lineRule="auto"/>
              <w:contextualSpacing/>
              <w:jc w:val="center"/>
              <w:rPr>
                <w:rFonts w:ascii="Times New Roman" w:hAnsi="Times New Roman" w:cs="Times New Roman"/>
                <w:b w:val="0"/>
                <w:bCs w:val="0"/>
              </w:rPr>
            </w:pPr>
            <w:r w:rsidRPr="00E829C5">
              <w:rPr>
                <w:rFonts w:ascii="Times New Roman" w:hAnsi="Times New Roman" w:cs="Times New Roman"/>
              </w:rPr>
              <w:t>Payment Date of Loans</w:t>
            </w:r>
          </w:p>
        </w:tc>
        <w:tc>
          <w:tcPr>
            <w:tcW w:w="3567" w:type="pct"/>
          </w:tcPr>
          <w:p w14:paraId="4859BB25" w14:textId="77777777" w:rsidR="00E06B6E" w:rsidRPr="00E829C5" w:rsidRDefault="00E06B6E" w:rsidP="00891ED7">
            <w:pPr>
              <w:tabs>
                <w:tab w:val="left" w:pos="1590"/>
              </w:tabs>
              <w:spacing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829C5">
              <w:rPr>
                <w:rFonts w:ascii="Times New Roman" w:hAnsi="Times New Roman" w:cs="Times New Roman"/>
              </w:rPr>
              <w:t>15 March, 15 June, 15 September, 15 December</w:t>
            </w:r>
          </w:p>
        </w:tc>
      </w:tr>
      <w:tr w:rsidR="00E06B6E" w:rsidRPr="005A36EA" w14:paraId="71A7A5DF" w14:textId="77777777" w:rsidTr="00891E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33" w:type="pct"/>
            <w:vAlign w:val="center"/>
          </w:tcPr>
          <w:p w14:paraId="3E8C1CBA" w14:textId="77777777" w:rsidR="00E06B6E" w:rsidRPr="00E829C5" w:rsidRDefault="00E06B6E" w:rsidP="00891ED7">
            <w:pPr>
              <w:tabs>
                <w:tab w:val="left" w:pos="1590"/>
              </w:tabs>
              <w:spacing w:line="276" w:lineRule="auto"/>
              <w:contextualSpacing/>
              <w:jc w:val="center"/>
              <w:rPr>
                <w:rFonts w:ascii="Times New Roman" w:hAnsi="Times New Roman" w:cs="Times New Roman"/>
                <w:b w:val="0"/>
                <w:bCs w:val="0"/>
              </w:rPr>
            </w:pPr>
            <w:r w:rsidRPr="00E829C5">
              <w:rPr>
                <w:rFonts w:ascii="Times New Roman" w:hAnsi="Times New Roman" w:cs="Times New Roman"/>
              </w:rPr>
              <w:t>Interest rate</w:t>
            </w:r>
          </w:p>
        </w:tc>
        <w:tc>
          <w:tcPr>
            <w:tcW w:w="3567" w:type="pct"/>
          </w:tcPr>
          <w:p w14:paraId="2036CEC9" w14:textId="2DD2A1B6" w:rsidR="00E06B6E" w:rsidRPr="00E829C5" w:rsidDel="003F4A3D" w:rsidRDefault="00E06B6E" w:rsidP="00891ED7">
            <w:pPr>
              <w:tabs>
                <w:tab w:val="left" w:pos="1590"/>
              </w:tabs>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829C5">
              <w:rPr>
                <w:rFonts w:ascii="Times New Roman" w:hAnsi="Times New Roman" w:cs="Times New Roman"/>
              </w:rPr>
              <w:t xml:space="preserve">Policy rate as set by the Reserve Bank of Malawi. The date of the interest rate will be the date on which the term sheet is executed between </w:t>
            </w:r>
            <w:proofErr w:type="spellStart"/>
            <w:r w:rsidRPr="00E829C5">
              <w:rPr>
                <w:rFonts w:ascii="Times New Roman" w:hAnsi="Times New Roman" w:cs="Times New Roman"/>
              </w:rPr>
              <w:t>MoE</w:t>
            </w:r>
            <w:proofErr w:type="spellEnd"/>
            <w:r w:rsidRPr="00E829C5">
              <w:rPr>
                <w:rFonts w:ascii="Times New Roman" w:hAnsi="Times New Roman" w:cs="Times New Roman"/>
              </w:rPr>
              <w:t xml:space="preserve"> and the PO.</w:t>
            </w:r>
          </w:p>
        </w:tc>
      </w:tr>
      <w:tr w:rsidR="00E06B6E" w:rsidRPr="005A36EA" w14:paraId="6B57A6DA" w14:textId="77777777" w:rsidTr="00891ED7">
        <w:trPr>
          <w:trHeight w:val="20"/>
        </w:trPr>
        <w:tc>
          <w:tcPr>
            <w:cnfStyle w:val="001000000000" w:firstRow="0" w:lastRow="0" w:firstColumn="1" w:lastColumn="0" w:oddVBand="0" w:evenVBand="0" w:oddHBand="0" w:evenHBand="0" w:firstRowFirstColumn="0" w:firstRowLastColumn="0" w:lastRowFirstColumn="0" w:lastRowLastColumn="0"/>
            <w:tcW w:w="1433" w:type="pct"/>
            <w:vAlign w:val="center"/>
          </w:tcPr>
          <w:p w14:paraId="47934656" w14:textId="77777777" w:rsidR="00E06B6E" w:rsidRPr="00E829C5" w:rsidRDefault="00E06B6E" w:rsidP="00891ED7">
            <w:pPr>
              <w:tabs>
                <w:tab w:val="left" w:pos="1590"/>
              </w:tabs>
              <w:spacing w:line="276" w:lineRule="auto"/>
              <w:contextualSpacing/>
              <w:jc w:val="center"/>
              <w:rPr>
                <w:rFonts w:ascii="Times New Roman" w:hAnsi="Times New Roman" w:cs="Times New Roman"/>
                <w:b w:val="0"/>
                <w:bCs w:val="0"/>
              </w:rPr>
            </w:pPr>
            <w:r w:rsidRPr="00E829C5">
              <w:rPr>
                <w:rFonts w:ascii="Times New Roman" w:hAnsi="Times New Roman" w:cs="Times New Roman"/>
              </w:rPr>
              <w:t>Availability Period</w:t>
            </w:r>
          </w:p>
        </w:tc>
        <w:tc>
          <w:tcPr>
            <w:tcW w:w="3567" w:type="pct"/>
          </w:tcPr>
          <w:p w14:paraId="77FE217D" w14:textId="09CDE5B3" w:rsidR="00E06B6E" w:rsidRPr="00E829C5" w:rsidRDefault="00E06B6E" w:rsidP="00891ED7">
            <w:pPr>
              <w:tabs>
                <w:tab w:val="left" w:pos="1590"/>
              </w:tabs>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829C5">
              <w:rPr>
                <w:rFonts w:ascii="Times New Roman" w:hAnsi="Times New Roman" w:cs="Times New Roman"/>
              </w:rPr>
              <w:t xml:space="preserve">Up to </w:t>
            </w:r>
            <w:r w:rsidR="0094228D">
              <w:rPr>
                <w:rFonts w:ascii="Times New Roman" w:hAnsi="Times New Roman" w:cs="Times New Roman"/>
              </w:rPr>
              <w:t>t</w:t>
            </w:r>
            <w:r w:rsidRPr="00E829C5">
              <w:rPr>
                <w:rFonts w:ascii="Times New Roman" w:hAnsi="Times New Roman" w:cs="Times New Roman"/>
              </w:rPr>
              <w:t>hirty months from the date of signing the Loan</w:t>
            </w:r>
            <w:r w:rsidR="0053535C">
              <w:rPr>
                <w:rFonts w:ascii="Times New Roman" w:hAnsi="Times New Roman" w:cs="Times New Roman"/>
              </w:rPr>
              <w:t xml:space="preserve"> and Security</w:t>
            </w:r>
            <w:r w:rsidRPr="00E829C5">
              <w:rPr>
                <w:rFonts w:ascii="Times New Roman" w:hAnsi="Times New Roman" w:cs="Times New Roman"/>
              </w:rPr>
              <w:t xml:space="preserve"> Agreement</w:t>
            </w:r>
          </w:p>
        </w:tc>
      </w:tr>
      <w:tr w:rsidR="00E06B6E" w:rsidRPr="002838D4" w14:paraId="4B6EF243" w14:textId="77777777" w:rsidTr="00891E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33" w:type="pct"/>
            <w:vAlign w:val="center"/>
          </w:tcPr>
          <w:p w14:paraId="1CA8EF82" w14:textId="77777777" w:rsidR="00E06B6E" w:rsidRPr="002838D4" w:rsidRDefault="00E06B6E" w:rsidP="00891ED7">
            <w:pPr>
              <w:tabs>
                <w:tab w:val="left" w:pos="1590"/>
              </w:tabs>
              <w:spacing w:line="276" w:lineRule="auto"/>
              <w:contextualSpacing/>
              <w:jc w:val="center"/>
              <w:rPr>
                <w:rFonts w:ascii="Times New Roman" w:hAnsi="Times New Roman" w:cs="Times New Roman"/>
                <w:b w:val="0"/>
                <w:bCs w:val="0"/>
              </w:rPr>
            </w:pPr>
            <w:r w:rsidRPr="002838D4">
              <w:rPr>
                <w:rFonts w:ascii="Times New Roman" w:hAnsi="Times New Roman" w:cs="Times New Roman"/>
              </w:rPr>
              <w:t>Prepayment</w:t>
            </w:r>
          </w:p>
        </w:tc>
        <w:tc>
          <w:tcPr>
            <w:tcW w:w="3567" w:type="pct"/>
          </w:tcPr>
          <w:p w14:paraId="17F920E0" w14:textId="77777777" w:rsidR="00E06B6E" w:rsidRPr="002838D4" w:rsidRDefault="00E06B6E" w:rsidP="00891ED7">
            <w:pPr>
              <w:tabs>
                <w:tab w:val="left" w:pos="1590"/>
              </w:tabs>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838D4">
              <w:rPr>
                <w:rFonts w:ascii="Times New Roman" w:hAnsi="Times New Roman" w:cs="Times New Roman"/>
              </w:rPr>
              <w:t>No prepayment, except for mandatory prepayment, will be allowed in the first 24 months (please refer to Fees &amp; Charges below)</w:t>
            </w:r>
          </w:p>
        </w:tc>
      </w:tr>
      <w:tr w:rsidR="00E06B6E" w:rsidRPr="002838D4" w14:paraId="28C2B314" w14:textId="77777777" w:rsidTr="00891ED7">
        <w:trPr>
          <w:trHeight w:val="20"/>
        </w:trPr>
        <w:tc>
          <w:tcPr>
            <w:cnfStyle w:val="001000000000" w:firstRow="0" w:lastRow="0" w:firstColumn="1" w:lastColumn="0" w:oddVBand="0" w:evenVBand="0" w:oddHBand="0" w:evenHBand="0" w:firstRowFirstColumn="0" w:firstRowLastColumn="0" w:lastRowFirstColumn="0" w:lastRowLastColumn="0"/>
            <w:tcW w:w="1433" w:type="pct"/>
            <w:vAlign w:val="center"/>
          </w:tcPr>
          <w:p w14:paraId="7A50D9B7" w14:textId="77777777" w:rsidR="00E06B6E" w:rsidRPr="002838D4" w:rsidRDefault="00E06B6E" w:rsidP="00891ED7">
            <w:pPr>
              <w:tabs>
                <w:tab w:val="left" w:pos="1590"/>
              </w:tabs>
              <w:spacing w:line="276" w:lineRule="auto"/>
              <w:contextualSpacing/>
              <w:jc w:val="center"/>
              <w:rPr>
                <w:rFonts w:ascii="Times New Roman" w:hAnsi="Times New Roman" w:cs="Times New Roman"/>
                <w:b w:val="0"/>
                <w:bCs w:val="0"/>
              </w:rPr>
            </w:pPr>
            <w:r w:rsidRPr="002838D4">
              <w:rPr>
                <w:rFonts w:ascii="Times New Roman" w:hAnsi="Times New Roman" w:cs="Times New Roman"/>
              </w:rPr>
              <w:t>Fees and Charges</w:t>
            </w:r>
          </w:p>
        </w:tc>
        <w:tc>
          <w:tcPr>
            <w:tcW w:w="3567" w:type="pct"/>
          </w:tcPr>
          <w:p w14:paraId="0ABD3878" w14:textId="77777777" w:rsidR="00E06B6E" w:rsidRPr="002838D4" w:rsidRDefault="00E06B6E" w:rsidP="00891ED7">
            <w:pPr>
              <w:tabs>
                <w:tab w:val="left" w:pos="1590"/>
              </w:tabs>
              <w:spacing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838D4">
              <w:rPr>
                <w:rFonts w:ascii="Times New Roman" w:hAnsi="Times New Roman" w:cs="Times New Roman"/>
              </w:rPr>
              <w:t>The applicable fees and charges are as follows:</w:t>
            </w:r>
          </w:p>
          <w:p w14:paraId="182C1828" w14:textId="77777777" w:rsidR="00E06B6E" w:rsidRPr="002838D4" w:rsidRDefault="00E06B6E" w:rsidP="00E06B6E">
            <w:pPr>
              <w:numPr>
                <w:ilvl w:val="0"/>
                <w:numId w:val="8"/>
              </w:numPr>
              <w:tabs>
                <w:tab w:val="left" w:pos="1590"/>
              </w:tabs>
              <w:spacing w:line="276" w:lineRule="auto"/>
              <w:ind w:left="72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838D4">
              <w:rPr>
                <w:rFonts w:ascii="Times New Roman" w:hAnsi="Times New Roman" w:cs="Times New Roman"/>
                <w:b/>
              </w:rPr>
              <w:t>Commitment Fee:</w:t>
            </w:r>
            <w:r w:rsidRPr="002838D4">
              <w:rPr>
                <w:rFonts w:ascii="Times New Roman" w:hAnsi="Times New Roman" w:cs="Times New Roman"/>
              </w:rPr>
              <w:t xml:space="preserve"> 0.50% on the Unwithdrawn Loan Balance to be paid on quarterly payment dates</w:t>
            </w:r>
          </w:p>
          <w:p w14:paraId="6EA771B9" w14:textId="77777777" w:rsidR="00E06B6E" w:rsidRPr="002838D4" w:rsidRDefault="00E06B6E" w:rsidP="00E06B6E">
            <w:pPr>
              <w:numPr>
                <w:ilvl w:val="0"/>
                <w:numId w:val="8"/>
              </w:numPr>
              <w:tabs>
                <w:tab w:val="left" w:pos="1590"/>
              </w:tabs>
              <w:spacing w:line="276" w:lineRule="auto"/>
              <w:ind w:left="72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838D4">
              <w:rPr>
                <w:rFonts w:ascii="Times New Roman" w:hAnsi="Times New Roman" w:cs="Times New Roman"/>
                <w:b/>
              </w:rPr>
              <w:t>Prepayment Fee:</w:t>
            </w:r>
            <w:r w:rsidRPr="002838D4">
              <w:rPr>
                <w:rFonts w:ascii="Times New Roman" w:hAnsi="Times New Roman" w:cs="Times New Roman"/>
              </w:rPr>
              <w:t xml:space="preserve"> 2% on the amount prepaid</w:t>
            </w:r>
          </w:p>
        </w:tc>
      </w:tr>
    </w:tbl>
    <w:p w14:paraId="5CE5B93A" w14:textId="77777777" w:rsidR="00E06B6E" w:rsidRPr="002838D4" w:rsidRDefault="00E06B6E" w:rsidP="00E06B6E">
      <w:pPr>
        <w:tabs>
          <w:tab w:val="left" w:pos="1590"/>
        </w:tabs>
        <w:spacing w:after="0"/>
        <w:contextualSpacing/>
        <w:rPr>
          <w:rFonts w:ascii="Times New Roman" w:hAnsi="Times New Roman" w:cs="Times New Roman"/>
        </w:rPr>
      </w:pPr>
    </w:p>
    <w:p w14:paraId="73FFCC6B" w14:textId="563E83CB" w:rsidR="00E06B6E" w:rsidRPr="002838D4" w:rsidRDefault="00E06B6E" w:rsidP="3C6C6D10">
      <w:pPr>
        <w:tabs>
          <w:tab w:val="left" w:pos="1590"/>
        </w:tabs>
        <w:spacing w:after="0"/>
        <w:contextualSpacing/>
        <w:rPr>
          <w:rFonts w:ascii="Times New Roman" w:hAnsi="Times New Roman" w:cs="Times New Roman"/>
          <w:b/>
          <w:bCs/>
          <w:sz w:val="24"/>
          <w:szCs w:val="24"/>
        </w:rPr>
      </w:pPr>
      <w:r w:rsidRPr="3C6C6D10">
        <w:rPr>
          <w:rFonts w:ascii="Times New Roman" w:hAnsi="Times New Roman" w:cs="Times New Roman"/>
          <w:b/>
          <w:bCs/>
          <w:sz w:val="24"/>
          <w:szCs w:val="24"/>
        </w:rPr>
        <w:t xml:space="preserve">Option 2: </w:t>
      </w:r>
      <w:r w:rsidR="6793F784" w:rsidRPr="3C6C6D10">
        <w:rPr>
          <w:rFonts w:ascii="Times New Roman" w:hAnsi="Times New Roman" w:cs="Times New Roman"/>
          <w:b/>
          <w:bCs/>
          <w:sz w:val="24"/>
          <w:szCs w:val="24"/>
        </w:rPr>
        <w:t>Loan Repayment in USD</w:t>
      </w:r>
      <w:r w:rsidR="000D5A93">
        <w:rPr>
          <w:rFonts w:ascii="Times New Roman" w:hAnsi="Times New Roman" w:cs="Times New Roman"/>
          <w:b/>
          <w:bCs/>
          <w:sz w:val="24"/>
          <w:szCs w:val="24"/>
        </w:rPr>
        <w:t xml:space="preserve"> and MWK</w:t>
      </w:r>
    </w:p>
    <w:p w14:paraId="375229B8" w14:textId="77777777" w:rsidR="00E06B6E" w:rsidRPr="002838D4" w:rsidRDefault="00E06B6E" w:rsidP="00E06B6E">
      <w:pPr>
        <w:tabs>
          <w:tab w:val="left" w:pos="1590"/>
        </w:tabs>
        <w:spacing w:after="0"/>
        <w:contextualSpacing/>
        <w:rPr>
          <w:rFonts w:ascii="Times New Roman" w:hAnsi="Times New Roman" w:cs="Times New Roman"/>
        </w:rPr>
      </w:pPr>
    </w:p>
    <w:tbl>
      <w:tblPr>
        <w:tblStyle w:val="GridTable4-Accent11"/>
        <w:tblW w:w="5040" w:type="pct"/>
        <w:tblLook w:val="04A0" w:firstRow="1" w:lastRow="0" w:firstColumn="1" w:lastColumn="0" w:noHBand="0" w:noVBand="1"/>
      </w:tblPr>
      <w:tblGrid>
        <w:gridCol w:w="2605"/>
        <w:gridCol w:w="6486"/>
      </w:tblGrid>
      <w:tr w:rsidR="00E06B6E" w:rsidRPr="002838D4" w14:paraId="4529A36F" w14:textId="77777777" w:rsidTr="00891ED7">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1433" w:type="pct"/>
            <w:vAlign w:val="center"/>
          </w:tcPr>
          <w:p w14:paraId="661753A1" w14:textId="77777777" w:rsidR="00E06B6E" w:rsidRPr="002838D4" w:rsidRDefault="00E06B6E" w:rsidP="00891ED7">
            <w:pPr>
              <w:tabs>
                <w:tab w:val="left" w:pos="1590"/>
              </w:tabs>
              <w:spacing w:line="276" w:lineRule="auto"/>
              <w:contextualSpacing/>
              <w:jc w:val="center"/>
              <w:rPr>
                <w:rFonts w:ascii="Times New Roman" w:hAnsi="Times New Roman" w:cs="Times New Roman"/>
                <w:b w:val="0"/>
              </w:rPr>
            </w:pPr>
            <w:r w:rsidRPr="002838D4">
              <w:rPr>
                <w:rFonts w:ascii="Times New Roman" w:hAnsi="Times New Roman" w:cs="Times New Roman"/>
              </w:rPr>
              <w:t>Key Terms</w:t>
            </w:r>
          </w:p>
        </w:tc>
        <w:tc>
          <w:tcPr>
            <w:tcW w:w="3567" w:type="pct"/>
            <w:vAlign w:val="center"/>
          </w:tcPr>
          <w:p w14:paraId="27F034E3" w14:textId="77777777" w:rsidR="00E06B6E" w:rsidRPr="002838D4" w:rsidRDefault="00E06B6E" w:rsidP="00891ED7">
            <w:pPr>
              <w:tabs>
                <w:tab w:val="left" w:pos="1590"/>
              </w:tabs>
              <w:spacing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2838D4">
              <w:rPr>
                <w:rFonts w:ascii="Times New Roman" w:hAnsi="Times New Roman" w:cs="Times New Roman"/>
              </w:rPr>
              <w:t>Term Details</w:t>
            </w:r>
          </w:p>
        </w:tc>
      </w:tr>
      <w:tr w:rsidR="00E06B6E" w:rsidRPr="002838D4" w14:paraId="4F43E395" w14:textId="77777777" w:rsidTr="00891E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33" w:type="pct"/>
            <w:vAlign w:val="center"/>
          </w:tcPr>
          <w:p w14:paraId="696FB14A" w14:textId="77777777" w:rsidR="00E06B6E" w:rsidRPr="002838D4" w:rsidRDefault="00E06B6E" w:rsidP="00891ED7">
            <w:pPr>
              <w:tabs>
                <w:tab w:val="left" w:pos="1590"/>
              </w:tabs>
              <w:spacing w:line="276" w:lineRule="auto"/>
              <w:contextualSpacing/>
              <w:jc w:val="center"/>
              <w:rPr>
                <w:rFonts w:ascii="Times New Roman" w:hAnsi="Times New Roman" w:cs="Times New Roman"/>
                <w:b w:val="0"/>
                <w:bCs w:val="0"/>
              </w:rPr>
            </w:pPr>
            <w:r w:rsidRPr="002838D4">
              <w:rPr>
                <w:rFonts w:ascii="Times New Roman" w:hAnsi="Times New Roman" w:cs="Times New Roman"/>
              </w:rPr>
              <w:t>Tenor and Grace Period</w:t>
            </w:r>
          </w:p>
        </w:tc>
        <w:tc>
          <w:tcPr>
            <w:tcW w:w="3567" w:type="pct"/>
          </w:tcPr>
          <w:p w14:paraId="7CF14729" w14:textId="3CC7D4B3" w:rsidR="00E06B6E" w:rsidRPr="002838D4" w:rsidRDefault="00E06B6E" w:rsidP="00891ED7">
            <w:pPr>
              <w:tabs>
                <w:tab w:val="left" w:pos="1590"/>
              </w:tabs>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838D4">
              <w:rPr>
                <w:rFonts w:ascii="Times New Roman" w:hAnsi="Times New Roman" w:cs="Times New Roman"/>
              </w:rPr>
              <w:t xml:space="preserve">Up to </w:t>
            </w:r>
            <w:r w:rsidR="001E2204" w:rsidRPr="002838D4">
              <w:rPr>
                <w:rFonts w:ascii="Times New Roman" w:hAnsi="Times New Roman" w:cs="Times New Roman"/>
              </w:rPr>
              <w:t>4</w:t>
            </w:r>
            <w:r w:rsidRPr="002838D4">
              <w:rPr>
                <w:rFonts w:ascii="Times New Roman" w:hAnsi="Times New Roman" w:cs="Times New Roman"/>
              </w:rPr>
              <w:t xml:space="preserve"> years including up to 1 year grace period. Grace is only for principal repayment whereas interest will be serviced during grace period.</w:t>
            </w:r>
          </w:p>
        </w:tc>
      </w:tr>
      <w:tr w:rsidR="00E06B6E" w:rsidRPr="002838D4" w14:paraId="5FE72260" w14:textId="77777777" w:rsidTr="00891ED7">
        <w:trPr>
          <w:trHeight w:val="368"/>
        </w:trPr>
        <w:tc>
          <w:tcPr>
            <w:cnfStyle w:val="001000000000" w:firstRow="0" w:lastRow="0" w:firstColumn="1" w:lastColumn="0" w:oddVBand="0" w:evenVBand="0" w:oddHBand="0" w:evenHBand="0" w:firstRowFirstColumn="0" w:firstRowLastColumn="0" w:lastRowFirstColumn="0" w:lastRowLastColumn="0"/>
            <w:tcW w:w="1433" w:type="pct"/>
            <w:vAlign w:val="center"/>
          </w:tcPr>
          <w:p w14:paraId="7A7EB659" w14:textId="77777777" w:rsidR="00E06B6E" w:rsidRPr="002838D4" w:rsidRDefault="00E06B6E" w:rsidP="00891ED7">
            <w:pPr>
              <w:tabs>
                <w:tab w:val="left" w:pos="1590"/>
              </w:tabs>
              <w:spacing w:line="276" w:lineRule="auto"/>
              <w:contextualSpacing/>
              <w:jc w:val="center"/>
              <w:rPr>
                <w:rFonts w:ascii="Times New Roman" w:hAnsi="Times New Roman" w:cs="Times New Roman"/>
                <w:b w:val="0"/>
                <w:bCs w:val="0"/>
              </w:rPr>
            </w:pPr>
            <w:r w:rsidRPr="002838D4">
              <w:rPr>
                <w:rFonts w:ascii="Times New Roman" w:hAnsi="Times New Roman" w:cs="Times New Roman"/>
              </w:rPr>
              <w:t>Payment Date of Loans</w:t>
            </w:r>
          </w:p>
        </w:tc>
        <w:tc>
          <w:tcPr>
            <w:tcW w:w="3567" w:type="pct"/>
          </w:tcPr>
          <w:p w14:paraId="6A2671C2" w14:textId="77777777" w:rsidR="00E06B6E" w:rsidRPr="002838D4" w:rsidRDefault="00E06B6E" w:rsidP="00891ED7">
            <w:pPr>
              <w:tabs>
                <w:tab w:val="left" w:pos="1590"/>
              </w:tabs>
              <w:spacing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838D4">
              <w:rPr>
                <w:rFonts w:ascii="Times New Roman" w:hAnsi="Times New Roman" w:cs="Times New Roman"/>
              </w:rPr>
              <w:t>15 March, 15 June, 15 September, 15 December</w:t>
            </w:r>
          </w:p>
        </w:tc>
      </w:tr>
      <w:tr w:rsidR="00E06B6E" w:rsidRPr="002838D4" w14:paraId="75227709" w14:textId="77777777" w:rsidTr="00891E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33" w:type="pct"/>
            <w:vAlign w:val="center"/>
          </w:tcPr>
          <w:p w14:paraId="411EA33A" w14:textId="77777777" w:rsidR="00E06B6E" w:rsidRPr="002838D4" w:rsidRDefault="00E06B6E" w:rsidP="00891ED7">
            <w:pPr>
              <w:tabs>
                <w:tab w:val="left" w:pos="1590"/>
              </w:tabs>
              <w:spacing w:line="276" w:lineRule="auto"/>
              <w:contextualSpacing/>
              <w:jc w:val="center"/>
              <w:rPr>
                <w:rFonts w:ascii="Times New Roman" w:hAnsi="Times New Roman" w:cs="Times New Roman"/>
                <w:b w:val="0"/>
                <w:bCs w:val="0"/>
              </w:rPr>
            </w:pPr>
            <w:r w:rsidRPr="002838D4">
              <w:rPr>
                <w:rFonts w:ascii="Times New Roman" w:hAnsi="Times New Roman" w:cs="Times New Roman"/>
              </w:rPr>
              <w:t>Interest rate</w:t>
            </w:r>
          </w:p>
        </w:tc>
        <w:tc>
          <w:tcPr>
            <w:tcW w:w="3567" w:type="pct"/>
          </w:tcPr>
          <w:p w14:paraId="4F68C68E" w14:textId="2568A32E" w:rsidR="00E06B6E" w:rsidRPr="002838D4" w:rsidRDefault="00E06B6E" w:rsidP="00891ED7">
            <w:pPr>
              <w:tabs>
                <w:tab w:val="left" w:pos="1590"/>
              </w:tabs>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838D4">
              <w:rPr>
                <w:rFonts w:ascii="Times New Roman" w:hAnsi="Times New Roman" w:cs="Times New Roman"/>
              </w:rPr>
              <w:t xml:space="preserve">USD Loan: </w:t>
            </w:r>
            <w:r w:rsidR="00EC12A5">
              <w:rPr>
                <w:rFonts w:ascii="Times New Roman" w:hAnsi="Times New Roman" w:cs="Times New Roman"/>
              </w:rPr>
              <w:t>8</w:t>
            </w:r>
            <w:r w:rsidRPr="002838D4">
              <w:rPr>
                <w:rFonts w:ascii="Times New Roman" w:hAnsi="Times New Roman" w:cs="Times New Roman"/>
              </w:rPr>
              <w:t>% p.a.</w:t>
            </w:r>
          </w:p>
          <w:p w14:paraId="0196114D" w14:textId="049298C4" w:rsidR="00E06B6E" w:rsidRPr="002838D4" w:rsidDel="003F4A3D" w:rsidRDefault="00E06B6E" w:rsidP="00891ED7">
            <w:pPr>
              <w:tabs>
                <w:tab w:val="left" w:pos="1590"/>
              </w:tabs>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838D4">
              <w:rPr>
                <w:rFonts w:ascii="Times New Roman" w:hAnsi="Times New Roman" w:cs="Times New Roman"/>
              </w:rPr>
              <w:t xml:space="preserve">MWK Loan: Policy rate as set by the Reserve Bank of Malawi. The date of the interest rate will be the date on which the term sheet is executed between </w:t>
            </w:r>
            <w:proofErr w:type="spellStart"/>
            <w:r w:rsidRPr="002838D4">
              <w:rPr>
                <w:rFonts w:ascii="Times New Roman" w:hAnsi="Times New Roman" w:cs="Times New Roman"/>
              </w:rPr>
              <w:t>MoE</w:t>
            </w:r>
            <w:proofErr w:type="spellEnd"/>
            <w:r w:rsidRPr="002838D4">
              <w:rPr>
                <w:rFonts w:ascii="Times New Roman" w:hAnsi="Times New Roman" w:cs="Times New Roman"/>
              </w:rPr>
              <w:t xml:space="preserve"> and the PO.</w:t>
            </w:r>
          </w:p>
        </w:tc>
      </w:tr>
      <w:tr w:rsidR="00E06B6E" w:rsidRPr="002838D4" w14:paraId="4F9B75FF" w14:textId="77777777" w:rsidTr="00891ED7">
        <w:trPr>
          <w:trHeight w:val="20"/>
        </w:trPr>
        <w:tc>
          <w:tcPr>
            <w:cnfStyle w:val="001000000000" w:firstRow="0" w:lastRow="0" w:firstColumn="1" w:lastColumn="0" w:oddVBand="0" w:evenVBand="0" w:oddHBand="0" w:evenHBand="0" w:firstRowFirstColumn="0" w:firstRowLastColumn="0" w:lastRowFirstColumn="0" w:lastRowLastColumn="0"/>
            <w:tcW w:w="1433" w:type="pct"/>
            <w:vAlign w:val="center"/>
          </w:tcPr>
          <w:p w14:paraId="463D79B9" w14:textId="77777777" w:rsidR="00E06B6E" w:rsidRPr="002838D4" w:rsidRDefault="00E06B6E" w:rsidP="00891ED7">
            <w:pPr>
              <w:tabs>
                <w:tab w:val="left" w:pos="1590"/>
              </w:tabs>
              <w:spacing w:line="276" w:lineRule="auto"/>
              <w:contextualSpacing/>
              <w:jc w:val="center"/>
              <w:rPr>
                <w:rFonts w:ascii="Times New Roman" w:hAnsi="Times New Roman" w:cs="Times New Roman"/>
                <w:b w:val="0"/>
                <w:bCs w:val="0"/>
              </w:rPr>
            </w:pPr>
            <w:r w:rsidRPr="002838D4">
              <w:rPr>
                <w:rFonts w:ascii="Times New Roman" w:hAnsi="Times New Roman" w:cs="Times New Roman"/>
              </w:rPr>
              <w:t>Availability Period</w:t>
            </w:r>
          </w:p>
        </w:tc>
        <w:tc>
          <w:tcPr>
            <w:tcW w:w="3567" w:type="pct"/>
          </w:tcPr>
          <w:p w14:paraId="3F739156" w14:textId="4A6150E0" w:rsidR="00E06B6E" w:rsidRPr="002838D4" w:rsidRDefault="00E06B6E" w:rsidP="00891ED7">
            <w:pPr>
              <w:tabs>
                <w:tab w:val="left" w:pos="1590"/>
              </w:tabs>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838D4">
              <w:rPr>
                <w:rFonts w:ascii="Times New Roman" w:hAnsi="Times New Roman" w:cs="Times New Roman"/>
              </w:rPr>
              <w:t xml:space="preserve">Up to </w:t>
            </w:r>
            <w:r w:rsidR="00DF1A5C" w:rsidRPr="002838D4">
              <w:rPr>
                <w:rFonts w:ascii="Times New Roman" w:hAnsi="Times New Roman" w:cs="Times New Roman"/>
              </w:rPr>
              <w:t>t</w:t>
            </w:r>
            <w:r w:rsidRPr="002838D4">
              <w:rPr>
                <w:rFonts w:ascii="Times New Roman" w:hAnsi="Times New Roman" w:cs="Times New Roman"/>
              </w:rPr>
              <w:t xml:space="preserve">hirty months from the date of </w:t>
            </w:r>
            <w:r w:rsidRPr="00224DAA">
              <w:rPr>
                <w:rFonts w:ascii="Times New Roman" w:hAnsi="Times New Roman" w:cs="Times New Roman"/>
              </w:rPr>
              <w:t xml:space="preserve">signing the Loan </w:t>
            </w:r>
            <w:r w:rsidR="00824863" w:rsidRPr="00224DAA">
              <w:rPr>
                <w:rFonts w:ascii="Times New Roman" w:hAnsi="Times New Roman" w:cs="Times New Roman"/>
              </w:rPr>
              <w:t xml:space="preserve">and Security </w:t>
            </w:r>
            <w:r w:rsidRPr="00224DAA">
              <w:rPr>
                <w:rFonts w:ascii="Times New Roman" w:hAnsi="Times New Roman" w:cs="Times New Roman"/>
              </w:rPr>
              <w:t>Agreement</w:t>
            </w:r>
          </w:p>
        </w:tc>
      </w:tr>
      <w:tr w:rsidR="00E06B6E" w:rsidRPr="005A36EA" w14:paraId="46CB8640" w14:textId="77777777" w:rsidTr="00891E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33" w:type="pct"/>
            <w:vAlign w:val="center"/>
          </w:tcPr>
          <w:p w14:paraId="1A0A84BE" w14:textId="77777777" w:rsidR="00E06B6E" w:rsidRPr="002838D4" w:rsidRDefault="00E06B6E" w:rsidP="00891ED7">
            <w:pPr>
              <w:tabs>
                <w:tab w:val="left" w:pos="1590"/>
              </w:tabs>
              <w:spacing w:line="276" w:lineRule="auto"/>
              <w:contextualSpacing/>
              <w:jc w:val="center"/>
              <w:rPr>
                <w:rFonts w:ascii="Times New Roman" w:hAnsi="Times New Roman" w:cs="Times New Roman"/>
                <w:b w:val="0"/>
                <w:bCs w:val="0"/>
              </w:rPr>
            </w:pPr>
            <w:r w:rsidRPr="002838D4">
              <w:rPr>
                <w:rFonts w:ascii="Times New Roman" w:hAnsi="Times New Roman" w:cs="Times New Roman"/>
              </w:rPr>
              <w:t>Prepayment</w:t>
            </w:r>
          </w:p>
        </w:tc>
        <w:tc>
          <w:tcPr>
            <w:tcW w:w="3567" w:type="pct"/>
          </w:tcPr>
          <w:p w14:paraId="20931CFB" w14:textId="77777777" w:rsidR="00E06B6E" w:rsidRPr="00E829C5" w:rsidRDefault="00E06B6E" w:rsidP="00891ED7">
            <w:pPr>
              <w:tabs>
                <w:tab w:val="left" w:pos="1590"/>
              </w:tabs>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838D4">
              <w:rPr>
                <w:rFonts w:ascii="Times New Roman" w:hAnsi="Times New Roman" w:cs="Times New Roman"/>
              </w:rPr>
              <w:t>No prepayment, except for mandatory prepayment, will be allowed in the first 24 months (please refer to Fees &amp; Charges below)</w:t>
            </w:r>
          </w:p>
        </w:tc>
      </w:tr>
      <w:tr w:rsidR="00E06B6E" w:rsidRPr="005A36EA" w14:paraId="2E49ED7D" w14:textId="77777777" w:rsidTr="00891ED7">
        <w:trPr>
          <w:trHeight w:val="20"/>
        </w:trPr>
        <w:tc>
          <w:tcPr>
            <w:cnfStyle w:val="001000000000" w:firstRow="0" w:lastRow="0" w:firstColumn="1" w:lastColumn="0" w:oddVBand="0" w:evenVBand="0" w:oddHBand="0" w:evenHBand="0" w:firstRowFirstColumn="0" w:firstRowLastColumn="0" w:lastRowFirstColumn="0" w:lastRowLastColumn="0"/>
            <w:tcW w:w="1433" w:type="pct"/>
            <w:vAlign w:val="center"/>
          </w:tcPr>
          <w:p w14:paraId="08EA2084" w14:textId="77777777" w:rsidR="00E06B6E" w:rsidRPr="00E829C5" w:rsidRDefault="00E06B6E" w:rsidP="00891ED7">
            <w:pPr>
              <w:tabs>
                <w:tab w:val="left" w:pos="1590"/>
              </w:tabs>
              <w:spacing w:line="276" w:lineRule="auto"/>
              <w:contextualSpacing/>
              <w:jc w:val="center"/>
              <w:rPr>
                <w:rFonts w:ascii="Times New Roman" w:hAnsi="Times New Roman" w:cs="Times New Roman"/>
                <w:b w:val="0"/>
                <w:bCs w:val="0"/>
              </w:rPr>
            </w:pPr>
            <w:r w:rsidRPr="00E829C5">
              <w:rPr>
                <w:rFonts w:ascii="Times New Roman" w:hAnsi="Times New Roman" w:cs="Times New Roman"/>
              </w:rPr>
              <w:t>Fees and Charges</w:t>
            </w:r>
          </w:p>
        </w:tc>
        <w:tc>
          <w:tcPr>
            <w:tcW w:w="3567" w:type="pct"/>
          </w:tcPr>
          <w:p w14:paraId="18EE2493" w14:textId="77777777" w:rsidR="00E06B6E" w:rsidRPr="00E829C5" w:rsidRDefault="00E06B6E" w:rsidP="00891ED7">
            <w:pPr>
              <w:tabs>
                <w:tab w:val="left" w:pos="1590"/>
              </w:tabs>
              <w:spacing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829C5">
              <w:rPr>
                <w:rFonts w:ascii="Times New Roman" w:hAnsi="Times New Roman" w:cs="Times New Roman"/>
              </w:rPr>
              <w:t>The applicable fees and charges are as follows:</w:t>
            </w:r>
          </w:p>
          <w:p w14:paraId="02FDCCDC" w14:textId="77777777" w:rsidR="00E06B6E" w:rsidRPr="00E829C5" w:rsidRDefault="00E06B6E" w:rsidP="00E06B6E">
            <w:pPr>
              <w:numPr>
                <w:ilvl w:val="0"/>
                <w:numId w:val="8"/>
              </w:numPr>
              <w:tabs>
                <w:tab w:val="left" w:pos="1590"/>
              </w:tabs>
              <w:spacing w:line="276" w:lineRule="auto"/>
              <w:ind w:left="72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829C5">
              <w:rPr>
                <w:rFonts w:ascii="Times New Roman" w:hAnsi="Times New Roman" w:cs="Times New Roman"/>
                <w:b/>
              </w:rPr>
              <w:lastRenderedPageBreak/>
              <w:t>Commitment Fee:</w:t>
            </w:r>
            <w:r w:rsidRPr="00E829C5">
              <w:rPr>
                <w:rFonts w:ascii="Times New Roman" w:hAnsi="Times New Roman" w:cs="Times New Roman"/>
              </w:rPr>
              <w:t xml:space="preserve"> 0.50% on the Unwithdrawn Loan Balance to be paid on quarterly payment dates</w:t>
            </w:r>
          </w:p>
          <w:p w14:paraId="5DA8C2E7" w14:textId="77777777" w:rsidR="00E06B6E" w:rsidRPr="00E829C5" w:rsidRDefault="00E06B6E" w:rsidP="00E06B6E">
            <w:pPr>
              <w:numPr>
                <w:ilvl w:val="0"/>
                <w:numId w:val="8"/>
              </w:numPr>
              <w:tabs>
                <w:tab w:val="left" w:pos="1590"/>
              </w:tabs>
              <w:spacing w:line="276" w:lineRule="auto"/>
              <w:ind w:left="72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829C5">
              <w:rPr>
                <w:rFonts w:ascii="Times New Roman" w:hAnsi="Times New Roman" w:cs="Times New Roman"/>
                <w:b/>
              </w:rPr>
              <w:t>Prepayment Fee:</w:t>
            </w:r>
            <w:r w:rsidRPr="00E829C5">
              <w:rPr>
                <w:rFonts w:ascii="Times New Roman" w:hAnsi="Times New Roman" w:cs="Times New Roman"/>
              </w:rPr>
              <w:t xml:space="preserve"> 2% on the amount prepaid</w:t>
            </w:r>
          </w:p>
        </w:tc>
      </w:tr>
    </w:tbl>
    <w:p w14:paraId="78884F91" w14:textId="77777777" w:rsidR="004819FF" w:rsidRPr="005A36EA" w:rsidRDefault="004819FF" w:rsidP="006C208E">
      <w:pPr>
        <w:spacing w:after="0"/>
        <w:jc w:val="both"/>
        <w:rPr>
          <w:rFonts w:ascii="Times New Roman" w:hAnsi="Times New Roman" w:cs="Times New Roman"/>
          <w:sz w:val="24"/>
          <w:szCs w:val="24"/>
        </w:rPr>
      </w:pPr>
    </w:p>
    <w:p w14:paraId="05ADA385" w14:textId="5430A372" w:rsidR="00C9742F" w:rsidRPr="006C208E" w:rsidRDefault="00C9742F" w:rsidP="006C208E">
      <w:pPr>
        <w:pStyle w:val="ListParagraph"/>
        <w:numPr>
          <w:ilvl w:val="1"/>
          <w:numId w:val="25"/>
        </w:numPr>
        <w:spacing w:after="0"/>
        <w:jc w:val="both"/>
        <w:rPr>
          <w:rFonts w:ascii="Times New Roman" w:hAnsi="Times New Roman" w:cs="Times New Roman"/>
          <w:b/>
          <w:bCs/>
          <w:sz w:val="24"/>
          <w:szCs w:val="24"/>
        </w:rPr>
      </w:pPr>
      <w:r w:rsidRPr="006C208E">
        <w:rPr>
          <w:rFonts w:ascii="Times New Roman" w:hAnsi="Times New Roman" w:cs="Times New Roman"/>
          <w:b/>
          <w:bCs/>
          <w:sz w:val="24"/>
          <w:szCs w:val="24"/>
        </w:rPr>
        <w:t>Collaterals on Loans</w:t>
      </w:r>
    </w:p>
    <w:p w14:paraId="7166D498" w14:textId="77777777" w:rsidR="00C9742F" w:rsidRPr="006C208E" w:rsidRDefault="00C9742F" w:rsidP="006C208E">
      <w:pPr>
        <w:spacing w:after="0"/>
        <w:jc w:val="both"/>
        <w:rPr>
          <w:rFonts w:ascii="Times New Roman" w:hAnsi="Times New Roman" w:cs="Times New Roman"/>
          <w:sz w:val="24"/>
          <w:szCs w:val="24"/>
        </w:rPr>
      </w:pPr>
    </w:p>
    <w:p w14:paraId="1F129CBC" w14:textId="6054E9F7" w:rsidR="00C9742F" w:rsidRPr="006C208E" w:rsidRDefault="00C9742F" w:rsidP="006C208E">
      <w:pPr>
        <w:spacing w:after="0"/>
        <w:jc w:val="both"/>
        <w:rPr>
          <w:rFonts w:ascii="Times New Roman" w:hAnsi="Times New Roman" w:cs="Times New Roman"/>
          <w:sz w:val="24"/>
          <w:szCs w:val="24"/>
        </w:rPr>
      </w:pPr>
      <w:r w:rsidRPr="006C208E">
        <w:rPr>
          <w:rFonts w:ascii="Times New Roman" w:hAnsi="Times New Roman" w:cs="Times New Roman"/>
          <w:sz w:val="24"/>
          <w:szCs w:val="24"/>
        </w:rPr>
        <w:t>POs are to provide collaterals against the loans which shall be negotiated and finalized prior to loan agreement signing.</w:t>
      </w:r>
    </w:p>
    <w:p w14:paraId="2161914F" w14:textId="77777777" w:rsidR="00211024" w:rsidRPr="006C208E" w:rsidRDefault="00211024" w:rsidP="006C208E">
      <w:pPr>
        <w:spacing w:after="0"/>
        <w:jc w:val="both"/>
        <w:rPr>
          <w:rFonts w:ascii="Times New Roman" w:hAnsi="Times New Roman" w:cs="Times New Roman"/>
          <w:sz w:val="24"/>
          <w:szCs w:val="24"/>
        </w:rPr>
      </w:pPr>
    </w:p>
    <w:p w14:paraId="12F056C9" w14:textId="5E5091D7" w:rsidR="00211024" w:rsidRPr="006C208E" w:rsidRDefault="00211024" w:rsidP="006C208E">
      <w:pPr>
        <w:pStyle w:val="ListParagraph"/>
        <w:numPr>
          <w:ilvl w:val="1"/>
          <w:numId w:val="25"/>
        </w:numPr>
        <w:spacing w:after="0"/>
        <w:jc w:val="both"/>
        <w:rPr>
          <w:rFonts w:ascii="Times New Roman" w:hAnsi="Times New Roman" w:cs="Times New Roman"/>
          <w:b/>
          <w:bCs/>
          <w:sz w:val="24"/>
          <w:szCs w:val="24"/>
        </w:rPr>
      </w:pPr>
      <w:r w:rsidRPr="006C208E">
        <w:rPr>
          <w:rFonts w:ascii="Times New Roman" w:hAnsi="Times New Roman" w:cs="Times New Roman"/>
          <w:b/>
          <w:bCs/>
          <w:sz w:val="24"/>
          <w:szCs w:val="24"/>
        </w:rPr>
        <w:t>Disbursement of Funds</w:t>
      </w:r>
    </w:p>
    <w:p w14:paraId="293E2840" w14:textId="77777777" w:rsidR="00211024" w:rsidRPr="006C208E" w:rsidRDefault="00211024" w:rsidP="006C208E">
      <w:pPr>
        <w:spacing w:after="0"/>
        <w:jc w:val="both"/>
        <w:rPr>
          <w:rFonts w:ascii="Times New Roman" w:hAnsi="Times New Roman" w:cs="Times New Roman"/>
          <w:sz w:val="24"/>
          <w:szCs w:val="24"/>
        </w:rPr>
      </w:pPr>
    </w:p>
    <w:p w14:paraId="42FE47D4" w14:textId="16544EAC" w:rsidR="00211024" w:rsidRPr="006C208E" w:rsidRDefault="00211024" w:rsidP="006C208E">
      <w:pPr>
        <w:spacing w:after="0"/>
        <w:jc w:val="both"/>
        <w:rPr>
          <w:rFonts w:ascii="Times New Roman" w:hAnsi="Times New Roman" w:cs="Times New Roman"/>
          <w:sz w:val="24"/>
          <w:szCs w:val="24"/>
        </w:rPr>
      </w:pPr>
      <w:r w:rsidRPr="006C208E">
        <w:rPr>
          <w:rFonts w:ascii="Times New Roman" w:hAnsi="Times New Roman" w:cs="Times New Roman"/>
          <w:sz w:val="24"/>
          <w:szCs w:val="24"/>
        </w:rPr>
        <w:t>Debt will be disbursed by milestones</w:t>
      </w:r>
      <w:r w:rsidR="00BE6CEC" w:rsidRPr="006C208E">
        <w:rPr>
          <w:rFonts w:ascii="Times New Roman" w:hAnsi="Times New Roman" w:cs="Times New Roman"/>
          <w:sz w:val="24"/>
          <w:szCs w:val="24"/>
        </w:rPr>
        <w:t xml:space="preserve"> (subject to satisfactory verification as required)</w:t>
      </w:r>
      <w:r w:rsidRPr="006C208E">
        <w:rPr>
          <w:rFonts w:ascii="Times New Roman" w:hAnsi="Times New Roman" w:cs="Times New Roman"/>
          <w:sz w:val="24"/>
          <w:szCs w:val="24"/>
        </w:rPr>
        <w:t xml:space="preserve"> </w:t>
      </w:r>
      <w:r w:rsidR="003015E0" w:rsidRPr="006C208E">
        <w:rPr>
          <w:rFonts w:ascii="Times New Roman" w:hAnsi="Times New Roman" w:cs="Times New Roman"/>
          <w:sz w:val="24"/>
          <w:szCs w:val="24"/>
        </w:rPr>
        <w:t>to</w:t>
      </w:r>
      <w:r w:rsidRPr="006C208E">
        <w:rPr>
          <w:rFonts w:ascii="Times New Roman" w:hAnsi="Times New Roman" w:cs="Times New Roman"/>
          <w:sz w:val="24"/>
          <w:szCs w:val="24"/>
        </w:rPr>
        <w:t xml:space="preserve"> ensure the funding is used by POs for the purpose intended by the Fund. These milestones will be negotiated with companies based on their financing needs, supplier contract provisions and invoices for stock, work orders, invoices of assets to be purchased by the </w:t>
      </w:r>
      <w:proofErr w:type="spellStart"/>
      <w:r w:rsidRPr="006C208E">
        <w:rPr>
          <w:rFonts w:ascii="Times New Roman" w:hAnsi="Times New Roman" w:cs="Times New Roman"/>
          <w:sz w:val="24"/>
          <w:szCs w:val="24"/>
        </w:rPr>
        <w:t>POs.</w:t>
      </w:r>
      <w:proofErr w:type="spellEnd"/>
    </w:p>
    <w:p w14:paraId="53874DED" w14:textId="77777777" w:rsidR="00C9742F" w:rsidRPr="006C208E" w:rsidRDefault="00C9742F" w:rsidP="006C208E">
      <w:pPr>
        <w:spacing w:after="0"/>
        <w:jc w:val="both"/>
        <w:rPr>
          <w:rFonts w:ascii="Times New Roman" w:hAnsi="Times New Roman" w:cs="Times New Roman"/>
          <w:sz w:val="24"/>
          <w:szCs w:val="24"/>
        </w:rPr>
      </w:pPr>
    </w:p>
    <w:p w14:paraId="4935A770" w14:textId="4B930916" w:rsidR="00F72DE3" w:rsidRPr="006C208E" w:rsidRDefault="00F72DE3" w:rsidP="006C208E">
      <w:pPr>
        <w:pStyle w:val="ListParagraph"/>
        <w:numPr>
          <w:ilvl w:val="1"/>
          <w:numId w:val="25"/>
        </w:numPr>
        <w:spacing w:after="0"/>
        <w:jc w:val="both"/>
        <w:rPr>
          <w:rFonts w:ascii="Times New Roman" w:hAnsi="Times New Roman" w:cs="Times New Roman"/>
          <w:b/>
          <w:bCs/>
          <w:sz w:val="24"/>
          <w:szCs w:val="24"/>
        </w:rPr>
      </w:pPr>
      <w:r w:rsidRPr="006C208E">
        <w:rPr>
          <w:rFonts w:ascii="Times New Roman" w:hAnsi="Times New Roman" w:cs="Times New Roman"/>
          <w:b/>
          <w:bCs/>
          <w:sz w:val="24"/>
          <w:szCs w:val="24"/>
        </w:rPr>
        <w:t xml:space="preserve">Gender </w:t>
      </w:r>
      <w:r w:rsidR="00DE43DE" w:rsidRPr="006C208E">
        <w:rPr>
          <w:rFonts w:ascii="Times New Roman" w:hAnsi="Times New Roman" w:cs="Times New Roman"/>
          <w:b/>
          <w:bCs/>
          <w:sz w:val="24"/>
          <w:szCs w:val="24"/>
        </w:rPr>
        <w:t xml:space="preserve">and Social Inclusion </w:t>
      </w:r>
      <w:r w:rsidR="00E53670" w:rsidRPr="006C208E">
        <w:rPr>
          <w:rFonts w:ascii="Times New Roman" w:hAnsi="Times New Roman" w:cs="Times New Roman"/>
          <w:b/>
          <w:bCs/>
          <w:sz w:val="24"/>
          <w:szCs w:val="24"/>
        </w:rPr>
        <w:t>Focus</w:t>
      </w:r>
    </w:p>
    <w:p w14:paraId="5D002288" w14:textId="77777777" w:rsidR="00F22C75" w:rsidRPr="006C208E" w:rsidRDefault="00F22C75" w:rsidP="006C208E">
      <w:pPr>
        <w:spacing w:after="0"/>
        <w:jc w:val="both"/>
        <w:rPr>
          <w:rFonts w:ascii="Times New Roman" w:hAnsi="Times New Roman" w:cs="Times New Roman"/>
          <w:sz w:val="24"/>
          <w:szCs w:val="24"/>
        </w:rPr>
      </w:pPr>
    </w:p>
    <w:p w14:paraId="37A09482" w14:textId="023A0198" w:rsidR="00250C5A" w:rsidRPr="006C208E" w:rsidRDefault="00F72DE3" w:rsidP="006C208E">
      <w:pPr>
        <w:spacing w:after="0"/>
        <w:jc w:val="both"/>
        <w:rPr>
          <w:rFonts w:ascii="Times New Roman" w:hAnsi="Times New Roman" w:cs="Times New Roman"/>
          <w:sz w:val="24"/>
          <w:szCs w:val="24"/>
        </w:rPr>
      </w:pPr>
      <w:r w:rsidRPr="006C208E">
        <w:rPr>
          <w:rFonts w:ascii="Times New Roman" w:hAnsi="Times New Roman" w:cs="Times New Roman"/>
          <w:sz w:val="24"/>
          <w:szCs w:val="24"/>
        </w:rPr>
        <w:t xml:space="preserve">Applicants are </w:t>
      </w:r>
      <w:r w:rsidR="00D858C1" w:rsidRPr="006C208E">
        <w:rPr>
          <w:rFonts w:ascii="Times New Roman" w:hAnsi="Times New Roman" w:cs="Times New Roman"/>
          <w:sz w:val="24"/>
          <w:szCs w:val="24"/>
        </w:rPr>
        <w:t xml:space="preserve">encouraged </w:t>
      </w:r>
      <w:r w:rsidRPr="006C208E">
        <w:rPr>
          <w:rFonts w:ascii="Times New Roman" w:hAnsi="Times New Roman" w:cs="Times New Roman"/>
          <w:sz w:val="24"/>
          <w:szCs w:val="24"/>
        </w:rPr>
        <w:t xml:space="preserve">to </w:t>
      </w:r>
      <w:r w:rsidR="006E3000" w:rsidRPr="006C208E">
        <w:rPr>
          <w:rFonts w:ascii="Times New Roman" w:hAnsi="Times New Roman" w:cs="Times New Roman"/>
          <w:sz w:val="24"/>
          <w:szCs w:val="24"/>
        </w:rPr>
        <w:t xml:space="preserve">sell </w:t>
      </w:r>
      <w:r w:rsidR="008F71B4" w:rsidRPr="006C208E">
        <w:rPr>
          <w:rFonts w:ascii="Times New Roman" w:hAnsi="Times New Roman" w:cs="Times New Roman"/>
          <w:sz w:val="24"/>
          <w:szCs w:val="24"/>
        </w:rPr>
        <w:t xml:space="preserve">CCS </w:t>
      </w:r>
      <w:r w:rsidRPr="006C208E">
        <w:rPr>
          <w:rFonts w:ascii="Times New Roman" w:hAnsi="Times New Roman" w:cs="Times New Roman"/>
          <w:sz w:val="24"/>
          <w:szCs w:val="24"/>
        </w:rPr>
        <w:t xml:space="preserve">to </w:t>
      </w:r>
      <w:r w:rsidR="006E3000" w:rsidRPr="006C208E">
        <w:rPr>
          <w:rFonts w:ascii="Times New Roman" w:hAnsi="Times New Roman" w:cs="Times New Roman"/>
          <w:sz w:val="24"/>
          <w:szCs w:val="24"/>
        </w:rPr>
        <w:t xml:space="preserve">female-headed </w:t>
      </w:r>
      <w:r w:rsidRPr="006C208E">
        <w:rPr>
          <w:rFonts w:ascii="Times New Roman" w:hAnsi="Times New Roman" w:cs="Times New Roman"/>
          <w:sz w:val="24"/>
          <w:szCs w:val="24"/>
        </w:rPr>
        <w:t>households</w:t>
      </w:r>
      <w:r w:rsidR="00250C5A" w:rsidRPr="006C208E">
        <w:rPr>
          <w:rStyle w:val="FootnoteReference"/>
          <w:rFonts w:ascii="Times New Roman" w:hAnsi="Times New Roman" w:cs="Times New Roman"/>
          <w:sz w:val="24"/>
          <w:szCs w:val="24"/>
        </w:rPr>
        <w:footnoteReference w:id="7"/>
      </w:r>
      <w:r w:rsidR="006E3000" w:rsidRPr="006C208E">
        <w:rPr>
          <w:rFonts w:ascii="Times New Roman" w:hAnsi="Times New Roman" w:cs="Times New Roman"/>
          <w:sz w:val="24"/>
          <w:szCs w:val="24"/>
        </w:rPr>
        <w:t>.</w:t>
      </w:r>
      <w:r w:rsidRPr="006C208E">
        <w:rPr>
          <w:rFonts w:ascii="Times New Roman" w:hAnsi="Times New Roman" w:cs="Times New Roman"/>
          <w:sz w:val="24"/>
          <w:szCs w:val="24"/>
        </w:rPr>
        <w:t xml:space="preserve"> </w:t>
      </w:r>
    </w:p>
    <w:p w14:paraId="01012045" w14:textId="77777777" w:rsidR="008F71B4" w:rsidRPr="006C208E" w:rsidRDefault="008F71B4" w:rsidP="006C208E">
      <w:pPr>
        <w:spacing w:after="0"/>
        <w:jc w:val="both"/>
        <w:rPr>
          <w:rFonts w:ascii="Times New Roman" w:hAnsi="Times New Roman" w:cs="Times New Roman"/>
          <w:sz w:val="24"/>
          <w:szCs w:val="24"/>
        </w:rPr>
      </w:pPr>
    </w:p>
    <w:p w14:paraId="422EC8F3" w14:textId="41002413" w:rsidR="000D6DF7" w:rsidRPr="006C208E" w:rsidRDefault="00F72DE3" w:rsidP="006C208E">
      <w:pPr>
        <w:spacing w:after="0"/>
        <w:jc w:val="both"/>
        <w:rPr>
          <w:rFonts w:ascii="Times New Roman" w:hAnsi="Times New Roman" w:cs="Times New Roman"/>
          <w:sz w:val="24"/>
          <w:szCs w:val="24"/>
        </w:rPr>
      </w:pPr>
      <w:r w:rsidRPr="006C208E">
        <w:rPr>
          <w:rFonts w:ascii="Times New Roman" w:hAnsi="Times New Roman" w:cs="Times New Roman"/>
          <w:sz w:val="24"/>
          <w:szCs w:val="24"/>
        </w:rPr>
        <w:t xml:space="preserve">Applicants are </w:t>
      </w:r>
      <w:r w:rsidR="00D858C1" w:rsidRPr="006C208E">
        <w:rPr>
          <w:rFonts w:ascii="Times New Roman" w:hAnsi="Times New Roman" w:cs="Times New Roman"/>
          <w:sz w:val="24"/>
          <w:szCs w:val="24"/>
        </w:rPr>
        <w:t xml:space="preserve">also </w:t>
      </w:r>
      <w:r w:rsidRPr="006C208E">
        <w:rPr>
          <w:rFonts w:ascii="Times New Roman" w:hAnsi="Times New Roman" w:cs="Times New Roman"/>
          <w:sz w:val="24"/>
          <w:szCs w:val="24"/>
        </w:rPr>
        <w:t xml:space="preserve">encouraged to create jobs for </w:t>
      </w:r>
      <w:r w:rsidR="00D858C1" w:rsidRPr="006C208E">
        <w:rPr>
          <w:rFonts w:ascii="Times New Roman" w:hAnsi="Times New Roman" w:cs="Times New Roman"/>
          <w:sz w:val="24"/>
          <w:szCs w:val="24"/>
        </w:rPr>
        <w:t>female</w:t>
      </w:r>
      <w:r w:rsidR="005C09D4" w:rsidRPr="006C208E">
        <w:rPr>
          <w:rFonts w:ascii="Times New Roman" w:hAnsi="Times New Roman" w:cs="Times New Roman"/>
          <w:sz w:val="24"/>
          <w:szCs w:val="24"/>
        </w:rPr>
        <w:t>s</w:t>
      </w:r>
      <w:r w:rsidR="00D858C1" w:rsidRPr="006C208E">
        <w:rPr>
          <w:rFonts w:ascii="Times New Roman" w:hAnsi="Times New Roman" w:cs="Times New Roman"/>
          <w:sz w:val="24"/>
          <w:szCs w:val="24"/>
        </w:rPr>
        <w:t xml:space="preserve"> </w:t>
      </w:r>
      <w:r w:rsidR="00452C2E" w:rsidRPr="006C208E">
        <w:rPr>
          <w:rFonts w:ascii="Times New Roman" w:hAnsi="Times New Roman" w:cs="Times New Roman"/>
          <w:sz w:val="24"/>
          <w:szCs w:val="24"/>
        </w:rPr>
        <w:t>across</w:t>
      </w:r>
      <w:r w:rsidR="005C09D4" w:rsidRPr="006C208E">
        <w:rPr>
          <w:rFonts w:ascii="Times New Roman" w:hAnsi="Times New Roman" w:cs="Times New Roman"/>
          <w:sz w:val="24"/>
          <w:szCs w:val="24"/>
        </w:rPr>
        <w:t xml:space="preserve"> all level</w:t>
      </w:r>
      <w:r w:rsidR="00452C2E" w:rsidRPr="006C208E">
        <w:rPr>
          <w:rFonts w:ascii="Times New Roman" w:hAnsi="Times New Roman" w:cs="Times New Roman"/>
          <w:sz w:val="24"/>
          <w:szCs w:val="24"/>
        </w:rPr>
        <w:t>s</w:t>
      </w:r>
      <w:r w:rsidR="005C09D4" w:rsidRPr="006C208E">
        <w:rPr>
          <w:rFonts w:ascii="Times New Roman" w:hAnsi="Times New Roman" w:cs="Times New Roman"/>
          <w:sz w:val="24"/>
          <w:szCs w:val="24"/>
        </w:rPr>
        <w:t xml:space="preserve"> of operations</w:t>
      </w:r>
      <w:r w:rsidRPr="006C208E">
        <w:rPr>
          <w:rFonts w:ascii="Times New Roman" w:hAnsi="Times New Roman" w:cs="Times New Roman"/>
          <w:sz w:val="24"/>
          <w:szCs w:val="24"/>
        </w:rPr>
        <w:t xml:space="preserve">. Any commitment on the jobs created for </w:t>
      </w:r>
      <w:r w:rsidR="00452C2E" w:rsidRPr="006C208E">
        <w:rPr>
          <w:rFonts w:ascii="Times New Roman" w:hAnsi="Times New Roman" w:cs="Times New Roman"/>
          <w:sz w:val="24"/>
          <w:szCs w:val="24"/>
        </w:rPr>
        <w:t xml:space="preserve">females </w:t>
      </w:r>
      <w:r w:rsidRPr="006C208E">
        <w:rPr>
          <w:rFonts w:ascii="Times New Roman" w:hAnsi="Times New Roman" w:cs="Times New Roman"/>
          <w:sz w:val="24"/>
          <w:szCs w:val="24"/>
        </w:rPr>
        <w:t xml:space="preserve">will be taken into consideration </w:t>
      </w:r>
      <w:r w:rsidR="00C6090F" w:rsidRPr="006C208E">
        <w:rPr>
          <w:rFonts w:ascii="Times New Roman" w:hAnsi="Times New Roman" w:cs="Times New Roman"/>
          <w:sz w:val="24"/>
          <w:szCs w:val="24"/>
        </w:rPr>
        <w:t xml:space="preserve">during </w:t>
      </w:r>
      <w:r w:rsidR="00250C5A" w:rsidRPr="006C208E">
        <w:rPr>
          <w:rFonts w:ascii="Times New Roman" w:hAnsi="Times New Roman" w:cs="Times New Roman"/>
          <w:sz w:val="24"/>
          <w:szCs w:val="24"/>
        </w:rPr>
        <w:t xml:space="preserve">the </w:t>
      </w:r>
      <w:r w:rsidRPr="006C208E">
        <w:rPr>
          <w:rFonts w:ascii="Times New Roman" w:hAnsi="Times New Roman" w:cs="Times New Roman"/>
          <w:sz w:val="24"/>
          <w:szCs w:val="24"/>
        </w:rPr>
        <w:t>evaluation</w:t>
      </w:r>
      <w:r w:rsidR="00250C5A" w:rsidRPr="006C208E">
        <w:rPr>
          <w:rFonts w:ascii="Times New Roman" w:hAnsi="Times New Roman" w:cs="Times New Roman"/>
          <w:sz w:val="24"/>
          <w:szCs w:val="24"/>
        </w:rPr>
        <w:t xml:space="preserve"> of proposals</w:t>
      </w:r>
      <w:r w:rsidRPr="006C208E">
        <w:rPr>
          <w:rFonts w:ascii="Times New Roman" w:hAnsi="Times New Roman" w:cs="Times New Roman"/>
          <w:sz w:val="24"/>
          <w:szCs w:val="24"/>
        </w:rPr>
        <w:t>.</w:t>
      </w:r>
      <w:r w:rsidR="00203E77" w:rsidRPr="006C208E">
        <w:rPr>
          <w:rFonts w:ascii="Times New Roman" w:hAnsi="Times New Roman" w:cs="Times New Roman"/>
          <w:sz w:val="24"/>
          <w:szCs w:val="24"/>
        </w:rPr>
        <w:t xml:space="preserve"> The companies will report quarterly on the progress against (a) 30% of new customers are FHH, and (b) 15% of new hires are female at all </w:t>
      </w:r>
      <w:r w:rsidR="00BB53B9" w:rsidRPr="006C208E">
        <w:rPr>
          <w:rFonts w:ascii="Times New Roman" w:hAnsi="Times New Roman" w:cs="Times New Roman"/>
          <w:sz w:val="24"/>
          <w:szCs w:val="24"/>
        </w:rPr>
        <w:t>levels</w:t>
      </w:r>
      <w:r w:rsidR="00203E77" w:rsidRPr="006C208E">
        <w:rPr>
          <w:rFonts w:ascii="Times New Roman" w:hAnsi="Times New Roman" w:cs="Times New Roman"/>
          <w:sz w:val="24"/>
          <w:szCs w:val="24"/>
        </w:rPr>
        <w:t xml:space="preserve"> of operations</w:t>
      </w:r>
      <w:r w:rsidR="006E7208" w:rsidRPr="006C208E">
        <w:rPr>
          <w:rFonts w:ascii="Times New Roman" w:hAnsi="Times New Roman" w:cs="Times New Roman"/>
          <w:sz w:val="24"/>
          <w:szCs w:val="24"/>
        </w:rPr>
        <w:t>.</w:t>
      </w:r>
    </w:p>
    <w:p w14:paraId="4BD7C839" w14:textId="77777777" w:rsidR="00F72DE3" w:rsidRPr="006C208E" w:rsidRDefault="00F72DE3" w:rsidP="006C208E">
      <w:pPr>
        <w:spacing w:after="0"/>
        <w:jc w:val="both"/>
        <w:rPr>
          <w:rFonts w:ascii="Times New Roman" w:hAnsi="Times New Roman" w:cs="Times New Roman"/>
          <w:sz w:val="24"/>
          <w:szCs w:val="24"/>
        </w:rPr>
      </w:pPr>
    </w:p>
    <w:p w14:paraId="3029117E" w14:textId="392F40F6" w:rsidR="00F72DE3" w:rsidRPr="006C208E" w:rsidRDefault="00F72DE3" w:rsidP="006C208E">
      <w:pPr>
        <w:pStyle w:val="ListParagraph"/>
        <w:numPr>
          <w:ilvl w:val="1"/>
          <w:numId w:val="25"/>
        </w:numPr>
        <w:spacing w:after="0"/>
        <w:jc w:val="both"/>
        <w:rPr>
          <w:rFonts w:ascii="Times New Roman" w:hAnsi="Times New Roman" w:cs="Times New Roman"/>
          <w:sz w:val="24"/>
          <w:szCs w:val="24"/>
        </w:rPr>
      </w:pPr>
      <w:r w:rsidRPr="006C208E">
        <w:rPr>
          <w:rFonts w:ascii="Times New Roman" w:hAnsi="Times New Roman" w:cs="Times New Roman"/>
          <w:b/>
          <w:bCs/>
          <w:sz w:val="24"/>
          <w:szCs w:val="24"/>
        </w:rPr>
        <w:t>Technical Requirements</w:t>
      </w:r>
    </w:p>
    <w:p w14:paraId="7E027170" w14:textId="77777777" w:rsidR="00F22C75" w:rsidRPr="006C208E" w:rsidRDefault="00F22C75" w:rsidP="006C208E">
      <w:pPr>
        <w:spacing w:after="0"/>
        <w:jc w:val="both"/>
        <w:rPr>
          <w:rFonts w:ascii="Times New Roman" w:hAnsi="Times New Roman" w:cs="Times New Roman"/>
          <w:sz w:val="24"/>
          <w:szCs w:val="24"/>
        </w:rPr>
      </w:pPr>
    </w:p>
    <w:p w14:paraId="308EA962" w14:textId="1CEA0E68" w:rsidR="005D35F9" w:rsidRDefault="00DE741D" w:rsidP="006C208E">
      <w:pPr>
        <w:spacing w:after="0"/>
        <w:jc w:val="both"/>
        <w:rPr>
          <w:rFonts w:ascii="Times New Roman" w:hAnsi="Times New Roman" w:cs="Times New Roman"/>
          <w:sz w:val="24"/>
          <w:szCs w:val="24"/>
        </w:rPr>
      </w:pPr>
      <w:r w:rsidRPr="006C208E">
        <w:rPr>
          <w:rFonts w:ascii="Times New Roman" w:hAnsi="Times New Roman" w:cs="Times New Roman"/>
          <w:sz w:val="24"/>
          <w:szCs w:val="24"/>
        </w:rPr>
        <w:t xml:space="preserve">Tier 3, 4 and 5 clean cooking solutions will be eligible for distribution with minimum stove life of 5 years. </w:t>
      </w:r>
      <w:r w:rsidR="008471E1">
        <w:rPr>
          <w:rFonts w:ascii="Times New Roman" w:hAnsi="Times New Roman" w:cs="Times New Roman"/>
          <w:sz w:val="24"/>
          <w:szCs w:val="24"/>
        </w:rPr>
        <w:t>P</w:t>
      </w:r>
      <w:r w:rsidRPr="006C208E">
        <w:rPr>
          <w:rFonts w:ascii="Times New Roman" w:hAnsi="Times New Roman" w:cs="Times New Roman"/>
          <w:sz w:val="24"/>
          <w:szCs w:val="24"/>
        </w:rPr>
        <w:t xml:space="preserve">riority will be given to Tier 4 </w:t>
      </w:r>
      <w:r w:rsidR="008471E1">
        <w:rPr>
          <w:rFonts w:ascii="Times New Roman" w:hAnsi="Times New Roman" w:cs="Times New Roman"/>
          <w:sz w:val="24"/>
          <w:szCs w:val="24"/>
        </w:rPr>
        <w:t>and Tier</w:t>
      </w:r>
      <w:r w:rsidRPr="006C208E">
        <w:rPr>
          <w:rFonts w:ascii="Times New Roman" w:hAnsi="Times New Roman" w:cs="Times New Roman"/>
          <w:sz w:val="24"/>
          <w:szCs w:val="24"/>
        </w:rPr>
        <w:t xml:space="preserve"> 5 CCS</w:t>
      </w:r>
      <w:r w:rsidR="008471E1">
        <w:rPr>
          <w:rFonts w:ascii="Times New Roman" w:hAnsi="Times New Roman" w:cs="Times New Roman"/>
          <w:sz w:val="24"/>
          <w:szCs w:val="24"/>
        </w:rPr>
        <w:t>,</w:t>
      </w:r>
      <w:r w:rsidRPr="006C208E">
        <w:rPr>
          <w:rFonts w:ascii="Times New Roman" w:hAnsi="Times New Roman" w:cs="Times New Roman"/>
          <w:sz w:val="24"/>
          <w:szCs w:val="24"/>
        </w:rPr>
        <w:t xml:space="preserve"> and the </w:t>
      </w:r>
      <w:r w:rsidR="008471E1">
        <w:rPr>
          <w:rFonts w:ascii="Times New Roman" w:hAnsi="Times New Roman" w:cs="Times New Roman"/>
          <w:sz w:val="24"/>
          <w:szCs w:val="24"/>
        </w:rPr>
        <w:t xml:space="preserve">minimum eligibility threshold </w:t>
      </w:r>
      <w:r w:rsidR="00BA62DA">
        <w:rPr>
          <w:rFonts w:ascii="Times New Roman" w:hAnsi="Times New Roman" w:cs="Times New Roman"/>
          <w:sz w:val="24"/>
          <w:szCs w:val="24"/>
        </w:rPr>
        <w:t>may</w:t>
      </w:r>
      <w:r w:rsidR="00BA62DA" w:rsidRPr="006C208E">
        <w:rPr>
          <w:rFonts w:ascii="Times New Roman" w:hAnsi="Times New Roman" w:cs="Times New Roman"/>
          <w:sz w:val="24"/>
          <w:szCs w:val="24"/>
        </w:rPr>
        <w:t xml:space="preserve"> </w:t>
      </w:r>
      <w:r w:rsidRPr="006C208E">
        <w:rPr>
          <w:rFonts w:ascii="Times New Roman" w:hAnsi="Times New Roman" w:cs="Times New Roman"/>
          <w:sz w:val="24"/>
          <w:szCs w:val="24"/>
        </w:rPr>
        <w:t xml:space="preserve">be raised to Tier 4 and above after December 2027. </w:t>
      </w:r>
    </w:p>
    <w:p w14:paraId="7F972D12" w14:textId="77777777" w:rsidR="00262564" w:rsidRDefault="00262564" w:rsidP="006C208E">
      <w:pPr>
        <w:spacing w:after="0"/>
        <w:jc w:val="both"/>
        <w:rPr>
          <w:rFonts w:ascii="Times New Roman" w:hAnsi="Times New Roman" w:cs="Times New Roman"/>
          <w:sz w:val="24"/>
          <w:szCs w:val="24"/>
        </w:rPr>
      </w:pPr>
    </w:p>
    <w:p w14:paraId="386E5E9C" w14:textId="3F0A45E8" w:rsidR="00262564" w:rsidRPr="006C208E" w:rsidRDefault="00262564" w:rsidP="006C208E">
      <w:pPr>
        <w:spacing w:after="0"/>
        <w:jc w:val="both"/>
        <w:rPr>
          <w:rFonts w:ascii="Times New Roman" w:hAnsi="Times New Roman" w:cs="Times New Roman"/>
          <w:sz w:val="24"/>
          <w:szCs w:val="24"/>
        </w:rPr>
      </w:pPr>
      <w:r w:rsidRPr="00262564">
        <w:rPr>
          <w:rFonts w:ascii="Times New Roman" w:hAnsi="Times New Roman" w:cs="Times New Roman"/>
          <w:sz w:val="24"/>
          <w:szCs w:val="24"/>
        </w:rPr>
        <w:t xml:space="preserve">The CCS eligibility criteria apply equally to Option 1 and Option 2. Selection of a carbon-rights option does not, by itself, change the applicable technology-tier requirements. To qualify for funding under the NNNF, </w:t>
      </w:r>
      <w:r w:rsidR="00B378CE">
        <w:rPr>
          <w:rFonts w:ascii="Times New Roman" w:hAnsi="Times New Roman" w:cs="Times New Roman"/>
          <w:sz w:val="24"/>
          <w:szCs w:val="24"/>
        </w:rPr>
        <w:t xml:space="preserve">all the </w:t>
      </w:r>
      <w:r w:rsidRPr="00262564">
        <w:rPr>
          <w:rFonts w:ascii="Times New Roman" w:hAnsi="Times New Roman" w:cs="Times New Roman"/>
          <w:sz w:val="24"/>
          <w:szCs w:val="24"/>
        </w:rPr>
        <w:t>CCS must satisfy the conditions</w:t>
      </w:r>
      <w:r w:rsidR="00273990">
        <w:rPr>
          <w:rFonts w:ascii="Times New Roman" w:hAnsi="Times New Roman" w:cs="Times New Roman"/>
          <w:sz w:val="24"/>
          <w:szCs w:val="24"/>
        </w:rPr>
        <w:t xml:space="preserve"> </w:t>
      </w:r>
      <w:r w:rsidR="00376635">
        <w:rPr>
          <w:rFonts w:ascii="Times New Roman" w:hAnsi="Times New Roman" w:cs="Times New Roman"/>
          <w:sz w:val="24"/>
          <w:szCs w:val="24"/>
        </w:rPr>
        <w:t xml:space="preserve">and eligibility </w:t>
      </w:r>
      <w:r w:rsidR="00F42A14">
        <w:rPr>
          <w:rFonts w:ascii="Times New Roman" w:hAnsi="Times New Roman" w:cs="Times New Roman"/>
          <w:sz w:val="24"/>
          <w:szCs w:val="24"/>
        </w:rPr>
        <w:t>requirements</w:t>
      </w:r>
      <w:r w:rsidR="00405B31">
        <w:rPr>
          <w:rFonts w:ascii="Times New Roman" w:hAnsi="Times New Roman" w:cs="Times New Roman"/>
          <w:sz w:val="24"/>
          <w:szCs w:val="24"/>
        </w:rPr>
        <w:t xml:space="preserve"> set forth in Section 2 (i)</w:t>
      </w:r>
      <w:r w:rsidR="002F3191">
        <w:rPr>
          <w:rFonts w:ascii="Times New Roman" w:hAnsi="Times New Roman" w:cs="Times New Roman"/>
          <w:sz w:val="24"/>
          <w:szCs w:val="24"/>
        </w:rPr>
        <w:t xml:space="preserve"> along with </w:t>
      </w:r>
      <w:r w:rsidR="00603E87">
        <w:rPr>
          <w:rFonts w:ascii="Times New Roman" w:hAnsi="Times New Roman" w:cs="Times New Roman"/>
          <w:sz w:val="24"/>
          <w:szCs w:val="24"/>
        </w:rPr>
        <w:t>data sharing</w:t>
      </w:r>
      <w:r w:rsidR="00BC057B">
        <w:rPr>
          <w:rFonts w:ascii="Times New Roman" w:hAnsi="Times New Roman" w:cs="Times New Roman"/>
          <w:sz w:val="24"/>
          <w:szCs w:val="24"/>
        </w:rPr>
        <w:t xml:space="preserve"> and </w:t>
      </w:r>
      <w:r w:rsidR="00C56715">
        <w:rPr>
          <w:rFonts w:ascii="Times New Roman" w:hAnsi="Times New Roman" w:cs="Times New Roman"/>
          <w:sz w:val="24"/>
          <w:szCs w:val="24"/>
        </w:rPr>
        <w:t xml:space="preserve">stove </w:t>
      </w:r>
      <w:r w:rsidR="00BC057B">
        <w:rPr>
          <w:rFonts w:ascii="Times New Roman" w:hAnsi="Times New Roman" w:cs="Times New Roman"/>
          <w:sz w:val="24"/>
          <w:szCs w:val="24"/>
        </w:rPr>
        <w:t>performance criteria</w:t>
      </w:r>
      <w:r w:rsidR="00F42A14">
        <w:rPr>
          <w:rFonts w:ascii="Times New Roman" w:hAnsi="Times New Roman" w:cs="Times New Roman"/>
          <w:sz w:val="24"/>
          <w:szCs w:val="24"/>
        </w:rPr>
        <w:t xml:space="preserve"> of the fund. </w:t>
      </w:r>
    </w:p>
    <w:p w14:paraId="3BAC914F" w14:textId="5D9680FD" w:rsidR="00351070" w:rsidRDefault="00351070">
      <w:pPr>
        <w:rPr>
          <w:rFonts w:ascii="Times New Roman" w:hAnsi="Times New Roman" w:cs="Times New Roman"/>
          <w:sz w:val="24"/>
          <w:szCs w:val="24"/>
        </w:rPr>
      </w:pPr>
      <w:r>
        <w:rPr>
          <w:rFonts w:ascii="Times New Roman" w:hAnsi="Times New Roman" w:cs="Times New Roman"/>
          <w:sz w:val="24"/>
          <w:szCs w:val="24"/>
        </w:rPr>
        <w:br w:type="page"/>
      </w:r>
    </w:p>
    <w:p w14:paraId="71DF54C1" w14:textId="77777777" w:rsidR="005D35F9" w:rsidRPr="006C208E" w:rsidRDefault="005D35F9" w:rsidP="006C208E">
      <w:pPr>
        <w:spacing w:after="0"/>
        <w:jc w:val="both"/>
        <w:rPr>
          <w:rFonts w:ascii="Times New Roman" w:hAnsi="Times New Roman" w:cs="Times New Roman"/>
          <w:sz w:val="24"/>
          <w:szCs w:val="24"/>
        </w:rPr>
      </w:pPr>
    </w:p>
    <w:p w14:paraId="7160757A" w14:textId="6651A5CA" w:rsidR="00D15F6F" w:rsidRPr="006C208E" w:rsidRDefault="00EE6194" w:rsidP="006C208E">
      <w:pPr>
        <w:pStyle w:val="ListParagraph"/>
        <w:numPr>
          <w:ilvl w:val="1"/>
          <w:numId w:val="25"/>
        </w:numPr>
        <w:spacing w:after="0"/>
        <w:jc w:val="both"/>
        <w:rPr>
          <w:rFonts w:ascii="Times New Roman" w:hAnsi="Times New Roman" w:cs="Times New Roman"/>
          <w:sz w:val="24"/>
          <w:szCs w:val="24"/>
        </w:rPr>
      </w:pPr>
      <w:proofErr w:type="spellStart"/>
      <w:r w:rsidRPr="006C208E">
        <w:rPr>
          <w:rFonts w:ascii="Times New Roman" w:hAnsi="Times New Roman" w:cs="Times New Roman"/>
          <w:b/>
          <w:bCs/>
          <w:sz w:val="24"/>
          <w:szCs w:val="24"/>
        </w:rPr>
        <w:t>dMRV</w:t>
      </w:r>
      <w:proofErr w:type="spellEnd"/>
      <w:r w:rsidRPr="006C208E">
        <w:rPr>
          <w:rFonts w:ascii="Times New Roman" w:hAnsi="Times New Roman" w:cs="Times New Roman"/>
          <w:b/>
          <w:bCs/>
          <w:sz w:val="24"/>
          <w:szCs w:val="24"/>
        </w:rPr>
        <w:t xml:space="preserve"> </w:t>
      </w:r>
      <w:r w:rsidR="00D15F6F" w:rsidRPr="006C208E">
        <w:rPr>
          <w:rFonts w:ascii="Times New Roman" w:hAnsi="Times New Roman" w:cs="Times New Roman"/>
          <w:b/>
          <w:bCs/>
          <w:sz w:val="24"/>
          <w:szCs w:val="24"/>
        </w:rPr>
        <w:t>Platform Requirements</w:t>
      </w:r>
    </w:p>
    <w:p w14:paraId="5CB96E1D" w14:textId="77777777" w:rsidR="00D15F6F" w:rsidRPr="006C208E" w:rsidRDefault="00D15F6F" w:rsidP="006C208E">
      <w:pPr>
        <w:spacing w:after="0"/>
        <w:jc w:val="both"/>
        <w:rPr>
          <w:rFonts w:ascii="Times New Roman" w:hAnsi="Times New Roman" w:cs="Times New Roman"/>
          <w:sz w:val="24"/>
          <w:szCs w:val="24"/>
        </w:rPr>
      </w:pPr>
    </w:p>
    <w:p w14:paraId="2870F31F" w14:textId="5C43AD3D" w:rsidR="00C974E9" w:rsidRPr="006C208E" w:rsidRDefault="00EE6194" w:rsidP="006C208E">
      <w:pPr>
        <w:spacing w:after="0"/>
        <w:jc w:val="both"/>
        <w:rPr>
          <w:rFonts w:ascii="Times New Roman" w:hAnsi="Times New Roman" w:cs="Times New Roman"/>
          <w:sz w:val="24"/>
          <w:szCs w:val="24"/>
        </w:rPr>
      </w:pPr>
      <w:r w:rsidRPr="006C208E">
        <w:rPr>
          <w:rFonts w:ascii="Times New Roman" w:hAnsi="Times New Roman" w:cs="Times New Roman"/>
          <w:sz w:val="24"/>
          <w:szCs w:val="24"/>
        </w:rPr>
        <w:t xml:space="preserve">POs’ CRM systems as well as metered data (where applicable) must support API connections with the </w:t>
      </w:r>
      <w:proofErr w:type="spellStart"/>
      <w:r w:rsidR="00EE2095">
        <w:rPr>
          <w:rFonts w:ascii="Times New Roman" w:hAnsi="Times New Roman" w:cs="Times New Roman"/>
          <w:sz w:val="24"/>
          <w:szCs w:val="24"/>
        </w:rPr>
        <w:t>MoE</w:t>
      </w:r>
      <w:r w:rsidRPr="006C208E">
        <w:rPr>
          <w:rFonts w:ascii="Times New Roman" w:hAnsi="Times New Roman" w:cs="Times New Roman"/>
          <w:sz w:val="24"/>
          <w:szCs w:val="24"/>
        </w:rPr>
        <w:t>’s</w:t>
      </w:r>
      <w:proofErr w:type="spellEnd"/>
      <w:r w:rsidRPr="006C208E">
        <w:rPr>
          <w:rFonts w:ascii="Times New Roman" w:hAnsi="Times New Roman" w:cs="Times New Roman"/>
          <w:sz w:val="24"/>
          <w:szCs w:val="24"/>
        </w:rPr>
        <w:t xml:space="preserve"> </w:t>
      </w:r>
      <w:proofErr w:type="spellStart"/>
      <w:r w:rsidRPr="006C208E">
        <w:rPr>
          <w:rFonts w:ascii="Times New Roman" w:hAnsi="Times New Roman" w:cs="Times New Roman"/>
          <w:sz w:val="24"/>
          <w:szCs w:val="24"/>
        </w:rPr>
        <w:t>dMRV</w:t>
      </w:r>
      <w:proofErr w:type="spellEnd"/>
      <w:r w:rsidRPr="006C208E">
        <w:rPr>
          <w:rFonts w:ascii="Times New Roman" w:hAnsi="Times New Roman" w:cs="Times New Roman"/>
          <w:sz w:val="24"/>
          <w:szCs w:val="24"/>
        </w:rPr>
        <w:t xml:space="preserve"> platform</w:t>
      </w:r>
      <w:r w:rsidR="0035066B">
        <w:rPr>
          <w:rFonts w:ascii="Times New Roman" w:hAnsi="Times New Roman" w:cs="Times New Roman"/>
          <w:sz w:val="24"/>
          <w:szCs w:val="24"/>
        </w:rPr>
        <w:t xml:space="preserve"> (</w:t>
      </w:r>
      <w:r w:rsidR="005634B6">
        <w:rPr>
          <w:rFonts w:ascii="Times New Roman" w:hAnsi="Times New Roman" w:cs="Times New Roman"/>
          <w:sz w:val="24"/>
          <w:szCs w:val="24"/>
        </w:rPr>
        <w:t xml:space="preserve">i.e. </w:t>
      </w:r>
      <w:r w:rsidR="0035066B">
        <w:rPr>
          <w:rFonts w:ascii="Times New Roman" w:hAnsi="Times New Roman" w:cs="Times New Roman"/>
          <w:sz w:val="24"/>
          <w:szCs w:val="24"/>
        </w:rPr>
        <w:t>PROSPECT)</w:t>
      </w:r>
      <w:r w:rsidRPr="006C208E">
        <w:rPr>
          <w:rFonts w:ascii="Times New Roman" w:hAnsi="Times New Roman" w:cs="Times New Roman"/>
          <w:sz w:val="24"/>
          <w:szCs w:val="24"/>
        </w:rPr>
        <w:t xml:space="preserve">, allowing full access to all relevant performance indicators and data through integration with the </w:t>
      </w:r>
      <w:proofErr w:type="spellStart"/>
      <w:r w:rsidRPr="006C208E">
        <w:rPr>
          <w:rFonts w:ascii="Times New Roman" w:hAnsi="Times New Roman" w:cs="Times New Roman"/>
          <w:sz w:val="24"/>
          <w:szCs w:val="24"/>
        </w:rPr>
        <w:t>dMRV</w:t>
      </w:r>
      <w:proofErr w:type="spellEnd"/>
      <w:r w:rsidRPr="006C208E">
        <w:rPr>
          <w:rFonts w:ascii="Times New Roman" w:hAnsi="Times New Roman" w:cs="Times New Roman"/>
          <w:sz w:val="24"/>
          <w:szCs w:val="24"/>
        </w:rPr>
        <w:t xml:space="preserve"> platform. The information shall be utilized by the </w:t>
      </w:r>
      <w:proofErr w:type="spellStart"/>
      <w:r w:rsidR="00EE2095">
        <w:rPr>
          <w:rFonts w:ascii="Times New Roman" w:hAnsi="Times New Roman" w:cs="Times New Roman"/>
          <w:sz w:val="24"/>
          <w:szCs w:val="24"/>
        </w:rPr>
        <w:t>MoE</w:t>
      </w:r>
      <w:proofErr w:type="spellEnd"/>
      <w:r w:rsidRPr="006C208E">
        <w:rPr>
          <w:rFonts w:ascii="Times New Roman" w:hAnsi="Times New Roman" w:cs="Times New Roman"/>
          <w:sz w:val="24"/>
          <w:szCs w:val="24"/>
        </w:rPr>
        <w:t xml:space="preserve"> and the IVA to conduct verification during manag</w:t>
      </w:r>
      <w:r w:rsidR="00B92913" w:rsidRPr="006C208E">
        <w:rPr>
          <w:rFonts w:ascii="Times New Roman" w:hAnsi="Times New Roman" w:cs="Times New Roman"/>
          <w:sz w:val="24"/>
          <w:szCs w:val="24"/>
        </w:rPr>
        <w:t xml:space="preserve">ement of </w:t>
      </w:r>
      <w:r w:rsidRPr="006C208E">
        <w:rPr>
          <w:rFonts w:ascii="Times New Roman" w:hAnsi="Times New Roman" w:cs="Times New Roman"/>
          <w:sz w:val="24"/>
          <w:szCs w:val="24"/>
        </w:rPr>
        <w:t xml:space="preserve">the loan portfolio. </w:t>
      </w:r>
    </w:p>
    <w:p w14:paraId="2D55B371" w14:textId="77777777" w:rsidR="00E53670" w:rsidRPr="006C208E" w:rsidRDefault="00E53670" w:rsidP="006C208E">
      <w:pPr>
        <w:spacing w:after="0"/>
        <w:jc w:val="both"/>
        <w:rPr>
          <w:rFonts w:ascii="Times New Roman" w:hAnsi="Times New Roman" w:cs="Times New Roman"/>
          <w:sz w:val="24"/>
          <w:szCs w:val="24"/>
        </w:rPr>
      </w:pPr>
      <w:bookmarkStart w:id="5" w:name="_Toc124904542"/>
    </w:p>
    <w:p w14:paraId="584B2490" w14:textId="5761C610" w:rsidR="00E53670" w:rsidRPr="001F3827" w:rsidRDefault="00E53670" w:rsidP="006C208E">
      <w:pPr>
        <w:pStyle w:val="ListParagraph"/>
        <w:numPr>
          <w:ilvl w:val="1"/>
          <w:numId w:val="25"/>
        </w:numPr>
        <w:spacing w:after="0"/>
        <w:jc w:val="both"/>
        <w:rPr>
          <w:rFonts w:ascii="Times New Roman" w:hAnsi="Times New Roman" w:cs="Times New Roman"/>
          <w:sz w:val="24"/>
          <w:szCs w:val="24"/>
        </w:rPr>
      </w:pPr>
      <w:r w:rsidRPr="3C6C6D10">
        <w:rPr>
          <w:rFonts w:ascii="Times New Roman" w:hAnsi="Times New Roman" w:cs="Times New Roman"/>
          <w:b/>
          <w:bCs/>
          <w:sz w:val="24"/>
          <w:szCs w:val="24"/>
        </w:rPr>
        <w:t>E</w:t>
      </w:r>
      <w:r w:rsidR="08F6CA60" w:rsidRPr="3C6C6D10">
        <w:rPr>
          <w:rFonts w:ascii="Times New Roman" w:hAnsi="Times New Roman" w:cs="Times New Roman"/>
          <w:b/>
          <w:bCs/>
          <w:sz w:val="24"/>
          <w:szCs w:val="24"/>
        </w:rPr>
        <w:t>mission</w:t>
      </w:r>
      <w:r w:rsidRPr="3C6C6D10">
        <w:rPr>
          <w:rFonts w:ascii="Times New Roman" w:hAnsi="Times New Roman" w:cs="Times New Roman"/>
          <w:b/>
          <w:bCs/>
          <w:sz w:val="24"/>
          <w:szCs w:val="24"/>
        </w:rPr>
        <w:t xml:space="preserve"> </w:t>
      </w:r>
      <w:r w:rsidR="5DCE8696" w:rsidRPr="3C6C6D10">
        <w:rPr>
          <w:rFonts w:ascii="Times New Roman" w:hAnsi="Times New Roman" w:cs="Times New Roman"/>
          <w:b/>
          <w:bCs/>
          <w:sz w:val="24"/>
          <w:szCs w:val="24"/>
        </w:rPr>
        <w:t xml:space="preserve">Reduction </w:t>
      </w:r>
      <w:r w:rsidRPr="3C6C6D10">
        <w:rPr>
          <w:rFonts w:ascii="Times New Roman" w:hAnsi="Times New Roman" w:cs="Times New Roman"/>
          <w:b/>
          <w:bCs/>
          <w:sz w:val="24"/>
          <w:szCs w:val="24"/>
        </w:rPr>
        <w:t xml:space="preserve">Credits </w:t>
      </w:r>
    </w:p>
    <w:p w14:paraId="2037B11E" w14:textId="77777777" w:rsidR="00EF7A80" w:rsidRPr="006C208E" w:rsidRDefault="00EF7A80" w:rsidP="001F3827">
      <w:pPr>
        <w:pStyle w:val="ListParagraph"/>
        <w:spacing w:after="0"/>
        <w:ind w:left="360"/>
        <w:jc w:val="both"/>
        <w:rPr>
          <w:rFonts w:ascii="Times New Roman" w:hAnsi="Times New Roman" w:cs="Times New Roman"/>
          <w:sz w:val="24"/>
          <w:szCs w:val="24"/>
        </w:rPr>
      </w:pPr>
    </w:p>
    <w:p w14:paraId="7B603D71" w14:textId="579646B9" w:rsidR="00E53670" w:rsidRDefault="00EF7A80" w:rsidP="006C208E">
      <w:pPr>
        <w:spacing w:after="0"/>
        <w:jc w:val="both"/>
        <w:rPr>
          <w:rFonts w:ascii="Times New Roman" w:hAnsi="Times New Roman" w:cs="Times New Roman"/>
          <w:sz w:val="24"/>
          <w:szCs w:val="24"/>
        </w:rPr>
      </w:pPr>
      <w:r w:rsidRPr="00EF7A80">
        <w:rPr>
          <w:rFonts w:ascii="Times New Roman" w:hAnsi="Times New Roman" w:cs="Times New Roman"/>
          <w:sz w:val="24"/>
          <w:szCs w:val="24"/>
        </w:rPr>
        <w:t>The ownership and management of emission reductions, carbon credits and related environmental attributes generated by CCS financed under the NNNF shall be determined by the financing option selected and documented in the applicable Loan and Security Agreement.</w:t>
      </w:r>
    </w:p>
    <w:p w14:paraId="081CA0F2" w14:textId="77777777" w:rsidR="00CA3BBB" w:rsidRPr="006C208E" w:rsidRDefault="00CA3BBB" w:rsidP="006C208E">
      <w:pPr>
        <w:spacing w:after="0"/>
        <w:jc w:val="both"/>
        <w:rPr>
          <w:rFonts w:ascii="Times New Roman" w:hAnsi="Times New Roman" w:cs="Times New Roman"/>
          <w:sz w:val="24"/>
          <w:szCs w:val="24"/>
        </w:rPr>
      </w:pPr>
    </w:p>
    <w:p w14:paraId="6F15BED3" w14:textId="6C0A76CB" w:rsidR="2182584A" w:rsidRDefault="2182584A" w:rsidP="3C6C6D10">
      <w:pPr>
        <w:spacing w:after="0"/>
        <w:jc w:val="both"/>
      </w:pPr>
      <w:r w:rsidRPr="3C6C6D10">
        <w:rPr>
          <w:rFonts w:ascii="Times New Roman" w:hAnsi="Times New Roman" w:cs="Times New Roman"/>
          <w:sz w:val="24"/>
          <w:szCs w:val="24"/>
        </w:rPr>
        <w:t xml:space="preserve">The project </w:t>
      </w:r>
      <w:r w:rsidR="00765438">
        <w:rPr>
          <w:rFonts w:ascii="Times New Roman" w:hAnsi="Times New Roman" w:cs="Times New Roman"/>
          <w:sz w:val="24"/>
          <w:szCs w:val="24"/>
        </w:rPr>
        <w:t>intends to</w:t>
      </w:r>
      <w:r w:rsidRPr="3C6C6D10">
        <w:rPr>
          <w:rFonts w:ascii="Times New Roman" w:hAnsi="Times New Roman" w:cs="Times New Roman"/>
          <w:sz w:val="24"/>
          <w:szCs w:val="24"/>
        </w:rPr>
        <w:t xml:space="preserve"> retain</w:t>
      </w:r>
      <w:r w:rsidR="4B13F542" w:rsidRPr="3C6C6D10">
        <w:rPr>
          <w:rFonts w:ascii="Times New Roman" w:hAnsi="Times New Roman" w:cs="Times New Roman"/>
          <w:sz w:val="24"/>
          <w:szCs w:val="24"/>
        </w:rPr>
        <w:t xml:space="preserve"> </w:t>
      </w:r>
      <w:r w:rsidR="00B113C3" w:rsidRPr="3C6C6D10">
        <w:rPr>
          <w:rFonts w:ascii="Times New Roman" w:hAnsi="Times New Roman" w:cs="Times New Roman"/>
          <w:sz w:val="24"/>
          <w:szCs w:val="24"/>
        </w:rPr>
        <w:t xml:space="preserve">full </w:t>
      </w:r>
      <w:r w:rsidR="00B113C3">
        <w:rPr>
          <w:rFonts w:ascii="Times New Roman" w:hAnsi="Times New Roman" w:cs="Times New Roman"/>
          <w:sz w:val="24"/>
          <w:szCs w:val="24"/>
        </w:rPr>
        <w:t>ownership</w:t>
      </w:r>
      <w:r w:rsidR="4B13F542" w:rsidRPr="3C6C6D10">
        <w:rPr>
          <w:rFonts w:ascii="Times New Roman" w:hAnsi="Times New Roman" w:cs="Times New Roman"/>
          <w:sz w:val="24"/>
          <w:szCs w:val="24"/>
        </w:rPr>
        <w:t xml:space="preserve"> of</w:t>
      </w:r>
      <w:r w:rsidRPr="3C6C6D10">
        <w:rPr>
          <w:rFonts w:ascii="Times New Roman" w:hAnsi="Times New Roman" w:cs="Times New Roman"/>
          <w:sz w:val="24"/>
          <w:szCs w:val="24"/>
        </w:rPr>
        <w:t xml:space="preserve"> the emission red</w:t>
      </w:r>
      <w:r w:rsidR="72BCEA14" w:rsidRPr="3C6C6D10">
        <w:rPr>
          <w:rFonts w:ascii="Times New Roman" w:hAnsi="Times New Roman" w:cs="Times New Roman"/>
          <w:sz w:val="24"/>
          <w:szCs w:val="24"/>
        </w:rPr>
        <w:t>u</w:t>
      </w:r>
      <w:r w:rsidRPr="3C6C6D10">
        <w:rPr>
          <w:rFonts w:ascii="Times New Roman" w:hAnsi="Times New Roman" w:cs="Times New Roman"/>
          <w:sz w:val="24"/>
          <w:szCs w:val="24"/>
        </w:rPr>
        <w:t>c</w:t>
      </w:r>
      <w:r w:rsidR="56C959D6" w:rsidRPr="3C6C6D10">
        <w:rPr>
          <w:rFonts w:ascii="Times New Roman" w:hAnsi="Times New Roman" w:cs="Times New Roman"/>
          <w:sz w:val="24"/>
          <w:szCs w:val="24"/>
        </w:rPr>
        <w:t>tion credits (ERCs)</w:t>
      </w:r>
      <w:r w:rsidR="2A190A2E" w:rsidRPr="3C6C6D10">
        <w:rPr>
          <w:rFonts w:ascii="Times New Roman" w:hAnsi="Times New Roman" w:cs="Times New Roman"/>
          <w:sz w:val="24"/>
          <w:szCs w:val="24"/>
        </w:rPr>
        <w:t xml:space="preserve"> for the lifetime of the technologies </w:t>
      </w:r>
      <w:r w:rsidR="2A190A2E" w:rsidRPr="00EB6451">
        <w:rPr>
          <w:rFonts w:ascii="Times New Roman" w:hAnsi="Times New Roman" w:cs="Times New Roman"/>
          <w:sz w:val="24"/>
          <w:szCs w:val="24"/>
        </w:rPr>
        <w:t>deployed with financing from the NNNF</w:t>
      </w:r>
      <w:r w:rsidR="00680FA5" w:rsidRPr="00EB6451">
        <w:rPr>
          <w:rFonts w:ascii="Times New Roman" w:hAnsi="Times New Roman" w:cs="Times New Roman"/>
          <w:sz w:val="24"/>
          <w:szCs w:val="24"/>
        </w:rPr>
        <w:t>,</w:t>
      </w:r>
      <w:r w:rsidR="003A4F81" w:rsidRPr="00EB6451">
        <w:rPr>
          <w:rFonts w:ascii="Times New Roman" w:hAnsi="Times New Roman" w:cs="Times New Roman"/>
          <w:sz w:val="24"/>
          <w:szCs w:val="24"/>
        </w:rPr>
        <w:t xml:space="preserve"> except for</w:t>
      </w:r>
      <w:r w:rsidR="00B113C3" w:rsidRPr="00EB6451">
        <w:rPr>
          <w:rFonts w:ascii="Times New Roman" w:hAnsi="Times New Roman" w:cs="Times New Roman"/>
          <w:sz w:val="24"/>
          <w:szCs w:val="24"/>
        </w:rPr>
        <w:t xml:space="preserve"> </w:t>
      </w:r>
      <w:r w:rsidR="00426198" w:rsidRPr="00EB6451">
        <w:rPr>
          <w:rFonts w:ascii="Times New Roman" w:hAnsi="Times New Roman" w:cs="Times New Roman"/>
          <w:sz w:val="24"/>
          <w:szCs w:val="24"/>
        </w:rPr>
        <w:t xml:space="preserve">the </w:t>
      </w:r>
      <w:r w:rsidR="00B113C3" w:rsidRPr="00EB6451">
        <w:rPr>
          <w:rFonts w:ascii="Times New Roman" w:hAnsi="Times New Roman" w:cs="Times New Roman"/>
          <w:sz w:val="24"/>
          <w:szCs w:val="24"/>
        </w:rPr>
        <w:t>CCS deployed</w:t>
      </w:r>
      <w:r w:rsidR="003A4F81" w:rsidRPr="00EB6451">
        <w:rPr>
          <w:rFonts w:ascii="Times New Roman" w:hAnsi="Times New Roman" w:cs="Times New Roman"/>
          <w:sz w:val="24"/>
          <w:szCs w:val="24"/>
        </w:rPr>
        <w:t xml:space="preserve"> </w:t>
      </w:r>
      <w:r w:rsidR="008478D5" w:rsidRPr="00EB6451">
        <w:rPr>
          <w:rFonts w:ascii="Times New Roman" w:hAnsi="Times New Roman" w:cs="Times New Roman"/>
          <w:sz w:val="24"/>
          <w:szCs w:val="24"/>
        </w:rPr>
        <w:t>under</w:t>
      </w:r>
      <w:r w:rsidR="00B113C3" w:rsidRPr="00EB6451">
        <w:rPr>
          <w:rFonts w:ascii="Times New Roman" w:hAnsi="Times New Roman" w:cs="Times New Roman"/>
          <w:sz w:val="24"/>
          <w:szCs w:val="24"/>
        </w:rPr>
        <w:t xml:space="preserve"> </w:t>
      </w:r>
      <w:r w:rsidR="00821873">
        <w:rPr>
          <w:rFonts w:ascii="Times New Roman" w:hAnsi="Times New Roman" w:cs="Times New Roman"/>
          <w:sz w:val="24"/>
          <w:szCs w:val="24"/>
        </w:rPr>
        <w:t xml:space="preserve">the </w:t>
      </w:r>
      <w:r w:rsidR="00B113C3" w:rsidRPr="00EB6451">
        <w:rPr>
          <w:rFonts w:ascii="Times New Roman" w:hAnsi="Times New Roman" w:cs="Times New Roman"/>
          <w:sz w:val="24"/>
          <w:szCs w:val="24"/>
        </w:rPr>
        <w:t>financing</w:t>
      </w:r>
      <w:r w:rsidR="00A64574" w:rsidRPr="00EB6451">
        <w:rPr>
          <w:rFonts w:ascii="Times New Roman" w:hAnsi="Times New Roman" w:cs="Times New Roman"/>
          <w:sz w:val="24"/>
          <w:szCs w:val="24"/>
        </w:rPr>
        <w:t xml:space="preserve"> Option 2</w:t>
      </w:r>
      <w:r w:rsidR="001C0F5B">
        <w:rPr>
          <w:rFonts w:ascii="Times New Roman" w:hAnsi="Times New Roman" w:cs="Times New Roman"/>
          <w:sz w:val="24"/>
          <w:szCs w:val="24"/>
        </w:rPr>
        <w:t>.</w:t>
      </w:r>
      <w:r w:rsidR="00D803C8" w:rsidRPr="002252F2">
        <w:rPr>
          <w:rFonts w:ascii="Times New Roman" w:hAnsi="Times New Roman" w:cs="Times New Roman"/>
          <w:sz w:val="24"/>
          <w:szCs w:val="24"/>
        </w:rPr>
        <w:t xml:space="preserve"> </w:t>
      </w:r>
      <w:r w:rsidR="6FA4F713" w:rsidRPr="002252F2">
        <w:rPr>
          <w:rFonts w:ascii="Times New Roman" w:hAnsi="Times New Roman" w:cs="Times New Roman"/>
          <w:sz w:val="24"/>
          <w:szCs w:val="24"/>
        </w:rPr>
        <w:t xml:space="preserve">By submitting an application for financing </w:t>
      </w:r>
      <w:r w:rsidR="00556402">
        <w:rPr>
          <w:rFonts w:ascii="Times New Roman" w:hAnsi="Times New Roman" w:cs="Times New Roman"/>
          <w:sz w:val="24"/>
          <w:szCs w:val="24"/>
        </w:rPr>
        <w:t xml:space="preserve">under </w:t>
      </w:r>
      <w:r w:rsidR="00CF17E8">
        <w:rPr>
          <w:rFonts w:ascii="Times New Roman" w:hAnsi="Times New Roman" w:cs="Times New Roman"/>
          <w:sz w:val="24"/>
          <w:szCs w:val="24"/>
        </w:rPr>
        <w:t>O</w:t>
      </w:r>
      <w:r w:rsidR="003F454E">
        <w:rPr>
          <w:rFonts w:ascii="Times New Roman" w:hAnsi="Times New Roman" w:cs="Times New Roman"/>
          <w:sz w:val="24"/>
          <w:szCs w:val="24"/>
        </w:rPr>
        <w:t>ption 1</w:t>
      </w:r>
      <w:r w:rsidR="00D803C8" w:rsidRPr="001F5310">
        <w:rPr>
          <w:rFonts w:ascii="Times New Roman" w:hAnsi="Times New Roman" w:cs="Times New Roman"/>
          <w:sz w:val="24"/>
          <w:szCs w:val="24"/>
        </w:rPr>
        <w:t xml:space="preserve">, </w:t>
      </w:r>
      <w:r w:rsidR="005A686F" w:rsidRPr="001F5310">
        <w:rPr>
          <w:rFonts w:ascii="Times New Roman" w:hAnsi="Times New Roman" w:cs="Times New Roman"/>
          <w:sz w:val="24"/>
          <w:szCs w:val="24"/>
        </w:rPr>
        <w:t>t</w:t>
      </w:r>
      <w:r w:rsidR="006E282F" w:rsidRPr="001F5310">
        <w:rPr>
          <w:rFonts w:ascii="Times New Roman" w:hAnsi="Times New Roman" w:cs="Times New Roman"/>
          <w:sz w:val="24"/>
          <w:szCs w:val="24"/>
        </w:rPr>
        <w:t xml:space="preserve">he PO shall irrevocably assign to </w:t>
      </w:r>
      <w:r w:rsidR="2504B209" w:rsidRPr="001F5310">
        <w:rPr>
          <w:rFonts w:ascii="Times New Roman" w:hAnsi="Times New Roman" w:cs="Times New Roman"/>
          <w:sz w:val="24"/>
          <w:szCs w:val="24"/>
        </w:rPr>
        <w:t xml:space="preserve">the Government of Malawi (GOM), through </w:t>
      </w:r>
      <w:proofErr w:type="spellStart"/>
      <w:r w:rsidR="006E282F" w:rsidRPr="001F5310">
        <w:rPr>
          <w:rFonts w:ascii="Times New Roman" w:hAnsi="Times New Roman" w:cs="Times New Roman"/>
          <w:sz w:val="24"/>
          <w:szCs w:val="24"/>
        </w:rPr>
        <w:t>M</w:t>
      </w:r>
      <w:r w:rsidR="00936668" w:rsidRPr="001F5310">
        <w:rPr>
          <w:rFonts w:ascii="Times New Roman" w:hAnsi="Times New Roman" w:cs="Times New Roman"/>
          <w:sz w:val="24"/>
          <w:szCs w:val="24"/>
        </w:rPr>
        <w:t>o</w:t>
      </w:r>
      <w:r w:rsidR="006E282F" w:rsidRPr="001F5310">
        <w:rPr>
          <w:rFonts w:ascii="Times New Roman" w:hAnsi="Times New Roman" w:cs="Times New Roman"/>
          <w:sz w:val="24"/>
          <w:szCs w:val="24"/>
        </w:rPr>
        <w:t>E</w:t>
      </w:r>
      <w:proofErr w:type="spellEnd"/>
      <w:r w:rsidR="006E282F" w:rsidRPr="001F5310">
        <w:rPr>
          <w:rFonts w:ascii="Times New Roman" w:hAnsi="Times New Roman" w:cs="Times New Roman"/>
          <w:sz w:val="24"/>
          <w:szCs w:val="24"/>
        </w:rPr>
        <w:t xml:space="preserve">/NNNF all rights, title, and interest in the emission reductions, carbon credits, and related environmental attributes generated by the CCS financed under the loan. The PO shall obtain all necessary assignments, consents, and waivers from </w:t>
      </w:r>
      <w:r w:rsidR="00A241F4" w:rsidRPr="001F5310">
        <w:rPr>
          <w:rFonts w:ascii="Times New Roman" w:hAnsi="Times New Roman" w:cs="Times New Roman"/>
          <w:sz w:val="24"/>
          <w:szCs w:val="24"/>
        </w:rPr>
        <w:t xml:space="preserve">the </w:t>
      </w:r>
      <w:r w:rsidR="006E282F" w:rsidRPr="001F5310">
        <w:rPr>
          <w:rFonts w:ascii="Times New Roman" w:hAnsi="Times New Roman" w:cs="Times New Roman"/>
          <w:sz w:val="24"/>
          <w:szCs w:val="24"/>
        </w:rPr>
        <w:t xml:space="preserve">end users, </w:t>
      </w:r>
      <w:r w:rsidR="00411B58" w:rsidRPr="001F5310">
        <w:rPr>
          <w:rFonts w:ascii="Times New Roman" w:hAnsi="Times New Roman" w:cs="Times New Roman"/>
          <w:sz w:val="24"/>
          <w:szCs w:val="24"/>
        </w:rPr>
        <w:t>manufacturers,</w:t>
      </w:r>
      <w:r w:rsidR="006E282F" w:rsidRPr="001F5310">
        <w:rPr>
          <w:rFonts w:ascii="Times New Roman" w:hAnsi="Times New Roman" w:cs="Times New Roman"/>
          <w:sz w:val="24"/>
          <w:szCs w:val="24"/>
        </w:rPr>
        <w:t xml:space="preserve"> suppliers, distributors, and any other relevant third parties and shall ensure that no competing claims exist. The </w:t>
      </w:r>
      <w:r w:rsidR="31DA3341" w:rsidRPr="001F5310">
        <w:rPr>
          <w:rFonts w:ascii="Times New Roman" w:hAnsi="Times New Roman" w:cs="Times New Roman"/>
          <w:sz w:val="24"/>
          <w:szCs w:val="24"/>
        </w:rPr>
        <w:t>GOM</w:t>
      </w:r>
      <w:r w:rsidR="006E282F" w:rsidRPr="001F5310">
        <w:rPr>
          <w:rFonts w:ascii="Times New Roman" w:hAnsi="Times New Roman" w:cs="Times New Roman"/>
          <w:sz w:val="24"/>
          <w:szCs w:val="24"/>
        </w:rPr>
        <w:t xml:space="preserve"> shall </w:t>
      </w:r>
      <w:r w:rsidRPr="001F5310">
        <w:rPr>
          <w:rFonts w:ascii="Times New Roman" w:hAnsi="Times New Roman" w:cs="Times New Roman"/>
          <w:sz w:val="24"/>
          <w:szCs w:val="24"/>
        </w:rPr>
        <w:t xml:space="preserve">retain </w:t>
      </w:r>
      <w:r w:rsidR="6DD82B21" w:rsidRPr="001F5310">
        <w:rPr>
          <w:rFonts w:ascii="Times New Roman" w:hAnsi="Times New Roman" w:cs="Times New Roman"/>
          <w:sz w:val="24"/>
          <w:szCs w:val="24"/>
        </w:rPr>
        <w:t>and will exercise</w:t>
      </w:r>
      <w:r w:rsidR="0085676E" w:rsidRPr="001F5310">
        <w:rPr>
          <w:rFonts w:ascii="Times New Roman" w:hAnsi="Times New Roman" w:cs="Times New Roman"/>
          <w:sz w:val="24"/>
          <w:szCs w:val="24"/>
        </w:rPr>
        <w:t xml:space="preserve"> the </w:t>
      </w:r>
      <w:r w:rsidR="006E282F" w:rsidRPr="001F5310">
        <w:rPr>
          <w:rFonts w:ascii="Times New Roman" w:hAnsi="Times New Roman" w:cs="Times New Roman"/>
          <w:sz w:val="24"/>
          <w:szCs w:val="24"/>
        </w:rPr>
        <w:t>exclusive authority to register, aggregate, transfer, and monetize such carbon credits in accordance with the Malawi Carbon Market Framework.</w:t>
      </w:r>
    </w:p>
    <w:p w14:paraId="1F0F6D1A" w14:textId="2570F037" w:rsidR="3C6C6D10" w:rsidRDefault="3C6C6D10" w:rsidP="3C6C6D10">
      <w:pPr>
        <w:spacing w:after="0"/>
        <w:jc w:val="both"/>
        <w:rPr>
          <w:rFonts w:ascii="Times New Roman" w:hAnsi="Times New Roman" w:cs="Times New Roman"/>
          <w:sz w:val="24"/>
          <w:szCs w:val="24"/>
        </w:rPr>
      </w:pPr>
    </w:p>
    <w:p w14:paraId="7C48819A" w14:textId="49E65639" w:rsidR="00E006F7" w:rsidRDefault="27F93D72" w:rsidP="3C6C6D10">
      <w:pPr>
        <w:spacing w:after="0"/>
        <w:jc w:val="both"/>
        <w:rPr>
          <w:rFonts w:ascii="Times New Roman" w:hAnsi="Times New Roman" w:cs="Times New Roman"/>
          <w:sz w:val="24"/>
          <w:szCs w:val="24"/>
        </w:rPr>
      </w:pPr>
      <w:r w:rsidRPr="3C6C6D10">
        <w:rPr>
          <w:rFonts w:ascii="Times New Roman" w:hAnsi="Times New Roman" w:cs="Times New Roman"/>
          <w:sz w:val="24"/>
          <w:szCs w:val="24"/>
        </w:rPr>
        <w:t>All applicants are required to disclose any past or current carbon finance and carbon credits activities related to the CCS to be deployed w</w:t>
      </w:r>
      <w:r w:rsidR="6B999A07" w:rsidRPr="3C6C6D10">
        <w:rPr>
          <w:rFonts w:ascii="Times New Roman" w:hAnsi="Times New Roman" w:cs="Times New Roman"/>
          <w:sz w:val="24"/>
          <w:szCs w:val="24"/>
        </w:rPr>
        <w:t>ith M</w:t>
      </w:r>
      <w:r w:rsidR="00E6739A">
        <w:rPr>
          <w:rFonts w:ascii="Times New Roman" w:hAnsi="Times New Roman" w:cs="Times New Roman"/>
          <w:sz w:val="24"/>
          <w:szCs w:val="24"/>
        </w:rPr>
        <w:t>o</w:t>
      </w:r>
      <w:r w:rsidR="6B999A07" w:rsidRPr="3C6C6D10">
        <w:rPr>
          <w:rFonts w:ascii="Times New Roman" w:hAnsi="Times New Roman" w:cs="Times New Roman"/>
          <w:sz w:val="24"/>
          <w:szCs w:val="24"/>
        </w:rPr>
        <w:t>OE/NNNF funding</w:t>
      </w:r>
      <w:r w:rsidRPr="3C6C6D10">
        <w:rPr>
          <w:rFonts w:ascii="Times New Roman" w:hAnsi="Times New Roman" w:cs="Times New Roman"/>
          <w:sz w:val="24"/>
          <w:szCs w:val="24"/>
        </w:rPr>
        <w:t>, including projects registered or under development with any carbon standards or registry.</w:t>
      </w:r>
      <w:r w:rsidR="00BE4EAF">
        <w:rPr>
          <w:rFonts w:ascii="Times New Roman" w:hAnsi="Times New Roman" w:cs="Times New Roman"/>
          <w:sz w:val="24"/>
          <w:szCs w:val="24"/>
        </w:rPr>
        <w:t xml:space="preserve"> </w:t>
      </w:r>
      <w:r w:rsidR="6AC73419" w:rsidRPr="3C6C6D10">
        <w:rPr>
          <w:rFonts w:ascii="Times New Roman" w:hAnsi="Times New Roman" w:cs="Times New Roman"/>
          <w:sz w:val="24"/>
          <w:szCs w:val="24"/>
        </w:rPr>
        <w:t>The</w:t>
      </w:r>
      <w:r w:rsidR="00ED73E0">
        <w:rPr>
          <w:rFonts w:ascii="Times New Roman" w:hAnsi="Times New Roman" w:cs="Times New Roman"/>
          <w:sz w:val="24"/>
          <w:szCs w:val="24"/>
        </w:rPr>
        <w:t xml:space="preserve"> </w:t>
      </w:r>
      <w:r w:rsidR="005238B8">
        <w:rPr>
          <w:rFonts w:ascii="Times New Roman" w:hAnsi="Times New Roman" w:cs="Times New Roman"/>
          <w:sz w:val="24"/>
          <w:szCs w:val="24"/>
        </w:rPr>
        <w:t>POs</w:t>
      </w:r>
      <w:r w:rsidR="00ED73E0">
        <w:rPr>
          <w:rFonts w:ascii="Times New Roman" w:hAnsi="Times New Roman" w:cs="Times New Roman"/>
          <w:sz w:val="24"/>
          <w:szCs w:val="24"/>
        </w:rPr>
        <w:t xml:space="preserve"> under </w:t>
      </w:r>
      <w:r w:rsidR="00173E2B">
        <w:rPr>
          <w:rFonts w:ascii="Times New Roman" w:hAnsi="Times New Roman" w:cs="Times New Roman"/>
          <w:sz w:val="24"/>
          <w:szCs w:val="24"/>
        </w:rPr>
        <w:t>O</w:t>
      </w:r>
      <w:r w:rsidR="00ED73E0">
        <w:rPr>
          <w:rFonts w:ascii="Times New Roman" w:hAnsi="Times New Roman" w:cs="Times New Roman"/>
          <w:sz w:val="24"/>
          <w:szCs w:val="24"/>
        </w:rPr>
        <w:t>ption 1</w:t>
      </w:r>
      <w:r w:rsidR="6AC73419" w:rsidRPr="3C6C6D10">
        <w:rPr>
          <w:rFonts w:ascii="Times New Roman" w:hAnsi="Times New Roman" w:cs="Times New Roman"/>
          <w:sz w:val="24"/>
          <w:szCs w:val="24"/>
        </w:rPr>
        <w:t xml:space="preserve"> shall </w:t>
      </w:r>
      <w:r w:rsidR="00ED73E0">
        <w:rPr>
          <w:rFonts w:ascii="Times New Roman" w:hAnsi="Times New Roman" w:cs="Times New Roman"/>
          <w:sz w:val="24"/>
          <w:szCs w:val="24"/>
        </w:rPr>
        <w:t xml:space="preserve">further </w:t>
      </w:r>
      <w:r w:rsidR="6AC73419" w:rsidRPr="3C6C6D10">
        <w:rPr>
          <w:rFonts w:ascii="Times New Roman" w:hAnsi="Times New Roman" w:cs="Times New Roman"/>
          <w:sz w:val="24"/>
          <w:szCs w:val="24"/>
        </w:rPr>
        <w:t>confirm in writing, through a signed declaration letter to the M</w:t>
      </w:r>
      <w:r w:rsidR="00E6739A">
        <w:rPr>
          <w:rFonts w:ascii="Times New Roman" w:hAnsi="Times New Roman" w:cs="Times New Roman"/>
          <w:sz w:val="24"/>
          <w:szCs w:val="24"/>
        </w:rPr>
        <w:t>o</w:t>
      </w:r>
      <w:r w:rsidR="6AC73419" w:rsidRPr="3C6C6D10">
        <w:rPr>
          <w:rFonts w:ascii="Times New Roman" w:hAnsi="Times New Roman" w:cs="Times New Roman"/>
          <w:sz w:val="24"/>
          <w:szCs w:val="24"/>
        </w:rPr>
        <w:t xml:space="preserve">OE/NNNF that there are no existing or proposed carbon finance arrangements </w:t>
      </w:r>
      <w:r w:rsidR="64B77134" w:rsidRPr="3C6C6D10">
        <w:rPr>
          <w:rFonts w:ascii="Times New Roman" w:hAnsi="Times New Roman" w:cs="Times New Roman"/>
          <w:sz w:val="24"/>
          <w:szCs w:val="24"/>
        </w:rPr>
        <w:t xml:space="preserve">(prior agreements or commitments) </w:t>
      </w:r>
      <w:r w:rsidR="6AC73419" w:rsidRPr="3C6C6D10">
        <w:rPr>
          <w:rFonts w:ascii="Times New Roman" w:hAnsi="Times New Roman" w:cs="Times New Roman"/>
          <w:sz w:val="24"/>
          <w:szCs w:val="24"/>
        </w:rPr>
        <w:t xml:space="preserve">applicable to the CCS by the NNNF </w:t>
      </w:r>
      <w:r w:rsidR="1A4F4C88" w:rsidRPr="3C6C6D10">
        <w:rPr>
          <w:rFonts w:ascii="Times New Roman" w:hAnsi="Times New Roman" w:cs="Times New Roman"/>
          <w:sz w:val="24"/>
          <w:szCs w:val="24"/>
        </w:rPr>
        <w:t xml:space="preserve">that would prevent the transfer or assignment of carbon credit rights associated with installations financed under this program. </w:t>
      </w:r>
    </w:p>
    <w:p w14:paraId="66488BB4" w14:textId="77777777" w:rsidR="00E006F7" w:rsidRDefault="00E006F7" w:rsidP="3C6C6D10">
      <w:pPr>
        <w:spacing w:after="0"/>
        <w:jc w:val="both"/>
        <w:rPr>
          <w:rFonts w:ascii="Times New Roman" w:hAnsi="Times New Roman" w:cs="Times New Roman"/>
          <w:sz w:val="24"/>
          <w:szCs w:val="24"/>
        </w:rPr>
      </w:pPr>
    </w:p>
    <w:p w14:paraId="71C61985" w14:textId="4C3B0799" w:rsidR="00ED1B9B" w:rsidRDefault="5D2546B8" w:rsidP="3C6C6D10">
      <w:pPr>
        <w:spacing w:after="0"/>
        <w:jc w:val="both"/>
      </w:pPr>
      <w:r w:rsidRPr="3C6C6D10">
        <w:rPr>
          <w:rFonts w:ascii="Times New Roman" w:hAnsi="Times New Roman" w:cs="Times New Roman"/>
          <w:sz w:val="24"/>
          <w:szCs w:val="24"/>
        </w:rPr>
        <w:t>Further, the PO will ensure that CCS financed by the M</w:t>
      </w:r>
      <w:r w:rsidR="00E6739A">
        <w:rPr>
          <w:rFonts w:ascii="Times New Roman" w:hAnsi="Times New Roman" w:cs="Times New Roman"/>
          <w:sz w:val="24"/>
          <w:szCs w:val="24"/>
        </w:rPr>
        <w:t>o</w:t>
      </w:r>
      <w:r w:rsidRPr="3C6C6D10">
        <w:rPr>
          <w:rFonts w:ascii="Times New Roman" w:hAnsi="Times New Roman" w:cs="Times New Roman"/>
          <w:sz w:val="24"/>
          <w:szCs w:val="24"/>
        </w:rPr>
        <w:t>OE/NNNF will not fall under double registration, double issuance, or double claiming by the PO. T</w:t>
      </w:r>
      <w:r w:rsidR="6AC73419" w:rsidRPr="3C6C6D10">
        <w:rPr>
          <w:rFonts w:ascii="Times New Roman" w:hAnsi="Times New Roman" w:cs="Times New Roman"/>
          <w:sz w:val="24"/>
          <w:szCs w:val="24"/>
        </w:rPr>
        <w:t>he PO shall ensure that no competing claims prevent the M</w:t>
      </w:r>
      <w:r w:rsidR="00E6739A">
        <w:rPr>
          <w:rFonts w:ascii="Times New Roman" w:hAnsi="Times New Roman" w:cs="Times New Roman"/>
          <w:sz w:val="24"/>
          <w:szCs w:val="24"/>
        </w:rPr>
        <w:t>o</w:t>
      </w:r>
      <w:r w:rsidR="6AC73419" w:rsidRPr="3C6C6D10">
        <w:rPr>
          <w:rFonts w:ascii="Times New Roman" w:hAnsi="Times New Roman" w:cs="Times New Roman"/>
          <w:sz w:val="24"/>
          <w:szCs w:val="24"/>
        </w:rPr>
        <w:t xml:space="preserve">OE/NNNF from exercising its rights to the ERCs. </w:t>
      </w:r>
      <w:r w:rsidR="45DBFC28" w:rsidRPr="3C6C6D10">
        <w:rPr>
          <w:rFonts w:ascii="Times New Roman" w:hAnsi="Times New Roman" w:cs="Times New Roman"/>
          <w:sz w:val="24"/>
          <w:szCs w:val="24"/>
        </w:rPr>
        <w:t>Failure to disclose existing carbon finance arrangements</w:t>
      </w:r>
      <w:r w:rsidR="6B364F5A" w:rsidRPr="3C6C6D10">
        <w:rPr>
          <w:rFonts w:ascii="Times New Roman" w:hAnsi="Times New Roman" w:cs="Times New Roman"/>
          <w:sz w:val="24"/>
          <w:szCs w:val="24"/>
        </w:rPr>
        <w:t xml:space="preserve"> </w:t>
      </w:r>
      <w:r w:rsidR="71D6ED0D" w:rsidRPr="3C6C6D10">
        <w:rPr>
          <w:rFonts w:ascii="Times New Roman" w:hAnsi="Times New Roman" w:cs="Times New Roman"/>
          <w:sz w:val="24"/>
          <w:szCs w:val="24"/>
        </w:rPr>
        <w:t xml:space="preserve">and carbon credit rights </w:t>
      </w:r>
      <w:r w:rsidR="6B364F5A" w:rsidRPr="3C6C6D10">
        <w:rPr>
          <w:rFonts w:ascii="Times New Roman" w:hAnsi="Times New Roman" w:cs="Times New Roman"/>
          <w:sz w:val="24"/>
          <w:szCs w:val="24"/>
        </w:rPr>
        <w:t>declared by the time of signing the loan and security agreement,</w:t>
      </w:r>
      <w:r w:rsidR="45DBFC28" w:rsidRPr="3C6C6D10">
        <w:rPr>
          <w:rFonts w:ascii="Times New Roman" w:hAnsi="Times New Roman" w:cs="Times New Roman"/>
          <w:sz w:val="24"/>
          <w:szCs w:val="24"/>
        </w:rPr>
        <w:t xml:space="preserve"> or conflicts related to carbon rights may result in rejection of the proposal or termination of participation in the program. </w:t>
      </w:r>
    </w:p>
    <w:p w14:paraId="49732E84" w14:textId="17CBBF87" w:rsidR="3C6C6D10" w:rsidRDefault="3C6C6D10" w:rsidP="3C6C6D10">
      <w:pPr>
        <w:spacing w:after="0"/>
        <w:jc w:val="both"/>
        <w:rPr>
          <w:rFonts w:ascii="Times New Roman" w:hAnsi="Times New Roman" w:cs="Times New Roman"/>
          <w:sz w:val="24"/>
          <w:szCs w:val="24"/>
        </w:rPr>
      </w:pPr>
    </w:p>
    <w:p w14:paraId="06173584" w14:textId="1F404E43" w:rsidR="3C6C6D10" w:rsidRDefault="43386588" w:rsidP="001F3827">
      <w:pPr>
        <w:jc w:val="both"/>
        <w:rPr>
          <w:rFonts w:ascii="Times New Roman" w:hAnsi="Times New Roman" w:cs="Times New Roman"/>
          <w:sz w:val="24"/>
          <w:szCs w:val="24"/>
        </w:rPr>
      </w:pPr>
      <w:r w:rsidRPr="3C6C6D10">
        <w:rPr>
          <w:rFonts w:ascii="Times New Roman" w:hAnsi="Times New Roman" w:cs="Times New Roman"/>
          <w:sz w:val="24"/>
          <w:szCs w:val="24"/>
        </w:rPr>
        <w:t xml:space="preserve">The PO shall cooperate with </w:t>
      </w:r>
      <w:proofErr w:type="spellStart"/>
      <w:r w:rsidRPr="3C6C6D10">
        <w:rPr>
          <w:rFonts w:ascii="Times New Roman" w:hAnsi="Times New Roman" w:cs="Times New Roman"/>
          <w:sz w:val="24"/>
          <w:szCs w:val="24"/>
        </w:rPr>
        <w:t>MoE</w:t>
      </w:r>
      <w:proofErr w:type="spellEnd"/>
      <w:r w:rsidRPr="3C6C6D10">
        <w:rPr>
          <w:rFonts w:ascii="Times New Roman" w:hAnsi="Times New Roman" w:cs="Times New Roman"/>
          <w:sz w:val="24"/>
          <w:szCs w:val="24"/>
        </w:rPr>
        <w:t>/NNNF</w:t>
      </w:r>
      <w:r w:rsidR="005B70F4">
        <w:rPr>
          <w:rFonts w:ascii="Times New Roman" w:hAnsi="Times New Roman" w:cs="Times New Roman"/>
          <w:sz w:val="24"/>
          <w:szCs w:val="24"/>
        </w:rPr>
        <w:t>’</w:t>
      </w:r>
      <w:r w:rsidRPr="3C6C6D10">
        <w:rPr>
          <w:rFonts w:ascii="Times New Roman" w:hAnsi="Times New Roman" w:cs="Times New Roman"/>
          <w:sz w:val="24"/>
          <w:szCs w:val="24"/>
        </w:rPr>
        <w:t xml:space="preserve">s Carbon Consultant(s), Independent Verification Agent (IVA), and other Verification and Validation Bodies (VVBs) regarding the Monitoring, Reporting, and </w:t>
      </w:r>
      <w:r w:rsidR="47312874" w:rsidRPr="3C6C6D10">
        <w:rPr>
          <w:rFonts w:ascii="Times New Roman" w:hAnsi="Times New Roman" w:cs="Times New Roman"/>
          <w:sz w:val="24"/>
          <w:szCs w:val="24"/>
        </w:rPr>
        <w:t>V</w:t>
      </w:r>
      <w:r w:rsidRPr="3C6C6D10">
        <w:rPr>
          <w:rFonts w:ascii="Times New Roman" w:hAnsi="Times New Roman" w:cs="Times New Roman"/>
          <w:sz w:val="24"/>
          <w:szCs w:val="24"/>
        </w:rPr>
        <w:t>erification (MRV) requirements during the project duration as well as subsequent verification and validation related to carbon credit generation and issuance.</w:t>
      </w:r>
    </w:p>
    <w:p w14:paraId="1686C2BD" w14:textId="4ADB800E" w:rsidR="0018130E" w:rsidRPr="001F3827" w:rsidRDefault="00F32C64" w:rsidP="3C6C6D10">
      <w:pPr>
        <w:spacing w:after="0"/>
        <w:jc w:val="both"/>
        <w:rPr>
          <w:rFonts w:ascii="Times New Roman" w:hAnsi="Times New Roman" w:cs="Times New Roman"/>
          <w:b/>
          <w:bCs/>
          <w:sz w:val="24"/>
          <w:szCs w:val="24"/>
        </w:rPr>
      </w:pPr>
      <w:r w:rsidRPr="00F32C64">
        <w:rPr>
          <w:rFonts w:ascii="Times New Roman" w:hAnsi="Times New Roman" w:cs="Times New Roman"/>
          <w:b/>
          <w:bCs/>
          <w:sz w:val="24"/>
          <w:szCs w:val="24"/>
        </w:rPr>
        <w:lastRenderedPageBreak/>
        <w:t>Applicants with Demonstrated Experience and Capacity in Carbon Project Development and Management</w:t>
      </w:r>
    </w:p>
    <w:p w14:paraId="0D2F079D" w14:textId="2EC6A1AD" w:rsidR="3C6C6D10" w:rsidRDefault="3C6C6D10" w:rsidP="3C6C6D10">
      <w:pPr>
        <w:spacing w:after="0"/>
        <w:jc w:val="both"/>
        <w:rPr>
          <w:rFonts w:ascii="Times New Roman" w:hAnsi="Times New Roman" w:cs="Times New Roman"/>
          <w:sz w:val="24"/>
          <w:szCs w:val="24"/>
        </w:rPr>
      </w:pPr>
    </w:p>
    <w:p w14:paraId="2D75BC8B" w14:textId="2122AB68" w:rsidR="00763A38" w:rsidRDefault="00465449" w:rsidP="3C6C6D10">
      <w:pPr>
        <w:spacing w:after="0"/>
        <w:jc w:val="both"/>
        <w:rPr>
          <w:rFonts w:ascii="Times New Roman" w:hAnsi="Times New Roman" w:cs="Times New Roman"/>
          <w:sz w:val="24"/>
          <w:szCs w:val="24"/>
        </w:rPr>
      </w:pPr>
      <w:r w:rsidRPr="00465449">
        <w:rPr>
          <w:rFonts w:ascii="Times New Roman" w:eastAsia="MS Mincho" w:hAnsi="Times New Roman" w:cs="Times New Roman"/>
          <w:sz w:val="24"/>
          <w:szCs w:val="24"/>
        </w:rPr>
        <w:t>Applicants with existing</w:t>
      </w:r>
      <w:r>
        <w:rPr>
          <w:rFonts w:ascii="Times New Roman" w:eastAsia="MS Mincho" w:hAnsi="Times New Roman" w:cs="Times New Roman"/>
          <w:sz w:val="24"/>
          <w:szCs w:val="24"/>
        </w:rPr>
        <w:t xml:space="preserve"> </w:t>
      </w:r>
      <w:r w:rsidRPr="00465449">
        <w:rPr>
          <w:rFonts w:ascii="Times New Roman" w:eastAsia="MS Mincho" w:hAnsi="Times New Roman" w:cs="Times New Roman"/>
          <w:sz w:val="24"/>
          <w:szCs w:val="24"/>
        </w:rPr>
        <w:t xml:space="preserve">carbon finance arrangements applicable to the CCS proposed for financing by the NNNF are encouraged to apply and will be considered for financing under Debt Option 2. Applicants shall disclose all such arrangements and provide supporting documentation demonstrating the associated carbon commitments as part of their applications. Under Debt Option 2, applicants will not </w:t>
      </w:r>
      <w:r w:rsidR="006D6223">
        <w:rPr>
          <w:rFonts w:ascii="Times New Roman" w:eastAsia="MS Mincho" w:hAnsi="Times New Roman" w:cs="Times New Roman"/>
          <w:sz w:val="24"/>
          <w:szCs w:val="24"/>
        </w:rPr>
        <w:t>be included in</w:t>
      </w:r>
      <w:r w:rsidRPr="00465449">
        <w:rPr>
          <w:rFonts w:ascii="Times New Roman" w:eastAsia="MS Mincho" w:hAnsi="Times New Roman" w:cs="Times New Roman"/>
          <w:sz w:val="24"/>
          <w:szCs w:val="24"/>
        </w:rPr>
        <w:t xml:space="preserve"> carbon aggregation or related carbon transaction support from the NNNF.</w:t>
      </w:r>
    </w:p>
    <w:p w14:paraId="2E002052" w14:textId="1BD5C2C0" w:rsidR="3C6C6D10" w:rsidRDefault="3C6C6D10" w:rsidP="3C6C6D10">
      <w:pPr>
        <w:spacing w:after="0"/>
        <w:jc w:val="both"/>
        <w:rPr>
          <w:rFonts w:ascii="Times New Roman" w:eastAsia="MS Mincho" w:hAnsi="Times New Roman" w:cs="Times New Roman"/>
          <w:sz w:val="24"/>
          <w:szCs w:val="24"/>
        </w:rPr>
      </w:pPr>
    </w:p>
    <w:p w14:paraId="125714D2" w14:textId="01C01CE0" w:rsidR="3C6C6D10" w:rsidRPr="001F3827" w:rsidRDefault="00F53F90" w:rsidP="3C6C6D10">
      <w:pPr>
        <w:spacing w:after="0"/>
        <w:jc w:val="both"/>
        <w:rPr>
          <w:rFonts w:ascii="Times New Roman" w:eastAsia="MS Mincho" w:hAnsi="Times New Roman" w:cs="Times New Roman"/>
          <w:sz w:val="24"/>
          <w:szCs w:val="24"/>
        </w:rPr>
      </w:pPr>
      <w:r w:rsidRPr="00F53F90">
        <w:rPr>
          <w:rFonts w:ascii="Times New Roman" w:eastAsia="MS Mincho" w:hAnsi="Times New Roman" w:cs="Times New Roman"/>
          <w:sz w:val="24"/>
          <w:szCs w:val="24"/>
        </w:rPr>
        <w:t>Applicants shall provide verifiable documentation demonstrating their relevant experience and capacity in carbon project development, carbon aggregation or management of carbon arrangements. Where an applicant has an existing carbon project, carbon finance agreement or other carbon arrangement applicable to the proposed CCS, the applicant shall also provide supporting documentation, including project registration or development documentation with the relevant carbon standard or registry, where applicable.</w:t>
      </w:r>
      <w:r w:rsidR="009614C0">
        <w:t xml:space="preserve"> </w:t>
      </w:r>
      <w:r w:rsidR="002361EC">
        <w:rPr>
          <w:rFonts w:ascii="Times New Roman" w:eastAsia="MS Mincho" w:hAnsi="Times New Roman" w:cs="Times New Roman"/>
          <w:sz w:val="24"/>
          <w:szCs w:val="24"/>
        </w:rPr>
        <w:t>T</w:t>
      </w:r>
      <w:r w:rsidR="15DA4AE7" w:rsidRPr="3C6C6D10">
        <w:rPr>
          <w:rFonts w:ascii="Times New Roman" w:eastAsia="MS Mincho" w:hAnsi="Times New Roman" w:cs="Times New Roman"/>
          <w:sz w:val="24"/>
          <w:szCs w:val="24"/>
        </w:rPr>
        <w:t>he</w:t>
      </w:r>
      <w:r w:rsidR="4C57926A" w:rsidRPr="3C6C6D10">
        <w:rPr>
          <w:rFonts w:ascii="Times New Roman" w:eastAsia="MS Mincho" w:hAnsi="Times New Roman" w:cs="Times New Roman"/>
          <w:sz w:val="24"/>
          <w:szCs w:val="24"/>
        </w:rPr>
        <w:t xml:space="preserve"> PO is</w:t>
      </w:r>
      <w:r w:rsidR="15DA4AE7" w:rsidRPr="3C6C6D10">
        <w:rPr>
          <w:rFonts w:ascii="Times New Roman" w:eastAsia="MS Mincho" w:hAnsi="Times New Roman" w:cs="Times New Roman"/>
          <w:sz w:val="24"/>
          <w:szCs w:val="24"/>
        </w:rPr>
        <w:t xml:space="preserve"> required to be fully in compliance with the policy and regulatory requirements for carbon financing in Malawi, including the </w:t>
      </w:r>
      <w:r w:rsidR="2E96613B" w:rsidRPr="3C6C6D10">
        <w:rPr>
          <w:rFonts w:ascii="Times New Roman" w:eastAsia="MS Mincho" w:hAnsi="Times New Roman" w:cs="Times New Roman"/>
          <w:sz w:val="24"/>
          <w:szCs w:val="24"/>
        </w:rPr>
        <w:t>Malawi Carbon Market Framework</w:t>
      </w:r>
      <w:r w:rsidR="0045658C">
        <w:rPr>
          <w:rFonts w:ascii="Times New Roman" w:eastAsia="MS Mincho" w:hAnsi="Times New Roman" w:cs="Times New Roman"/>
          <w:sz w:val="24"/>
          <w:szCs w:val="24"/>
        </w:rPr>
        <w:t>.</w:t>
      </w:r>
      <w:r w:rsidR="2E96613B" w:rsidRPr="0045658C">
        <w:rPr>
          <w:rFonts w:ascii="Times New Roman" w:eastAsia="MS Mincho" w:hAnsi="Times New Roman" w:cs="Times New Roman"/>
          <w:sz w:val="24"/>
          <w:szCs w:val="24"/>
        </w:rPr>
        <w:t xml:space="preserve"> </w:t>
      </w:r>
    </w:p>
    <w:p w14:paraId="287C48D9" w14:textId="311DE2C5" w:rsidR="007B520C" w:rsidRDefault="007B520C" w:rsidP="006C208E">
      <w:pPr>
        <w:spacing w:after="0"/>
        <w:jc w:val="both"/>
        <w:rPr>
          <w:rFonts w:asciiTheme="minorHAnsi" w:hAnsiTheme="minorHAnsi"/>
          <w:sz w:val="24"/>
          <w:szCs w:val="24"/>
        </w:rPr>
      </w:pPr>
    </w:p>
    <w:p w14:paraId="0DE82795" w14:textId="6057D76E" w:rsidR="00F608AB" w:rsidRDefault="00D14907" w:rsidP="3C6C6D10">
      <w:pPr>
        <w:spacing w:after="0"/>
        <w:jc w:val="both"/>
      </w:pPr>
      <w:r w:rsidRPr="3C6C6D10">
        <w:rPr>
          <w:rFonts w:ascii="Times New Roman" w:hAnsi="Times New Roman" w:cs="Times New Roman"/>
          <w:sz w:val="24"/>
          <w:szCs w:val="24"/>
        </w:rPr>
        <w:t xml:space="preserve">Subject to the Loan and Security Agreement, </w:t>
      </w:r>
      <w:r w:rsidR="001B5FC0">
        <w:rPr>
          <w:rFonts w:ascii="Times New Roman" w:hAnsi="Times New Roman" w:cs="Times New Roman"/>
          <w:sz w:val="24"/>
          <w:szCs w:val="24"/>
        </w:rPr>
        <w:t xml:space="preserve">the </w:t>
      </w:r>
      <w:r w:rsidR="2E14BCAD" w:rsidRPr="3C6C6D10">
        <w:rPr>
          <w:rFonts w:ascii="Times New Roman" w:hAnsi="Times New Roman" w:cs="Times New Roman"/>
          <w:sz w:val="24"/>
          <w:szCs w:val="24"/>
        </w:rPr>
        <w:t>POs shall retain the rights to the emission reductions, carbon credits, and related environmental attributes generated by the CCS financed under the loan and shall be solely responsible, at its own cost and risk, for carbon project development, registration, MRV, validation and verification, issuance, and monetization. The PO shall demonstrate that it has obtained or will obtain all necessary rights, consents, and waivers from end users, manufacturers, suppliers, distributors, and other relevant third parties.</w:t>
      </w:r>
      <w:r w:rsidR="6314B09E" w:rsidRPr="3C6C6D10">
        <w:rPr>
          <w:rFonts w:ascii="Times New Roman" w:hAnsi="Times New Roman" w:cs="Times New Roman"/>
          <w:sz w:val="24"/>
          <w:szCs w:val="24"/>
        </w:rPr>
        <w:t xml:space="preserve"> Further, the PO will ensure that CCS financed by the </w:t>
      </w:r>
      <w:proofErr w:type="spellStart"/>
      <w:r w:rsidR="6314B09E" w:rsidRPr="3C6C6D10">
        <w:rPr>
          <w:rFonts w:ascii="Times New Roman" w:hAnsi="Times New Roman" w:cs="Times New Roman"/>
          <w:sz w:val="24"/>
          <w:szCs w:val="24"/>
        </w:rPr>
        <w:t>M</w:t>
      </w:r>
      <w:r w:rsidR="005B70F4">
        <w:rPr>
          <w:rFonts w:ascii="Times New Roman" w:hAnsi="Times New Roman" w:cs="Times New Roman"/>
          <w:sz w:val="24"/>
          <w:szCs w:val="24"/>
        </w:rPr>
        <w:t>o</w:t>
      </w:r>
      <w:r w:rsidR="6314B09E" w:rsidRPr="3C6C6D10">
        <w:rPr>
          <w:rFonts w:ascii="Times New Roman" w:hAnsi="Times New Roman" w:cs="Times New Roman"/>
          <w:sz w:val="24"/>
          <w:szCs w:val="24"/>
        </w:rPr>
        <w:t>E</w:t>
      </w:r>
      <w:proofErr w:type="spellEnd"/>
      <w:r w:rsidR="6314B09E" w:rsidRPr="3C6C6D10">
        <w:rPr>
          <w:rFonts w:ascii="Times New Roman" w:hAnsi="Times New Roman" w:cs="Times New Roman"/>
          <w:sz w:val="24"/>
          <w:szCs w:val="24"/>
        </w:rPr>
        <w:t xml:space="preserve">/NNNF will not fall under double registration, double issuance, or double claiming by the PO. </w:t>
      </w:r>
    </w:p>
    <w:p w14:paraId="05C511B5" w14:textId="5B4DEE97" w:rsidR="00F608AB" w:rsidRDefault="00F608AB" w:rsidP="3C6C6D10">
      <w:pPr>
        <w:spacing w:after="0"/>
        <w:jc w:val="both"/>
        <w:rPr>
          <w:rFonts w:ascii="Times New Roman" w:hAnsi="Times New Roman" w:cs="Times New Roman"/>
          <w:sz w:val="24"/>
          <w:szCs w:val="24"/>
        </w:rPr>
      </w:pPr>
    </w:p>
    <w:p w14:paraId="05AB8D64" w14:textId="50361BBE" w:rsidR="00F608AB" w:rsidRDefault="059E6FE1" w:rsidP="001F3827">
      <w:pPr>
        <w:spacing w:after="0"/>
        <w:jc w:val="both"/>
      </w:pPr>
      <w:r w:rsidRPr="3C6C6D10">
        <w:rPr>
          <w:rFonts w:ascii="Times New Roman" w:hAnsi="Times New Roman" w:cs="Times New Roman"/>
          <w:sz w:val="24"/>
          <w:szCs w:val="24"/>
        </w:rPr>
        <w:t>The POs shall report the status of applicable carbon registrations, issuances, and transactions and submit documentation demonstrating compliance with all requirements of the Malawi Carbon Market Framework.</w:t>
      </w:r>
    </w:p>
    <w:p w14:paraId="48775A2A" w14:textId="44C132CC" w:rsidR="00F608AB" w:rsidRDefault="00F608AB" w:rsidP="3C6C6D10">
      <w:pPr>
        <w:spacing w:after="0"/>
        <w:jc w:val="both"/>
        <w:rPr>
          <w:rFonts w:ascii="Times New Roman" w:hAnsi="Times New Roman" w:cs="Times New Roman"/>
          <w:sz w:val="24"/>
          <w:szCs w:val="24"/>
        </w:rPr>
      </w:pPr>
    </w:p>
    <w:p w14:paraId="3931D386" w14:textId="000F4442" w:rsidR="00F608AB" w:rsidRDefault="187937D8" w:rsidP="3C6C6D10">
      <w:pPr>
        <w:spacing w:after="0"/>
        <w:jc w:val="both"/>
        <w:rPr>
          <w:rFonts w:ascii="Times New Roman" w:hAnsi="Times New Roman" w:cs="Times New Roman"/>
          <w:sz w:val="24"/>
          <w:szCs w:val="24"/>
        </w:rPr>
      </w:pPr>
      <w:r w:rsidRPr="3C6C6D10">
        <w:rPr>
          <w:rFonts w:ascii="Times New Roman" w:hAnsi="Times New Roman" w:cs="Times New Roman"/>
          <w:sz w:val="24"/>
          <w:szCs w:val="24"/>
        </w:rPr>
        <w:t xml:space="preserve">The PO shall also cooperate with </w:t>
      </w:r>
      <w:proofErr w:type="spellStart"/>
      <w:r w:rsidRPr="3C6C6D10">
        <w:rPr>
          <w:rFonts w:ascii="Times New Roman" w:hAnsi="Times New Roman" w:cs="Times New Roman"/>
          <w:sz w:val="24"/>
          <w:szCs w:val="24"/>
        </w:rPr>
        <w:t>MoE</w:t>
      </w:r>
      <w:proofErr w:type="spellEnd"/>
      <w:r w:rsidRPr="3C6C6D10">
        <w:rPr>
          <w:rFonts w:ascii="Times New Roman" w:hAnsi="Times New Roman" w:cs="Times New Roman"/>
          <w:sz w:val="24"/>
          <w:szCs w:val="24"/>
        </w:rPr>
        <w:t>/NNNF</w:t>
      </w:r>
      <w:r w:rsidR="005B70F4">
        <w:rPr>
          <w:rFonts w:ascii="Times New Roman" w:hAnsi="Times New Roman" w:cs="Times New Roman"/>
          <w:sz w:val="24"/>
          <w:szCs w:val="24"/>
        </w:rPr>
        <w:t>’</w:t>
      </w:r>
      <w:r w:rsidRPr="3C6C6D10">
        <w:rPr>
          <w:rFonts w:ascii="Times New Roman" w:hAnsi="Times New Roman" w:cs="Times New Roman"/>
          <w:sz w:val="24"/>
          <w:szCs w:val="24"/>
        </w:rPr>
        <w:t>s Carbon Consultant(s), Independent Verification Agent (IVA), and other Verification and Validation Bodies (VVBs) regarding the Monitoring, Reporting, and Verification (MRV) requirements during the project duration as well as subsequent verification and validation related to carbon credit generation and issuance.</w:t>
      </w:r>
    </w:p>
    <w:p w14:paraId="293B5E82" w14:textId="5AED1774" w:rsidR="00F608AB" w:rsidRDefault="00F608AB" w:rsidP="3C6C6D10">
      <w:pPr>
        <w:spacing w:after="0"/>
        <w:jc w:val="both"/>
        <w:rPr>
          <w:rFonts w:ascii="Times New Roman" w:hAnsi="Times New Roman" w:cs="Times New Roman"/>
          <w:sz w:val="24"/>
          <w:szCs w:val="24"/>
        </w:rPr>
      </w:pPr>
    </w:p>
    <w:p w14:paraId="3F3B16D3" w14:textId="3CABC80C" w:rsidR="00F608AB" w:rsidRPr="001F3827" w:rsidRDefault="22930F9B" w:rsidP="00941BC8">
      <w:pPr>
        <w:spacing w:after="0"/>
        <w:jc w:val="both"/>
        <w:rPr>
          <w:rFonts w:ascii="Times New Roman" w:hAnsi="Times New Roman" w:cs="Times New Roman"/>
          <w:sz w:val="24"/>
          <w:szCs w:val="24"/>
        </w:rPr>
      </w:pPr>
      <w:r w:rsidRPr="3C6C6D10">
        <w:rPr>
          <w:rFonts w:ascii="Times New Roman" w:hAnsi="Times New Roman" w:cs="Times New Roman"/>
          <w:sz w:val="24"/>
          <w:szCs w:val="24"/>
        </w:rPr>
        <w:t>Failure to disclose change in circumstance pertaining to the pre-existing carbon finance</w:t>
      </w:r>
      <w:r w:rsidR="615620A8" w:rsidRPr="3C6C6D10">
        <w:rPr>
          <w:rFonts w:ascii="Times New Roman" w:hAnsi="Times New Roman" w:cs="Times New Roman"/>
          <w:sz w:val="24"/>
          <w:szCs w:val="24"/>
        </w:rPr>
        <w:t xml:space="preserve"> and carbon credit rights</w:t>
      </w:r>
      <w:r w:rsidRPr="3C6C6D10">
        <w:rPr>
          <w:rFonts w:ascii="Times New Roman" w:hAnsi="Times New Roman" w:cs="Times New Roman"/>
          <w:sz w:val="24"/>
          <w:szCs w:val="24"/>
        </w:rPr>
        <w:t xml:space="preserve"> arrangements </w:t>
      </w:r>
      <w:r w:rsidR="31BF1BE1" w:rsidRPr="3C6C6D10">
        <w:rPr>
          <w:rFonts w:ascii="Times New Roman" w:hAnsi="Times New Roman" w:cs="Times New Roman"/>
          <w:sz w:val="24"/>
          <w:szCs w:val="24"/>
        </w:rPr>
        <w:t xml:space="preserve">declared by the time of signing the loan and security agreement, </w:t>
      </w:r>
      <w:r w:rsidRPr="3C6C6D10">
        <w:rPr>
          <w:rFonts w:ascii="Times New Roman" w:hAnsi="Times New Roman" w:cs="Times New Roman"/>
          <w:sz w:val="24"/>
          <w:szCs w:val="24"/>
        </w:rPr>
        <w:t xml:space="preserve">or conflicts related to carbon rights may result in rejection of the proposal or termination of participation in the program. </w:t>
      </w:r>
      <w:r w:rsidRPr="00064957">
        <w:rPr>
          <w:rFonts w:ascii="Times New Roman" w:hAnsi="Times New Roman" w:cs="Times New Roman"/>
          <w:sz w:val="24"/>
          <w:szCs w:val="24"/>
        </w:rPr>
        <w:t>The Fund will not bear the liability of any penalties or losses that may arise from failure</w:t>
      </w:r>
      <w:r w:rsidR="20E75ABC" w:rsidRPr="00064957">
        <w:rPr>
          <w:rFonts w:ascii="Times New Roman" w:hAnsi="Times New Roman" w:cs="Times New Roman"/>
          <w:sz w:val="24"/>
          <w:szCs w:val="24"/>
        </w:rPr>
        <w:t xml:space="preserve"> </w:t>
      </w:r>
      <w:r w:rsidRPr="00064957">
        <w:rPr>
          <w:rFonts w:ascii="Times New Roman" w:hAnsi="Times New Roman" w:cs="Times New Roman"/>
          <w:sz w:val="24"/>
          <w:szCs w:val="24"/>
        </w:rPr>
        <w:t>to disclos</w:t>
      </w:r>
      <w:r w:rsidR="3B8DA8FA" w:rsidRPr="00064957">
        <w:rPr>
          <w:rFonts w:ascii="Times New Roman" w:hAnsi="Times New Roman" w:cs="Times New Roman"/>
          <w:sz w:val="24"/>
          <w:szCs w:val="24"/>
        </w:rPr>
        <w:t>e</w:t>
      </w:r>
      <w:r w:rsidRPr="00064957">
        <w:rPr>
          <w:rFonts w:ascii="Times New Roman" w:hAnsi="Times New Roman" w:cs="Times New Roman"/>
          <w:sz w:val="24"/>
          <w:szCs w:val="24"/>
        </w:rPr>
        <w:t>, failed deliveries or non-performance of trading contracts.</w:t>
      </w:r>
    </w:p>
    <w:p w14:paraId="4728D36C" w14:textId="7122751B" w:rsidR="000F1F8C" w:rsidRDefault="000F1F8C">
      <w:pPr>
        <w:rPr>
          <w:rFonts w:ascii="Times New Roman" w:hAnsi="Times New Roman" w:cs="Times New Roman"/>
          <w:sz w:val="24"/>
          <w:szCs w:val="24"/>
        </w:rPr>
      </w:pPr>
      <w:r>
        <w:rPr>
          <w:rFonts w:ascii="Times New Roman" w:hAnsi="Times New Roman" w:cs="Times New Roman"/>
          <w:sz w:val="24"/>
          <w:szCs w:val="24"/>
        </w:rPr>
        <w:br w:type="page"/>
      </w:r>
    </w:p>
    <w:p w14:paraId="51F38D29" w14:textId="77777777" w:rsidR="00E53670" w:rsidRPr="006C208E" w:rsidRDefault="00E53670" w:rsidP="006C208E">
      <w:pPr>
        <w:spacing w:after="0"/>
        <w:jc w:val="both"/>
        <w:rPr>
          <w:rFonts w:ascii="Times New Roman" w:hAnsi="Times New Roman" w:cs="Times New Roman"/>
          <w:sz w:val="24"/>
          <w:szCs w:val="24"/>
        </w:rPr>
      </w:pPr>
    </w:p>
    <w:p w14:paraId="0443B6F9" w14:textId="00CBE8F0" w:rsidR="00E53670" w:rsidRPr="006C208E" w:rsidRDefault="0035021D" w:rsidP="006C208E">
      <w:pPr>
        <w:pStyle w:val="ListParagraph"/>
        <w:numPr>
          <w:ilvl w:val="1"/>
          <w:numId w:val="25"/>
        </w:numPr>
        <w:spacing w:after="0"/>
        <w:jc w:val="both"/>
        <w:rPr>
          <w:rFonts w:ascii="Times New Roman" w:hAnsi="Times New Roman" w:cs="Times New Roman"/>
          <w:sz w:val="24"/>
          <w:szCs w:val="24"/>
        </w:rPr>
      </w:pPr>
      <w:r w:rsidRPr="006C208E">
        <w:rPr>
          <w:rFonts w:ascii="Times New Roman" w:hAnsi="Times New Roman" w:cs="Times New Roman"/>
          <w:b/>
          <w:bCs/>
          <w:sz w:val="24"/>
          <w:szCs w:val="24"/>
        </w:rPr>
        <w:t xml:space="preserve">Stove Life </w:t>
      </w:r>
    </w:p>
    <w:p w14:paraId="0B554D75" w14:textId="77777777" w:rsidR="00E53670" w:rsidRPr="006C208E" w:rsidRDefault="00E53670" w:rsidP="006C208E">
      <w:pPr>
        <w:spacing w:after="0"/>
        <w:jc w:val="both"/>
        <w:rPr>
          <w:rFonts w:ascii="Times New Roman" w:hAnsi="Times New Roman" w:cs="Times New Roman"/>
          <w:sz w:val="24"/>
          <w:szCs w:val="24"/>
        </w:rPr>
      </w:pPr>
    </w:p>
    <w:p w14:paraId="2CFCA736" w14:textId="1CCA47A3" w:rsidR="00E53670" w:rsidRDefault="00AE4772" w:rsidP="00922B84">
      <w:pPr>
        <w:spacing w:after="0"/>
        <w:jc w:val="both"/>
        <w:rPr>
          <w:rFonts w:ascii="Times New Roman" w:hAnsi="Times New Roman" w:cs="Times New Roman"/>
          <w:sz w:val="24"/>
          <w:szCs w:val="24"/>
        </w:rPr>
      </w:pPr>
      <w:r w:rsidRPr="006C208E">
        <w:rPr>
          <w:rFonts w:ascii="Times New Roman" w:hAnsi="Times New Roman" w:cs="Times New Roman"/>
          <w:sz w:val="24"/>
          <w:szCs w:val="24"/>
        </w:rPr>
        <w:t>All eligible CCS must demonstrate a minimum service life of 5 years.</w:t>
      </w:r>
      <w:r w:rsidR="00E53670" w:rsidRPr="006C208E">
        <w:rPr>
          <w:rFonts w:ascii="Times New Roman" w:hAnsi="Times New Roman" w:cs="Times New Roman"/>
          <w:sz w:val="24"/>
          <w:szCs w:val="24"/>
        </w:rPr>
        <w:t xml:space="preserve"> </w:t>
      </w:r>
    </w:p>
    <w:p w14:paraId="6EC0BDEE" w14:textId="77777777" w:rsidR="00922B84" w:rsidRPr="006C208E" w:rsidRDefault="00922B84" w:rsidP="00922B84">
      <w:pPr>
        <w:spacing w:after="0"/>
        <w:jc w:val="both"/>
        <w:rPr>
          <w:rFonts w:ascii="Times New Roman" w:hAnsi="Times New Roman" w:cs="Times New Roman"/>
          <w:sz w:val="24"/>
          <w:szCs w:val="24"/>
        </w:rPr>
      </w:pPr>
    </w:p>
    <w:p w14:paraId="0672E0BD" w14:textId="3808CCA5" w:rsidR="00E53670" w:rsidRPr="006C208E" w:rsidRDefault="00E53670" w:rsidP="006C208E">
      <w:pPr>
        <w:pStyle w:val="ListParagraph"/>
        <w:numPr>
          <w:ilvl w:val="1"/>
          <w:numId w:val="25"/>
        </w:numPr>
        <w:spacing w:after="0"/>
        <w:jc w:val="both"/>
        <w:rPr>
          <w:rFonts w:ascii="Times New Roman" w:hAnsi="Times New Roman" w:cs="Times New Roman"/>
          <w:b/>
          <w:bCs/>
          <w:sz w:val="24"/>
          <w:szCs w:val="24"/>
        </w:rPr>
      </w:pPr>
      <w:r w:rsidRPr="006C208E">
        <w:rPr>
          <w:rFonts w:ascii="Times New Roman" w:hAnsi="Times New Roman" w:cs="Times New Roman"/>
          <w:b/>
          <w:bCs/>
          <w:sz w:val="24"/>
          <w:szCs w:val="24"/>
        </w:rPr>
        <w:t>Environment and Social Safeguards</w:t>
      </w:r>
    </w:p>
    <w:p w14:paraId="7D8ED40A" w14:textId="77777777" w:rsidR="004115A0" w:rsidRPr="006C208E" w:rsidRDefault="004115A0" w:rsidP="006C208E">
      <w:pPr>
        <w:spacing w:after="0"/>
        <w:jc w:val="both"/>
        <w:rPr>
          <w:rFonts w:ascii="Times New Roman" w:hAnsi="Times New Roman" w:cs="Times New Roman"/>
          <w:sz w:val="24"/>
          <w:szCs w:val="24"/>
        </w:rPr>
      </w:pPr>
    </w:p>
    <w:p w14:paraId="002456A1" w14:textId="64631DBF" w:rsidR="00E53670" w:rsidRPr="006C208E" w:rsidRDefault="004115A0" w:rsidP="006C208E">
      <w:pPr>
        <w:spacing w:after="0"/>
        <w:jc w:val="both"/>
        <w:rPr>
          <w:rFonts w:ascii="Times New Roman" w:hAnsi="Times New Roman" w:cs="Times New Roman"/>
          <w:sz w:val="24"/>
          <w:szCs w:val="24"/>
        </w:rPr>
      </w:pPr>
      <w:r w:rsidRPr="006C208E">
        <w:rPr>
          <w:rFonts w:ascii="Times New Roman" w:hAnsi="Times New Roman" w:cs="Times New Roman"/>
          <w:sz w:val="24"/>
          <w:szCs w:val="24"/>
        </w:rPr>
        <w:t xml:space="preserve">All </w:t>
      </w:r>
      <w:r w:rsidR="00811B48" w:rsidRPr="006C208E">
        <w:rPr>
          <w:rFonts w:ascii="Times New Roman" w:hAnsi="Times New Roman" w:cs="Times New Roman"/>
          <w:sz w:val="24"/>
          <w:szCs w:val="24"/>
        </w:rPr>
        <w:t>POs</w:t>
      </w:r>
      <w:r w:rsidRPr="006C208E">
        <w:rPr>
          <w:rFonts w:ascii="Times New Roman" w:hAnsi="Times New Roman" w:cs="Times New Roman"/>
          <w:sz w:val="24"/>
          <w:szCs w:val="24"/>
        </w:rPr>
        <w:t xml:space="preserve"> </w:t>
      </w:r>
      <w:r w:rsidR="00E53670" w:rsidRPr="006C208E">
        <w:rPr>
          <w:rFonts w:ascii="Times New Roman" w:hAnsi="Times New Roman" w:cs="Times New Roman"/>
          <w:sz w:val="24"/>
          <w:szCs w:val="24"/>
        </w:rPr>
        <w:t xml:space="preserve">must follow and implement the ASCENT Malawi Environmental and Social Management </w:t>
      </w:r>
      <w:r w:rsidRPr="006C208E">
        <w:rPr>
          <w:rFonts w:ascii="Times New Roman" w:hAnsi="Times New Roman" w:cs="Times New Roman"/>
          <w:sz w:val="24"/>
          <w:szCs w:val="24"/>
        </w:rPr>
        <w:t>System</w:t>
      </w:r>
      <w:r w:rsidR="0071265E" w:rsidRPr="006C208E">
        <w:rPr>
          <w:rFonts w:ascii="Times New Roman" w:hAnsi="Times New Roman" w:cs="Times New Roman"/>
          <w:sz w:val="24"/>
          <w:szCs w:val="24"/>
        </w:rPr>
        <w:t xml:space="preserve"> (ESMS)</w:t>
      </w:r>
      <w:r w:rsidR="006520EA" w:rsidRPr="006C208E">
        <w:rPr>
          <w:rStyle w:val="FootnoteReference"/>
          <w:rFonts w:ascii="Times New Roman" w:hAnsi="Times New Roman" w:cs="Times New Roman"/>
          <w:sz w:val="24"/>
          <w:szCs w:val="24"/>
        </w:rPr>
        <w:footnoteReference w:id="8"/>
      </w:r>
      <w:r w:rsidR="00E53670" w:rsidRPr="006C208E">
        <w:rPr>
          <w:rFonts w:ascii="Times New Roman" w:hAnsi="Times New Roman" w:cs="Times New Roman"/>
          <w:sz w:val="24"/>
          <w:szCs w:val="24"/>
        </w:rPr>
        <w:t>.</w:t>
      </w:r>
      <w:r w:rsidR="009A1083" w:rsidRPr="006C208E">
        <w:rPr>
          <w:rFonts w:ascii="Times New Roman" w:hAnsi="Times New Roman" w:cs="Times New Roman"/>
          <w:sz w:val="24"/>
          <w:szCs w:val="24"/>
        </w:rPr>
        <w:t xml:space="preserve"> The Applicants are required to provide a concrete plan to become compliant with </w:t>
      </w:r>
      <w:r w:rsidR="0071265E" w:rsidRPr="006C208E">
        <w:rPr>
          <w:rFonts w:ascii="Times New Roman" w:hAnsi="Times New Roman" w:cs="Times New Roman"/>
          <w:sz w:val="24"/>
          <w:szCs w:val="24"/>
        </w:rPr>
        <w:t>ESMS</w:t>
      </w:r>
      <w:r w:rsidR="009A1083" w:rsidRPr="006C208E">
        <w:rPr>
          <w:rFonts w:ascii="Times New Roman" w:hAnsi="Times New Roman" w:cs="Times New Roman"/>
          <w:sz w:val="24"/>
          <w:szCs w:val="24"/>
        </w:rPr>
        <w:t xml:space="preserve"> </w:t>
      </w:r>
      <w:r w:rsidR="0071265E" w:rsidRPr="006C208E">
        <w:rPr>
          <w:rFonts w:ascii="Times New Roman" w:hAnsi="Times New Roman" w:cs="Times New Roman"/>
          <w:sz w:val="24"/>
          <w:szCs w:val="24"/>
        </w:rPr>
        <w:t>during submission of the business plan.</w:t>
      </w:r>
    </w:p>
    <w:p w14:paraId="582F4799" w14:textId="77777777" w:rsidR="00E53670" w:rsidRPr="006C208E" w:rsidRDefault="00E53670" w:rsidP="006C208E">
      <w:pPr>
        <w:spacing w:after="0"/>
        <w:jc w:val="both"/>
        <w:rPr>
          <w:rFonts w:ascii="Times New Roman" w:hAnsi="Times New Roman" w:cs="Times New Roman"/>
          <w:sz w:val="24"/>
          <w:szCs w:val="24"/>
        </w:rPr>
      </w:pPr>
    </w:p>
    <w:p w14:paraId="6ED2C6AF" w14:textId="5541A02D" w:rsidR="00E53670" w:rsidRPr="006C208E" w:rsidRDefault="00E53670" w:rsidP="006C208E">
      <w:pPr>
        <w:pStyle w:val="ListParagraph"/>
        <w:numPr>
          <w:ilvl w:val="1"/>
          <w:numId w:val="25"/>
        </w:numPr>
        <w:spacing w:after="0"/>
        <w:jc w:val="both"/>
        <w:rPr>
          <w:rFonts w:ascii="Times New Roman" w:hAnsi="Times New Roman" w:cs="Times New Roman"/>
          <w:b/>
          <w:bCs/>
          <w:sz w:val="24"/>
          <w:szCs w:val="24"/>
        </w:rPr>
      </w:pPr>
      <w:r w:rsidRPr="006C208E">
        <w:rPr>
          <w:rFonts w:ascii="Times New Roman" w:hAnsi="Times New Roman" w:cs="Times New Roman"/>
          <w:b/>
          <w:bCs/>
          <w:sz w:val="24"/>
          <w:szCs w:val="24"/>
        </w:rPr>
        <w:t>Quality Assurance</w:t>
      </w:r>
    </w:p>
    <w:p w14:paraId="28395A2C" w14:textId="0D34EACE" w:rsidR="00E53670" w:rsidRPr="006C208E" w:rsidRDefault="00E53670" w:rsidP="006C208E">
      <w:pPr>
        <w:spacing w:after="0"/>
        <w:jc w:val="both"/>
        <w:rPr>
          <w:rFonts w:ascii="Times New Roman" w:hAnsi="Times New Roman" w:cs="Times New Roman"/>
          <w:sz w:val="24"/>
          <w:szCs w:val="24"/>
        </w:rPr>
      </w:pPr>
      <w:r w:rsidRPr="003E270C">
        <w:rPr>
          <w:rFonts w:ascii="Times New Roman" w:hAnsi="Times New Roman" w:cs="Times New Roman"/>
          <w:sz w:val="24"/>
          <w:szCs w:val="24"/>
        </w:rPr>
        <w:t xml:space="preserve">It is the responsibility of the companies to procure </w:t>
      </w:r>
      <w:r w:rsidR="00F920D3" w:rsidRPr="003E270C">
        <w:rPr>
          <w:rFonts w:ascii="Times New Roman" w:hAnsi="Times New Roman" w:cs="Times New Roman"/>
          <w:sz w:val="24"/>
          <w:szCs w:val="24"/>
        </w:rPr>
        <w:t>CCS</w:t>
      </w:r>
      <w:r w:rsidRPr="003E270C">
        <w:rPr>
          <w:rFonts w:ascii="Times New Roman" w:hAnsi="Times New Roman" w:cs="Times New Roman"/>
          <w:sz w:val="24"/>
          <w:szCs w:val="24"/>
        </w:rPr>
        <w:t>s that ha</w:t>
      </w:r>
      <w:r w:rsidR="00D002AE" w:rsidRPr="003E270C">
        <w:rPr>
          <w:rFonts w:ascii="Times New Roman" w:hAnsi="Times New Roman" w:cs="Times New Roman"/>
          <w:sz w:val="24"/>
          <w:szCs w:val="24"/>
        </w:rPr>
        <w:t>ve</w:t>
      </w:r>
      <w:r w:rsidRPr="003E270C">
        <w:rPr>
          <w:rFonts w:ascii="Times New Roman" w:hAnsi="Times New Roman" w:cs="Times New Roman"/>
          <w:sz w:val="24"/>
          <w:szCs w:val="24"/>
        </w:rPr>
        <w:t xml:space="preserve"> valid </w:t>
      </w:r>
      <w:r w:rsidR="00007055" w:rsidRPr="00E829C5">
        <w:rPr>
          <w:rFonts w:ascii="Times New Roman" w:hAnsi="Times New Roman" w:cs="Times New Roman"/>
          <w:sz w:val="24"/>
          <w:szCs w:val="24"/>
        </w:rPr>
        <w:t>laboratory test</w:t>
      </w:r>
      <w:r w:rsidR="00223A81" w:rsidRPr="003E270C">
        <w:rPr>
          <w:rFonts w:ascii="Times New Roman" w:hAnsi="Times New Roman" w:cs="Times New Roman"/>
          <w:sz w:val="24"/>
          <w:szCs w:val="24"/>
        </w:rPr>
        <w:t xml:space="preserve"> </w:t>
      </w:r>
      <w:r w:rsidR="00CF5200">
        <w:rPr>
          <w:rFonts w:ascii="Times New Roman" w:hAnsi="Times New Roman" w:cs="Times New Roman"/>
          <w:sz w:val="24"/>
          <w:szCs w:val="24"/>
        </w:rPr>
        <w:t xml:space="preserve">reports issued by an </w:t>
      </w:r>
      <w:r w:rsidR="00444CB8">
        <w:rPr>
          <w:rFonts w:ascii="Times New Roman" w:hAnsi="Times New Roman" w:cs="Times New Roman"/>
          <w:sz w:val="24"/>
          <w:szCs w:val="24"/>
        </w:rPr>
        <w:t>appropriately</w:t>
      </w:r>
      <w:r w:rsidR="004B13F8">
        <w:rPr>
          <w:rFonts w:ascii="Times New Roman" w:hAnsi="Times New Roman" w:cs="Times New Roman"/>
          <w:sz w:val="24"/>
          <w:szCs w:val="24"/>
        </w:rPr>
        <w:t xml:space="preserve"> accredited or </w:t>
      </w:r>
      <w:proofErr w:type="spellStart"/>
      <w:r w:rsidR="004B13F8">
        <w:rPr>
          <w:rFonts w:ascii="Times New Roman" w:hAnsi="Times New Roman" w:cs="Times New Roman"/>
          <w:sz w:val="24"/>
          <w:szCs w:val="24"/>
        </w:rPr>
        <w:t>MoE</w:t>
      </w:r>
      <w:proofErr w:type="spellEnd"/>
      <w:r w:rsidR="004B13F8">
        <w:rPr>
          <w:rFonts w:ascii="Times New Roman" w:hAnsi="Times New Roman" w:cs="Times New Roman"/>
          <w:sz w:val="24"/>
          <w:szCs w:val="24"/>
        </w:rPr>
        <w:t>-</w:t>
      </w:r>
      <w:r w:rsidR="00444CB8">
        <w:rPr>
          <w:rFonts w:ascii="Times New Roman" w:hAnsi="Times New Roman" w:cs="Times New Roman"/>
          <w:sz w:val="24"/>
          <w:szCs w:val="24"/>
        </w:rPr>
        <w:t>recognized</w:t>
      </w:r>
      <w:r w:rsidR="004B13F8">
        <w:rPr>
          <w:rFonts w:ascii="Times New Roman" w:hAnsi="Times New Roman" w:cs="Times New Roman"/>
          <w:sz w:val="24"/>
          <w:szCs w:val="24"/>
        </w:rPr>
        <w:t xml:space="preserve"> laboratory</w:t>
      </w:r>
      <w:r w:rsidR="00F96177">
        <w:rPr>
          <w:rFonts w:ascii="Times New Roman" w:hAnsi="Times New Roman" w:cs="Times New Roman"/>
          <w:sz w:val="24"/>
          <w:szCs w:val="24"/>
        </w:rPr>
        <w:t xml:space="preserve"> and comply with </w:t>
      </w:r>
      <w:r w:rsidR="001568FB">
        <w:rPr>
          <w:rFonts w:ascii="Times New Roman" w:hAnsi="Times New Roman" w:cs="Times New Roman"/>
          <w:sz w:val="24"/>
          <w:szCs w:val="24"/>
        </w:rPr>
        <w:t>Malawi Bureau of Standards (MBS)</w:t>
      </w:r>
      <w:r w:rsidRPr="00125DBE">
        <w:rPr>
          <w:rFonts w:ascii="Times New Roman" w:hAnsi="Times New Roman" w:cs="Times New Roman"/>
          <w:sz w:val="24"/>
          <w:szCs w:val="24"/>
        </w:rPr>
        <w:t xml:space="preserve">. At the time of placement of the purchase order, it is the responsibility of the </w:t>
      </w:r>
      <w:r w:rsidR="00DB0D05" w:rsidRPr="003E270C">
        <w:rPr>
          <w:rFonts w:ascii="Times New Roman" w:hAnsi="Times New Roman" w:cs="Times New Roman"/>
          <w:sz w:val="24"/>
          <w:szCs w:val="24"/>
        </w:rPr>
        <w:t xml:space="preserve">POs </w:t>
      </w:r>
      <w:r w:rsidRPr="003E270C">
        <w:rPr>
          <w:rFonts w:ascii="Times New Roman" w:hAnsi="Times New Roman" w:cs="Times New Roman"/>
          <w:sz w:val="24"/>
          <w:szCs w:val="24"/>
        </w:rPr>
        <w:t xml:space="preserve">to ensure that the </w:t>
      </w:r>
      <w:r w:rsidR="00BC129D" w:rsidRPr="003E270C">
        <w:rPr>
          <w:rFonts w:ascii="Times New Roman" w:hAnsi="Times New Roman" w:cs="Times New Roman"/>
          <w:sz w:val="24"/>
          <w:szCs w:val="24"/>
        </w:rPr>
        <w:t>CCS</w:t>
      </w:r>
      <w:r w:rsidRPr="003E270C">
        <w:rPr>
          <w:rFonts w:ascii="Times New Roman" w:hAnsi="Times New Roman" w:cs="Times New Roman"/>
          <w:sz w:val="24"/>
          <w:szCs w:val="24"/>
        </w:rPr>
        <w:t xml:space="preserve"> models have valid </w:t>
      </w:r>
      <w:r w:rsidR="00822F92" w:rsidRPr="00E829C5">
        <w:rPr>
          <w:rFonts w:ascii="Times New Roman" w:hAnsi="Times New Roman" w:cs="Times New Roman"/>
          <w:sz w:val="24"/>
          <w:szCs w:val="24"/>
        </w:rPr>
        <w:t xml:space="preserve">testing </w:t>
      </w:r>
      <w:r w:rsidRPr="003E270C">
        <w:rPr>
          <w:rFonts w:ascii="Times New Roman" w:hAnsi="Times New Roman" w:cs="Times New Roman"/>
          <w:sz w:val="24"/>
          <w:szCs w:val="24"/>
        </w:rPr>
        <w:t>certificat</w:t>
      </w:r>
      <w:r w:rsidR="006520EA" w:rsidRPr="003E270C">
        <w:rPr>
          <w:rFonts w:ascii="Times New Roman" w:hAnsi="Times New Roman" w:cs="Times New Roman"/>
          <w:sz w:val="24"/>
          <w:szCs w:val="24"/>
        </w:rPr>
        <w:t>es</w:t>
      </w:r>
      <w:r w:rsidRPr="003E270C">
        <w:rPr>
          <w:rFonts w:ascii="Times New Roman" w:hAnsi="Times New Roman" w:cs="Times New Roman"/>
          <w:sz w:val="24"/>
          <w:szCs w:val="24"/>
        </w:rPr>
        <w:t>.</w:t>
      </w:r>
    </w:p>
    <w:p w14:paraId="5E2C42F7" w14:textId="77777777" w:rsidR="001E68B7" w:rsidRPr="00E829C5" w:rsidRDefault="001E68B7" w:rsidP="006C208E">
      <w:pPr>
        <w:spacing w:after="0"/>
        <w:jc w:val="both"/>
        <w:rPr>
          <w:rFonts w:ascii="Times New Roman" w:hAnsi="Times New Roman" w:cs="Times New Roman"/>
          <w:sz w:val="20"/>
          <w:szCs w:val="20"/>
        </w:rPr>
      </w:pPr>
    </w:p>
    <w:p w14:paraId="4205C57E" w14:textId="53DA39E0" w:rsidR="001E68B7" w:rsidRPr="006C208E" w:rsidRDefault="00094FB0" w:rsidP="006C208E">
      <w:pPr>
        <w:spacing w:after="0"/>
        <w:jc w:val="both"/>
        <w:rPr>
          <w:rFonts w:ascii="Times New Roman" w:hAnsi="Times New Roman" w:cs="Times New Roman"/>
          <w:sz w:val="24"/>
          <w:szCs w:val="24"/>
        </w:rPr>
      </w:pPr>
      <w:r w:rsidRPr="006C208E">
        <w:rPr>
          <w:rFonts w:ascii="Times New Roman" w:hAnsi="Times New Roman" w:cs="Times New Roman"/>
          <w:sz w:val="24"/>
          <w:szCs w:val="24"/>
        </w:rPr>
        <w:t>The applicants are encouraged to p</w:t>
      </w:r>
      <w:r w:rsidR="001E68B7" w:rsidRPr="006C208E">
        <w:rPr>
          <w:rFonts w:ascii="Times New Roman" w:hAnsi="Times New Roman" w:cs="Times New Roman"/>
          <w:sz w:val="24"/>
          <w:szCs w:val="24"/>
        </w:rPr>
        <w:t xml:space="preserve">rovide accessible customer support mechanisms, including a commonly used, toll-free communications channel, to enable customers to request maintenance, repairs, or other after-sales </w:t>
      </w:r>
      <w:r w:rsidR="00ED58B3" w:rsidRPr="006C208E">
        <w:rPr>
          <w:rFonts w:ascii="Times New Roman" w:hAnsi="Times New Roman" w:cs="Times New Roman"/>
          <w:sz w:val="24"/>
          <w:szCs w:val="24"/>
        </w:rPr>
        <w:t>services</w:t>
      </w:r>
      <w:r w:rsidR="00ED58B3">
        <w:rPr>
          <w:rFonts w:ascii="Times New Roman" w:hAnsi="Times New Roman" w:cs="Times New Roman"/>
          <w:sz w:val="24"/>
          <w:szCs w:val="24"/>
        </w:rPr>
        <w:t>.</w:t>
      </w:r>
    </w:p>
    <w:p w14:paraId="31C28D71" w14:textId="77777777" w:rsidR="00C9742F" w:rsidRPr="006C208E" w:rsidRDefault="00C9742F" w:rsidP="006C208E">
      <w:pPr>
        <w:spacing w:after="0"/>
        <w:jc w:val="both"/>
        <w:rPr>
          <w:rFonts w:ascii="Times New Roman" w:hAnsi="Times New Roman" w:cs="Times New Roman"/>
          <w:sz w:val="24"/>
          <w:szCs w:val="24"/>
        </w:rPr>
      </w:pPr>
    </w:p>
    <w:p w14:paraId="627B5535" w14:textId="278F9703" w:rsidR="00C9742F" w:rsidRPr="004661B3" w:rsidRDefault="00C9742F" w:rsidP="006C208E">
      <w:pPr>
        <w:pStyle w:val="ListParagraph"/>
        <w:numPr>
          <w:ilvl w:val="1"/>
          <w:numId w:val="25"/>
        </w:numPr>
        <w:spacing w:after="0"/>
        <w:jc w:val="both"/>
        <w:rPr>
          <w:rFonts w:ascii="Times New Roman" w:hAnsi="Times New Roman" w:cs="Times New Roman"/>
          <w:b/>
          <w:bCs/>
          <w:sz w:val="24"/>
          <w:szCs w:val="24"/>
        </w:rPr>
      </w:pPr>
      <w:r w:rsidRPr="004661B3">
        <w:rPr>
          <w:rFonts w:ascii="Times New Roman" w:hAnsi="Times New Roman" w:cs="Times New Roman"/>
          <w:b/>
          <w:bCs/>
          <w:sz w:val="24"/>
          <w:szCs w:val="24"/>
        </w:rPr>
        <w:t>Insurance for Equipment</w:t>
      </w:r>
    </w:p>
    <w:p w14:paraId="57B88D53" w14:textId="77777777" w:rsidR="00C9742F" w:rsidRPr="006C208E" w:rsidRDefault="00C9742F" w:rsidP="006C208E">
      <w:pPr>
        <w:spacing w:after="0"/>
        <w:jc w:val="both"/>
        <w:rPr>
          <w:rFonts w:ascii="Times New Roman" w:hAnsi="Times New Roman"/>
          <w:sz w:val="24"/>
        </w:rPr>
      </w:pPr>
    </w:p>
    <w:p w14:paraId="7D0C2C02" w14:textId="17E3A757" w:rsidR="00C9742F" w:rsidRPr="006C208E" w:rsidRDefault="00C9742F" w:rsidP="006C208E">
      <w:pPr>
        <w:spacing w:after="0"/>
        <w:jc w:val="both"/>
        <w:rPr>
          <w:rFonts w:ascii="Times New Roman" w:hAnsi="Times New Roman"/>
          <w:sz w:val="24"/>
        </w:rPr>
      </w:pPr>
      <w:r w:rsidRPr="006C208E">
        <w:rPr>
          <w:rFonts w:ascii="Times New Roman" w:hAnsi="Times New Roman"/>
          <w:sz w:val="24"/>
        </w:rPr>
        <w:t xml:space="preserve">Companies will take necessary insurance coverage, as applicable, for all equipment procured under the project. </w:t>
      </w:r>
      <w:proofErr w:type="spellStart"/>
      <w:r w:rsidR="00EE2095">
        <w:rPr>
          <w:rFonts w:ascii="Times New Roman" w:hAnsi="Times New Roman"/>
          <w:sz w:val="24"/>
        </w:rPr>
        <w:t>MoE</w:t>
      </w:r>
      <w:proofErr w:type="spellEnd"/>
      <w:r w:rsidRPr="006C208E">
        <w:rPr>
          <w:rFonts w:ascii="Times New Roman" w:hAnsi="Times New Roman"/>
          <w:sz w:val="24"/>
        </w:rPr>
        <w:t xml:space="preserve"> shall create charges on all insurance proceeds as part of the loan collateral packages</w:t>
      </w:r>
      <w:r w:rsidR="00211024" w:rsidRPr="006C208E">
        <w:rPr>
          <w:rFonts w:ascii="Times New Roman" w:hAnsi="Times New Roman"/>
          <w:sz w:val="24"/>
        </w:rPr>
        <w:t>.</w:t>
      </w:r>
    </w:p>
    <w:p w14:paraId="4228D3CD" w14:textId="77777777" w:rsidR="00211024" w:rsidRPr="006C208E" w:rsidRDefault="00211024" w:rsidP="006C208E">
      <w:pPr>
        <w:spacing w:after="0"/>
        <w:jc w:val="both"/>
        <w:rPr>
          <w:rFonts w:ascii="Times New Roman" w:hAnsi="Times New Roman"/>
          <w:sz w:val="24"/>
        </w:rPr>
      </w:pPr>
    </w:p>
    <w:p w14:paraId="5E4CAC6D" w14:textId="22BBED61" w:rsidR="00211024" w:rsidRPr="006C208E" w:rsidRDefault="00211024" w:rsidP="006C208E">
      <w:pPr>
        <w:pStyle w:val="ListParagraph"/>
        <w:numPr>
          <w:ilvl w:val="1"/>
          <w:numId w:val="25"/>
        </w:numPr>
        <w:spacing w:after="0"/>
        <w:jc w:val="both"/>
        <w:rPr>
          <w:rFonts w:ascii="Times New Roman" w:hAnsi="Times New Roman" w:cs="Times New Roman"/>
          <w:b/>
          <w:bCs/>
          <w:sz w:val="24"/>
          <w:szCs w:val="24"/>
        </w:rPr>
      </w:pPr>
      <w:r w:rsidRPr="006C208E">
        <w:rPr>
          <w:rFonts w:ascii="Times New Roman" w:hAnsi="Times New Roman" w:cs="Times New Roman"/>
          <w:b/>
          <w:bCs/>
          <w:sz w:val="24"/>
          <w:szCs w:val="24"/>
        </w:rPr>
        <w:t>Portfolio at Risk Ratio</w:t>
      </w:r>
    </w:p>
    <w:p w14:paraId="3E7FA824" w14:textId="77777777" w:rsidR="00211024" w:rsidRPr="00BE36A4" w:rsidRDefault="00211024" w:rsidP="006C208E">
      <w:pPr>
        <w:spacing w:after="0"/>
        <w:jc w:val="both"/>
        <w:rPr>
          <w:rFonts w:ascii="Times New Roman" w:hAnsi="Times New Roman"/>
          <w:sz w:val="18"/>
          <w:szCs w:val="16"/>
        </w:rPr>
      </w:pPr>
    </w:p>
    <w:p w14:paraId="104074F6" w14:textId="369FAFD7" w:rsidR="007539E9" w:rsidRPr="006C208E" w:rsidRDefault="00D93FE9" w:rsidP="006C208E">
      <w:pPr>
        <w:spacing w:after="0"/>
        <w:jc w:val="both"/>
        <w:rPr>
          <w:rFonts w:ascii="Times New Roman" w:hAnsi="Times New Roman"/>
          <w:sz w:val="24"/>
        </w:rPr>
      </w:pPr>
      <w:r w:rsidRPr="006C208E">
        <w:rPr>
          <w:rFonts w:ascii="Times New Roman" w:hAnsi="Times New Roman"/>
          <w:sz w:val="24"/>
        </w:rPr>
        <w:t xml:space="preserve">The POs will be required to maintain PaR30 (portfolio at risk with outstanding loans in arrears for 30 days or more) ratio below </w:t>
      </w:r>
      <w:r w:rsidR="009A1083" w:rsidRPr="006C208E">
        <w:rPr>
          <w:rFonts w:ascii="Times New Roman" w:hAnsi="Times New Roman"/>
          <w:sz w:val="24"/>
        </w:rPr>
        <w:t>20</w:t>
      </w:r>
      <w:r w:rsidRPr="006C208E">
        <w:rPr>
          <w:rFonts w:ascii="Times New Roman" w:hAnsi="Times New Roman"/>
          <w:sz w:val="24"/>
        </w:rPr>
        <w:t xml:space="preserve">% during the project period. If PaR30 is above </w:t>
      </w:r>
      <w:r w:rsidR="00C95DE3" w:rsidRPr="006C208E">
        <w:rPr>
          <w:rFonts w:ascii="Times New Roman" w:hAnsi="Times New Roman"/>
          <w:sz w:val="24"/>
        </w:rPr>
        <w:t>20</w:t>
      </w:r>
      <w:r w:rsidRPr="006C208E">
        <w:rPr>
          <w:rFonts w:ascii="Times New Roman" w:hAnsi="Times New Roman"/>
          <w:sz w:val="24"/>
        </w:rPr>
        <w:t xml:space="preserve">%, further loan disbursement may be withheld at the discretion of </w:t>
      </w:r>
      <w:proofErr w:type="spellStart"/>
      <w:r w:rsidR="00EE2095">
        <w:rPr>
          <w:rFonts w:ascii="Times New Roman" w:hAnsi="Times New Roman"/>
          <w:sz w:val="24"/>
        </w:rPr>
        <w:t>MoE</w:t>
      </w:r>
      <w:proofErr w:type="spellEnd"/>
      <w:r w:rsidRPr="006C208E">
        <w:rPr>
          <w:rFonts w:ascii="Times New Roman" w:hAnsi="Times New Roman"/>
          <w:sz w:val="24"/>
        </w:rPr>
        <w:t>.</w:t>
      </w:r>
    </w:p>
    <w:p w14:paraId="061B1417" w14:textId="77777777" w:rsidR="003F0E1D" w:rsidRPr="00BE36A4" w:rsidRDefault="003F0E1D" w:rsidP="006C208E">
      <w:pPr>
        <w:spacing w:after="0"/>
        <w:jc w:val="both"/>
        <w:rPr>
          <w:rFonts w:ascii="Times New Roman" w:hAnsi="Times New Roman" w:cs="Times New Roman"/>
          <w:sz w:val="18"/>
          <w:szCs w:val="18"/>
        </w:rPr>
      </w:pPr>
    </w:p>
    <w:p w14:paraId="38A5BCBB" w14:textId="77777777" w:rsidR="003F0E1D" w:rsidRPr="006C208E" w:rsidRDefault="003F0E1D" w:rsidP="006C208E">
      <w:pPr>
        <w:spacing w:after="0"/>
        <w:jc w:val="both"/>
        <w:rPr>
          <w:rFonts w:ascii="Times New Roman" w:hAnsi="Times New Roman" w:cs="Times New Roman"/>
          <w:b/>
          <w:bCs/>
          <w:sz w:val="24"/>
          <w:szCs w:val="24"/>
        </w:rPr>
      </w:pPr>
      <w:r w:rsidRPr="006C208E">
        <w:rPr>
          <w:rFonts w:ascii="Times New Roman" w:hAnsi="Times New Roman" w:cs="Times New Roman"/>
          <w:b/>
          <w:bCs/>
          <w:sz w:val="24"/>
          <w:szCs w:val="24"/>
        </w:rPr>
        <w:t>4</w:t>
      </w:r>
      <w:r w:rsidRPr="006C208E">
        <w:rPr>
          <w:rFonts w:ascii="Times New Roman" w:hAnsi="Times New Roman" w:cs="Times New Roman"/>
          <w:sz w:val="24"/>
          <w:szCs w:val="24"/>
        </w:rPr>
        <w:t>.</w:t>
      </w:r>
      <w:r w:rsidRPr="006C208E">
        <w:rPr>
          <w:rFonts w:ascii="Times New Roman" w:hAnsi="Times New Roman" w:cs="Times New Roman"/>
          <w:b/>
          <w:bCs/>
          <w:sz w:val="24"/>
          <w:szCs w:val="24"/>
        </w:rPr>
        <w:t>18</w:t>
      </w:r>
      <w:r w:rsidRPr="006C208E">
        <w:rPr>
          <w:rFonts w:ascii="Times New Roman" w:hAnsi="Times New Roman" w:cs="Times New Roman"/>
          <w:sz w:val="24"/>
          <w:szCs w:val="24"/>
        </w:rPr>
        <w:t xml:space="preserve"> </w:t>
      </w:r>
      <w:r w:rsidRPr="006C208E">
        <w:rPr>
          <w:rFonts w:ascii="Times New Roman" w:hAnsi="Times New Roman" w:cs="Times New Roman"/>
          <w:b/>
          <w:bCs/>
          <w:sz w:val="24"/>
          <w:szCs w:val="24"/>
        </w:rPr>
        <w:t>Collaboration with Ministry appointed consultants</w:t>
      </w:r>
    </w:p>
    <w:p w14:paraId="338E0CE8" w14:textId="77777777" w:rsidR="0018612C" w:rsidRPr="006C208E" w:rsidRDefault="0018612C" w:rsidP="006C208E">
      <w:pPr>
        <w:spacing w:after="0"/>
        <w:jc w:val="both"/>
        <w:rPr>
          <w:rFonts w:ascii="Times New Roman" w:hAnsi="Times New Roman" w:cs="Times New Roman"/>
          <w:sz w:val="24"/>
          <w:szCs w:val="24"/>
        </w:rPr>
      </w:pPr>
    </w:p>
    <w:p w14:paraId="65CCABB3" w14:textId="77777777" w:rsidR="00516556" w:rsidRPr="006C208E" w:rsidRDefault="0018612C" w:rsidP="006C208E">
      <w:pPr>
        <w:spacing w:after="0"/>
        <w:jc w:val="both"/>
        <w:rPr>
          <w:rFonts w:ascii="Times New Roman" w:hAnsi="Times New Roman" w:cs="Times New Roman"/>
          <w:sz w:val="24"/>
          <w:szCs w:val="24"/>
        </w:rPr>
      </w:pPr>
      <w:r w:rsidRPr="006C208E">
        <w:rPr>
          <w:rFonts w:ascii="Times New Roman" w:hAnsi="Times New Roman" w:cs="Times New Roman"/>
          <w:sz w:val="24"/>
          <w:szCs w:val="24"/>
        </w:rPr>
        <w:t>The Ministry will appoint Independent Verification Agent</w:t>
      </w:r>
      <w:r w:rsidR="00A71880" w:rsidRPr="006C208E">
        <w:rPr>
          <w:rFonts w:ascii="Times New Roman" w:hAnsi="Times New Roman" w:cs="Times New Roman"/>
          <w:sz w:val="24"/>
          <w:szCs w:val="24"/>
        </w:rPr>
        <w:t xml:space="preserve"> (IVA)</w:t>
      </w:r>
      <w:r w:rsidRPr="006C208E">
        <w:rPr>
          <w:rFonts w:ascii="Times New Roman" w:hAnsi="Times New Roman" w:cs="Times New Roman"/>
          <w:sz w:val="24"/>
          <w:szCs w:val="24"/>
        </w:rPr>
        <w:t xml:space="preserve"> </w:t>
      </w:r>
      <w:r w:rsidR="00513D06" w:rsidRPr="006C208E">
        <w:rPr>
          <w:rFonts w:ascii="Times New Roman" w:hAnsi="Times New Roman" w:cs="Times New Roman"/>
          <w:sz w:val="24"/>
          <w:szCs w:val="24"/>
        </w:rPr>
        <w:t>to review and verify the integrity of sales through desk, phone and field verification</w:t>
      </w:r>
      <w:r w:rsidR="00A71880" w:rsidRPr="006C208E">
        <w:rPr>
          <w:rFonts w:ascii="Times New Roman" w:hAnsi="Times New Roman" w:cs="Times New Roman"/>
          <w:sz w:val="24"/>
          <w:szCs w:val="24"/>
        </w:rPr>
        <w:t xml:space="preserve">. </w:t>
      </w:r>
    </w:p>
    <w:p w14:paraId="7ABD220C" w14:textId="77777777" w:rsidR="00516556" w:rsidRPr="00BE36A4" w:rsidRDefault="00516556" w:rsidP="006C208E">
      <w:pPr>
        <w:spacing w:after="0"/>
        <w:jc w:val="both"/>
        <w:rPr>
          <w:rFonts w:ascii="Times New Roman" w:hAnsi="Times New Roman" w:cs="Times New Roman"/>
          <w:sz w:val="16"/>
          <w:szCs w:val="16"/>
        </w:rPr>
      </w:pPr>
    </w:p>
    <w:p w14:paraId="77086CA8" w14:textId="74EAD1F2" w:rsidR="0018612C" w:rsidRPr="006C208E" w:rsidRDefault="00A71880" w:rsidP="006C208E">
      <w:pPr>
        <w:spacing w:after="0"/>
        <w:jc w:val="both"/>
        <w:rPr>
          <w:rFonts w:ascii="Times New Roman" w:hAnsi="Times New Roman" w:cs="Times New Roman"/>
          <w:sz w:val="24"/>
          <w:szCs w:val="24"/>
        </w:rPr>
        <w:sectPr w:rsidR="0018612C" w:rsidRPr="006C208E" w:rsidSect="00012DA6">
          <w:pgSz w:w="11909" w:h="16834"/>
          <w:pgMar w:top="1080" w:right="1440" w:bottom="1080" w:left="1440" w:header="720" w:footer="720" w:gutter="0"/>
          <w:cols w:space="720"/>
          <w:docGrid w:linePitch="360"/>
        </w:sectPr>
      </w:pPr>
      <w:r w:rsidRPr="006C208E">
        <w:rPr>
          <w:rFonts w:ascii="Times New Roman" w:hAnsi="Times New Roman" w:cs="Times New Roman"/>
          <w:sz w:val="24"/>
          <w:szCs w:val="24"/>
        </w:rPr>
        <w:t>The Ministry will engage a Carbon Consultant Firm (CCF) to lead and coordinate carbon project development activities, including, but not limited to, registration, monitoring report preparation, and management of processes through validation/verification and credit issuance by the relevant mechanism/standard and registry, and subsequent commercialization</w:t>
      </w:r>
      <w:r w:rsidR="00697613" w:rsidRPr="006C208E">
        <w:rPr>
          <w:rFonts w:ascii="Times New Roman" w:hAnsi="Times New Roman" w:cs="Times New Roman"/>
          <w:sz w:val="24"/>
          <w:szCs w:val="24"/>
        </w:rPr>
        <w:t xml:space="preserve"> </w:t>
      </w:r>
      <w:r w:rsidRPr="006C208E">
        <w:rPr>
          <w:rFonts w:ascii="Times New Roman" w:hAnsi="Times New Roman" w:cs="Times New Roman"/>
          <w:sz w:val="24"/>
          <w:szCs w:val="24"/>
        </w:rPr>
        <w:t>/transactions</w:t>
      </w:r>
      <w:r w:rsidR="00785D2E" w:rsidRPr="006C208E">
        <w:rPr>
          <w:rFonts w:ascii="Times New Roman" w:hAnsi="Times New Roman" w:cs="Times New Roman"/>
          <w:sz w:val="24"/>
          <w:szCs w:val="24"/>
        </w:rPr>
        <w:t>. The CCF will manage and/or commission</w:t>
      </w:r>
      <w:r w:rsidR="007C3E2A">
        <w:rPr>
          <w:rFonts w:ascii="Times New Roman" w:hAnsi="Times New Roman" w:cs="Times New Roman"/>
          <w:sz w:val="24"/>
          <w:szCs w:val="24"/>
        </w:rPr>
        <w:t xml:space="preserve">, as necessary, </w:t>
      </w:r>
      <w:r w:rsidR="00785D2E" w:rsidRPr="006C208E">
        <w:rPr>
          <w:rFonts w:ascii="Times New Roman" w:hAnsi="Times New Roman" w:cs="Times New Roman"/>
          <w:sz w:val="24"/>
          <w:szCs w:val="24"/>
        </w:rPr>
        <w:t xml:space="preserve">required surveys, testing </w:t>
      </w:r>
      <w:r w:rsidR="00785D2E" w:rsidRPr="006C208E">
        <w:rPr>
          <w:rFonts w:ascii="Times New Roman" w:hAnsi="Times New Roman" w:cs="Times New Roman"/>
          <w:sz w:val="24"/>
          <w:szCs w:val="24"/>
        </w:rPr>
        <w:lastRenderedPageBreak/>
        <w:t>and field campaigns (e.g., baseline surveys</w:t>
      </w:r>
      <w:r w:rsidR="006B1496">
        <w:rPr>
          <w:rFonts w:ascii="Times New Roman" w:hAnsi="Times New Roman" w:cs="Times New Roman"/>
          <w:sz w:val="24"/>
          <w:szCs w:val="24"/>
        </w:rPr>
        <w:t xml:space="preserve"> and performance testing such as</w:t>
      </w:r>
      <w:r w:rsidR="00785D2E" w:rsidRPr="006C208E">
        <w:rPr>
          <w:rFonts w:ascii="Times New Roman" w:hAnsi="Times New Roman" w:cs="Times New Roman"/>
          <w:sz w:val="24"/>
          <w:szCs w:val="24"/>
        </w:rPr>
        <w:t xml:space="preserve"> </w:t>
      </w:r>
      <w:r w:rsidR="006B1496">
        <w:rPr>
          <w:rFonts w:ascii="Times New Roman" w:hAnsi="Times New Roman" w:cs="Times New Roman"/>
          <w:sz w:val="24"/>
          <w:szCs w:val="24"/>
        </w:rPr>
        <w:t>Kitchen Performance Tests (</w:t>
      </w:r>
      <w:r w:rsidR="00785D2E" w:rsidRPr="006C208E">
        <w:rPr>
          <w:rFonts w:ascii="Times New Roman" w:hAnsi="Times New Roman" w:cs="Times New Roman"/>
          <w:sz w:val="24"/>
          <w:szCs w:val="24"/>
        </w:rPr>
        <w:t>KPT</w:t>
      </w:r>
      <w:r w:rsidR="006B1496">
        <w:rPr>
          <w:rFonts w:ascii="Times New Roman" w:hAnsi="Times New Roman" w:cs="Times New Roman"/>
          <w:sz w:val="24"/>
          <w:szCs w:val="24"/>
        </w:rPr>
        <w:t>)</w:t>
      </w:r>
      <w:r w:rsidR="00785D2E" w:rsidRPr="006C208E">
        <w:rPr>
          <w:rFonts w:ascii="Times New Roman" w:hAnsi="Times New Roman" w:cs="Times New Roman"/>
          <w:sz w:val="24"/>
          <w:szCs w:val="24"/>
        </w:rPr>
        <w:t xml:space="preserve">, </w:t>
      </w:r>
      <w:r w:rsidR="006B1496">
        <w:rPr>
          <w:rFonts w:ascii="Times New Roman" w:hAnsi="Times New Roman" w:cs="Times New Roman"/>
          <w:sz w:val="24"/>
          <w:szCs w:val="24"/>
        </w:rPr>
        <w:t>Controlled Cooking Tests (</w:t>
      </w:r>
      <w:r w:rsidR="00785D2E" w:rsidRPr="006C208E">
        <w:rPr>
          <w:rFonts w:ascii="Times New Roman" w:hAnsi="Times New Roman" w:cs="Times New Roman"/>
          <w:sz w:val="24"/>
          <w:szCs w:val="24"/>
        </w:rPr>
        <w:t>CCT</w:t>
      </w:r>
      <w:r w:rsidR="006B1496">
        <w:rPr>
          <w:rFonts w:ascii="Times New Roman" w:hAnsi="Times New Roman" w:cs="Times New Roman"/>
          <w:sz w:val="24"/>
          <w:szCs w:val="24"/>
        </w:rPr>
        <w:t>)</w:t>
      </w:r>
      <w:r w:rsidR="00785D2E" w:rsidRPr="006C208E">
        <w:rPr>
          <w:rFonts w:ascii="Times New Roman" w:hAnsi="Times New Roman" w:cs="Times New Roman"/>
          <w:sz w:val="24"/>
          <w:szCs w:val="24"/>
        </w:rPr>
        <w:t xml:space="preserve">, </w:t>
      </w:r>
      <w:r w:rsidR="006B1496">
        <w:rPr>
          <w:rFonts w:ascii="Times New Roman" w:hAnsi="Times New Roman" w:cs="Times New Roman"/>
          <w:sz w:val="24"/>
          <w:szCs w:val="24"/>
        </w:rPr>
        <w:t>Water Boiling Tests (</w:t>
      </w:r>
      <w:r w:rsidR="00785D2E" w:rsidRPr="006C208E">
        <w:rPr>
          <w:rFonts w:ascii="Times New Roman" w:hAnsi="Times New Roman" w:cs="Times New Roman"/>
          <w:sz w:val="24"/>
          <w:szCs w:val="24"/>
        </w:rPr>
        <w:t>WBT</w:t>
      </w:r>
      <w:r w:rsidR="006B1496">
        <w:rPr>
          <w:rFonts w:ascii="Times New Roman" w:hAnsi="Times New Roman" w:cs="Times New Roman"/>
          <w:sz w:val="24"/>
          <w:szCs w:val="24"/>
        </w:rPr>
        <w:t>)</w:t>
      </w:r>
      <w:r w:rsidR="00785D2E" w:rsidRPr="006C208E">
        <w:rPr>
          <w:rFonts w:ascii="Times New Roman" w:hAnsi="Times New Roman" w:cs="Times New Roman"/>
          <w:sz w:val="24"/>
          <w:szCs w:val="24"/>
        </w:rPr>
        <w:t xml:space="preserve"> and </w:t>
      </w:r>
      <w:r w:rsidR="00CB3075">
        <w:rPr>
          <w:rFonts w:ascii="Times New Roman" w:hAnsi="Times New Roman" w:cs="Times New Roman"/>
          <w:sz w:val="24"/>
          <w:szCs w:val="24"/>
        </w:rPr>
        <w:t>related</w:t>
      </w:r>
      <w:r w:rsidR="00CB3075" w:rsidRPr="006C208E">
        <w:rPr>
          <w:rFonts w:ascii="Times New Roman" w:hAnsi="Times New Roman" w:cs="Times New Roman"/>
          <w:sz w:val="24"/>
          <w:szCs w:val="24"/>
        </w:rPr>
        <w:t xml:space="preserve"> </w:t>
      </w:r>
      <w:r w:rsidR="00785D2E" w:rsidRPr="006C208E">
        <w:rPr>
          <w:rFonts w:ascii="Times New Roman" w:hAnsi="Times New Roman" w:cs="Times New Roman"/>
          <w:sz w:val="24"/>
          <w:szCs w:val="24"/>
        </w:rPr>
        <w:t>laboratory tests)</w:t>
      </w:r>
      <w:r w:rsidR="007C3E2A">
        <w:rPr>
          <w:rFonts w:ascii="Times New Roman" w:hAnsi="Times New Roman" w:cs="Times New Roman"/>
          <w:sz w:val="24"/>
          <w:szCs w:val="24"/>
        </w:rPr>
        <w:t xml:space="preserve">, </w:t>
      </w:r>
      <w:r w:rsidR="00B22FB1" w:rsidRPr="00B22FB1">
        <w:rPr>
          <w:rFonts w:ascii="Times New Roman" w:hAnsi="Times New Roman" w:cs="Times New Roman"/>
          <w:sz w:val="24"/>
          <w:szCs w:val="24"/>
        </w:rPr>
        <w:t xml:space="preserve">in accordance with the </w:t>
      </w:r>
      <w:hyperlink r:id="rId19" w:anchor="methodologies-and-tools" w:history="1">
        <w:r w:rsidR="00B22FB1" w:rsidRPr="00B22FB1">
          <w:rPr>
            <w:rStyle w:val="Hyperlink"/>
            <w:rFonts w:ascii="Times New Roman" w:hAnsi="Times New Roman" w:cs="Times New Roman"/>
            <w:sz w:val="24"/>
            <w:szCs w:val="24"/>
          </w:rPr>
          <w:t>Energy Access Standard, including clean cooking methodology</w:t>
        </w:r>
      </w:hyperlink>
      <w:r w:rsidR="00B22FB1" w:rsidRPr="00B22FB1">
        <w:rPr>
          <w:rFonts w:ascii="Times New Roman" w:hAnsi="Times New Roman" w:cs="Times New Roman"/>
          <w:sz w:val="24"/>
          <w:szCs w:val="24"/>
        </w:rPr>
        <w:t xml:space="preserve"> developed by the Global Carbon Council (GCC)</w:t>
      </w:r>
      <w:r w:rsidR="00785D2E" w:rsidRPr="006C208E">
        <w:rPr>
          <w:rFonts w:ascii="Times New Roman" w:hAnsi="Times New Roman" w:cs="Times New Roman"/>
          <w:sz w:val="24"/>
          <w:szCs w:val="24"/>
        </w:rPr>
        <w:t>.</w:t>
      </w:r>
      <w:r w:rsidR="00B22FB1">
        <w:rPr>
          <w:rFonts w:ascii="Times New Roman" w:hAnsi="Times New Roman" w:cs="Times New Roman"/>
          <w:sz w:val="24"/>
          <w:szCs w:val="24"/>
        </w:rPr>
        <w:t xml:space="preserve"> </w:t>
      </w:r>
      <w:r w:rsidR="000943F1" w:rsidRPr="006C208E">
        <w:rPr>
          <w:rFonts w:ascii="Times New Roman" w:hAnsi="Times New Roman" w:cs="Times New Roman"/>
          <w:sz w:val="24"/>
          <w:szCs w:val="24"/>
        </w:rPr>
        <w:t xml:space="preserve">The selected applicants must </w:t>
      </w:r>
      <w:r w:rsidR="00C468FE" w:rsidRPr="006C208E">
        <w:rPr>
          <w:rFonts w:ascii="Times New Roman" w:hAnsi="Times New Roman" w:cs="Times New Roman"/>
          <w:sz w:val="24"/>
          <w:szCs w:val="24"/>
        </w:rPr>
        <w:t xml:space="preserve">extend </w:t>
      </w:r>
      <w:r w:rsidR="000943F1" w:rsidRPr="006C208E">
        <w:rPr>
          <w:rFonts w:ascii="Times New Roman" w:hAnsi="Times New Roman" w:cs="Times New Roman"/>
          <w:sz w:val="24"/>
          <w:szCs w:val="24"/>
        </w:rPr>
        <w:t>support to the Ministry appointed consultants</w:t>
      </w:r>
      <w:r w:rsidR="00C468FE" w:rsidRPr="006C208E">
        <w:rPr>
          <w:rFonts w:ascii="Times New Roman" w:hAnsi="Times New Roman" w:cs="Times New Roman"/>
          <w:sz w:val="24"/>
          <w:szCs w:val="24"/>
        </w:rPr>
        <w:t xml:space="preserve"> to carry out the</w:t>
      </w:r>
      <w:r w:rsidR="00200CB3">
        <w:rPr>
          <w:rFonts w:ascii="Times New Roman" w:hAnsi="Times New Roman" w:cs="Times New Roman"/>
          <w:sz w:val="24"/>
          <w:szCs w:val="24"/>
        </w:rPr>
        <w:t>se</w:t>
      </w:r>
      <w:r w:rsidR="00C468FE" w:rsidRPr="006C208E">
        <w:rPr>
          <w:rFonts w:ascii="Times New Roman" w:hAnsi="Times New Roman" w:cs="Times New Roman"/>
          <w:sz w:val="24"/>
          <w:szCs w:val="24"/>
        </w:rPr>
        <w:t xml:space="preserve"> activities</w:t>
      </w:r>
    </w:p>
    <w:p w14:paraId="09DDF2A0" w14:textId="608AAAB7" w:rsidR="009A1083" w:rsidRPr="006C208E" w:rsidRDefault="009A1083" w:rsidP="006C208E">
      <w:pPr>
        <w:pStyle w:val="Heading1"/>
        <w:tabs>
          <w:tab w:val="left" w:pos="2364"/>
          <w:tab w:val="center" w:pos="4513"/>
        </w:tabs>
        <w:spacing w:before="0"/>
        <w:jc w:val="both"/>
        <w:rPr>
          <w:rFonts w:ascii="Times New Roman" w:hAnsi="Times New Roman" w:cs="Times New Roman"/>
        </w:rPr>
      </w:pPr>
      <w:bookmarkStart w:id="6" w:name="_SECTION_3:_DATA"/>
      <w:bookmarkEnd w:id="6"/>
    </w:p>
    <w:p w14:paraId="053F8090" w14:textId="69C6C770" w:rsidR="00F72DE3" w:rsidRPr="006C208E" w:rsidRDefault="006D602E" w:rsidP="006C208E">
      <w:pPr>
        <w:pStyle w:val="Heading1"/>
        <w:tabs>
          <w:tab w:val="left" w:pos="2364"/>
          <w:tab w:val="center" w:pos="4513"/>
        </w:tabs>
        <w:spacing w:before="0"/>
        <w:jc w:val="both"/>
        <w:rPr>
          <w:rFonts w:ascii="Times New Roman" w:hAnsi="Times New Roman" w:cs="Times New Roman"/>
        </w:rPr>
      </w:pPr>
      <w:bookmarkStart w:id="7" w:name="_Toc237975165"/>
      <w:r w:rsidRPr="006C208E">
        <w:rPr>
          <w:rFonts w:ascii="Times New Roman" w:hAnsi="Times New Roman" w:cs="Times New Roman"/>
        </w:rPr>
        <w:t>SECTION 3: DATA SHEET</w:t>
      </w:r>
      <w:bookmarkEnd w:id="5"/>
      <w:bookmarkEnd w:id="7"/>
    </w:p>
    <w:p w14:paraId="20C0021F" w14:textId="77777777" w:rsidR="00E53670" w:rsidRPr="006C208E" w:rsidRDefault="00E53670" w:rsidP="006C208E">
      <w:pPr>
        <w:spacing w:after="0" w:line="240" w:lineRule="auto"/>
        <w:rPr>
          <w:b/>
          <w:bCs/>
        </w:rPr>
      </w:pPr>
    </w:p>
    <w:tbl>
      <w:tblPr>
        <w:tblW w:w="91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887"/>
        <w:gridCol w:w="8280"/>
      </w:tblGrid>
      <w:tr w:rsidR="00F139FF" w:rsidRPr="006C208E" w14:paraId="3ECF7B27" w14:textId="77777777">
        <w:tc>
          <w:tcPr>
            <w:tcW w:w="887" w:type="dxa"/>
          </w:tcPr>
          <w:p w14:paraId="7033B6ED" w14:textId="77777777" w:rsidR="00F72DE3" w:rsidRPr="006C208E" w:rsidRDefault="00F72DE3" w:rsidP="006C208E">
            <w:pPr>
              <w:pStyle w:val="NoSpacing"/>
              <w:spacing w:line="276" w:lineRule="auto"/>
              <w:rPr>
                <w:rFonts w:ascii="Times New Roman" w:hAnsi="Times New Roman" w:cs="Times New Roman"/>
                <w:b/>
                <w:bCs/>
                <w:sz w:val="24"/>
                <w:szCs w:val="24"/>
              </w:rPr>
            </w:pPr>
            <w:r w:rsidRPr="006C208E">
              <w:rPr>
                <w:rFonts w:ascii="Times New Roman" w:hAnsi="Times New Roman" w:cs="Times New Roman"/>
                <w:b/>
                <w:bCs/>
                <w:sz w:val="24"/>
                <w:szCs w:val="24"/>
              </w:rPr>
              <w:t xml:space="preserve">Clause </w:t>
            </w:r>
          </w:p>
        </w:tc>
        <w:tc>
          <w:tcPr>
            <w:tcW w:w="8280" w:type="dxa"/>
          </w:tcPr>
          <w:p w14:paraId="0AFD9F28" w14:textId="77777777" w:rsidR="00F72DE3" w:rsidRPr="006C208E" w:rsidRDefault="00F72DE3" w:rsidP="006C208E">
            <w:pPr>
              <w:pStyle w:val="NoSpacing"/>
              <w:spacing w:line="276" w:lineRule="auto"/>
              <w:rPr>
                <w:rFonts w:ascii="Times New Roman" w:hAnsi="Times New Roman" w:cs="Times New Roman"/>
                <w:b/>
                <w:bCs/>
                <w:sz w:val="24"/>
                <w:szCs w:val="24"/>
              </w:rPr>
            </w:pPr>
            <w:r w:rsidRPr="006C208E">
              <w:rPr>
                <w:rFonts w:ascii="Times New Roman" w:hAnsi="Times New Roman" w:cs="Times New Roman"/>
                <w:b/>
                <w:bCs/>
                <w:sz w:val="24"/>
                <w:szCs w:val="24"/>
              </w:rPr>
              <w:t>Subject</w:t>
            </w:r>
          </w:p>
        </w:tc>
      </w:tr>
      <w:tr w:rsidR="00F139FF" w:rsidRPr="006C208E" w14:paraId="508B9FBD" w14:textId="77777777">
        <w:trPr>
          <w:trHeight w:val="314"/>
        </w:trPr>
        <w:tc>
          <w:tcPr>
            <w:tcW w:w="887" w:type="dxa"/>
          </w:tcPr>
          <w:p w14:paraId="38B454CB" w14:textId="77777777" w:rsidR="00F72DE3" w:rsidRPr="006C208E" w:rsidRDefault="00F72DE3" w:rsidP="006C208E">
            <w:pPr>
              <w:pStyle w:val="NoSpacing"/>
              <w:spacing w:line="276" w:lineRule="auto"/>
              <w:rPr>
                <w:rFonts w:ascii="Times New Roman" w:hAnsi="Times New Roman" w:cs="Times New Roman"/>
                <w:sz w:val="24"/>
                <w:szCs w:val="24"/>
              </w:rPr>
            </w:pPr>
            <w:r w:rsidRPr="006C208E">
              <w:rPr>
                <w:rFonts w:ascii="Times New Roman" w:hAnsi="Times New Roman" w:cs="Times New Roman"/>
                <w:sz w:val="24"/>
                <w:szCs w:val="24"/>
              </w:rPr>
              <w:t>1</w:t>
            </w:r>
          </w:p>
        </w:tc>
        <w:tc>
          <w:tcPr>
            <w:tcW w:w="8280" w:type="dxa"/>
          </w:tcPr>
          <w:p w14:paraId="3ABBC544" w14:textId="63427106" w:rsidR="00F72DE3" w:rsidRPr="006C208E" w:rsidRDefault="00274298" w:rsidP="006C208E">
            <w:pPr>
              <w:pStyle w:val="NoSpacing"/>
              <w:spacing w:line="276" w:lineRule="auto"/>
              <w:jc w:val="both"/>
              <w:rPr>
                <w:rFonts w:ascii="Times New Roman" w:hAnsi="Times New Roman" w:cs="Times New Roman"/>
                <w:sz w:val="24"/>
                <w:szCs w:val="24"/>
              </w:rPr>
            </w:pPr>
            <w:r w:rsidRPr="006C208E">
              <w:rPr>
                <w:rFonts w:ascii="Times New Roman" w:eastAsia="MS Mincho" w:hAnsi="Times New Roman" w:cs="Times New Roman"/>
                <w:sz w:val="24"/>
                <w:szCs w:val="24"/>
              </w:rPr>
              <w:t xml:space="preserve">Clarifications may be requested </w:t>
            </w:r>
            <w:r w:rsidR="00AD2BF6" w:rsidRPr="006C208E">
              <w:rPr>
                <w:rFonts w:ascii="Times New Roman" w:hAnsi="Times New Roman" w:cs="Times New Roman"/>
                <w:sz w:val="24"/>
                <w:szCs w:val="24"/>
              </w:rPr>
              <w:t>from the Fund Manager/</w:t>
            </w:r>
            <w:proofErr w:type="spellStart"/>
            <w:r w:rsidR="00EE2095">
              <w:rPr>
                <w:rFonts w:ascii="Times New Roman" w:hAnsi="Times New Roman" w:cs="Times New Roman"/>
                <w:sz w:val="24"/>
                <w:szCs w:val="24"/>
              </w:rPr>
              <w:t>MoE</w:t>
            </w:r>
            <w:proofErr w:type="spellEnd"/>
            <w:r w:rsidR="00AD2BF6" w:rsidRPr="006C208E">
              <w:rPr>
                <w:rFonts w:ascii="Times New Roman" w:hAnsi="Times New Roman" w:cs="Times New Roman"/>
                <w:sz w:val="24"/>
                <w:szCs w:val="24"/>
              </w:rPr>
              <w:t xml:space="preserve"> </w:t>
            </w:r>
            <w:r w:rsidRPr="006C208E">
              <w:rPr>
                <w:rFonts w:ascii="Times New Roman" w:eastAsia="MS Mincho" w:hAnsi="Times New Roman" w:cs="Times New Roman"/>
                <w:sz w:val="24"/>
                <w:szCs w:val="24"/>
              </w:rPr>
              <w:t xml:space="preserve">within 15 days of publication of the Call for </w:t>
            </w:r>
            <w:r w:rsidR="00D10E31">
              <w:rPr>
                <w:rFonts w:ascii="Times New Roman" w:eastAsia="MS Mincho" w:hAnsi="Times New Roman" w:cs="Times New Roman"/>
                <w:sz w:val="24"/>
                <w:szCs w:val="24"/>
              </w:rPr>
              <w:t>Business Plan</w:t>
            </w:r>
            <w:r w:rsidRPr="006C208E">
              <w:rPr>
                <w:rFonts w:ascii="Times New Roman" w:hAnsi="Times New Roman" w:cs="Times New Roman"/>
                <w:sz w:val="24"/>
                <w:szCs w:val="24"/>
              </w:rPr>
              <w:t>.</w:t>
            </w:r>
          </w:p>
        </w:tc>
      </w:tr>
      <w:tr w:rsidR="00F139FF" w:rsidRPr="006C208E" w14:paraId="5A800A03" w14:textId="77777777">
        <w:tc>
          <w:tcPr>
            <w:tcW w:w="887" w:type="dxa"/>
          </w:tcPr>
          <w:p w14:paraId="177BEDEE" w14:textId="77777777" w:rsidR="00F72DE3" w:rsidRPr="006C208E" w:rsidRDefault="00F72DE3" w:rsidP="006C208E">
            <w:pPr>
              <w:pStyle w:val="NoSpacing"/>
              <w:spacing w:line="276" w:lineRule="auto"/>
              <w:rPr>
                <w:rFonts w:ascii="Times New Roman" w:hAnsi="Times New Roman" w:cs="Times New Roman"/>
                <w:sz w:val="24"/>
                <w:szCs w:val="24"/>
              </w:rPr>
            </w:pPr>
            <w:r w:rsidRPr="006C208E">
              <w:rPr>
                <w:rFonts w:ascii="Times New Roman" w:hAnsi="Times New Roman" w:cs="Times New Roman"/>
                <w:sz w:val="24"/>
                <w:szCs w:val="24"/>
              </w:rPr>
              <w:t>2</w:t>
            </w:r>
          </w:p>
        </w:tc>
        <w:tc>
          <w:tcPr>
            <w:tcW w:w="8280" w:type="dxa"/>
          </w:tcPr>
          <w:p w14:paraId="086375E4" w14:textId="77777777" w:rsidR="00F72DE3" w:rsidRPr="006C208E" w:rsidRDefault="00F72DE3" w:rsidP="006C208E">
            <w:pPr>
              <w:pStyle w:val="NoSpacing"/>
              <w:spacing w:line="276" w:lineRule="auto"/>
              <w:rPr>
                <w:rFonts w:ascii="Times New Roman" w:hAnsi="Times New Roman" w:cs="Times New Roman"/>
                <w:sz w:val="24"/>
                <w:szCs w:val="24"/>
              </w:rPr>
            </w:pPr>
            <w:r w:rsidRPr="006C208E">
              <w:rPr>
                <w:rFonts w:ascii="Times New Roman" w:hAnsi="Times New Roman" w:cs="Times New Roman"/>
                <w:sz w:val="24"/>
                <w:szCs w:val="24"/>
              </w:rPr>
              <w:t>The Business Plan and Application Form submission address is:</w:t>
            </w:r>
            <w:r w:rsidRPr="006C208E">
              <w:rPr>
                <w:rFonts w:ascii="Times New Roman" w:hAnsi="Times New Roman" w:cs="Times New Roman"/>
                <w:sz w:val="24"/>
                <w:szCs w:val="24"/>
              </w:rPr>
              <w:tab/>
            </w:r>
          </w:p>
          <w:p w14:paraId="6AAE68AB" w14:textId="77777777" w:rsidR="00F72DE3" w:rsidRPr="006C208E" w:rsidRDefault="00F72DE3" w:rsidP="006C208E">
            <w:pPr>
              <w:pStyle w:val="NoSpacing"/>
              <w:spacing w:line="276" w:lineRule="auto"/>
              <w:rPr>
                <w:rFonts w:ascii="Times New Roman" w:hAnsi="Times New Roman" w:cs="Times New Roman"/>
                <w:sz w:val="24"/>
                <w:szCs w:val="24"/>
              </w:rPr>
            </w:pPr>
          </w:p>
          <w:p w14:paraId="4AF2E6BD" w14:textId="77777777" w:rsidR="00E53670" w:rsidRPr="006C208E" w:rsidRDefault="00E53670" w:rsidP="006C208E">
            <w:pPr>
              <w:pStyle w:val="NoSpacing"/>
              <w:spacing w:line="276" w:lineRule="auto"/>
              <w:rPr>
                <w:rFonts w:ascii="Times New Roman" w:hAnsi="Times New Roman" w:cs="Times New Roman"/>
                <w:sz w:val="24"/>
                <w:szCs w:val="24"/>
              </w:rPr>
            </w:pPr>
            <w:r w:rsidRPr="006C208E">
              <w:rPr>
                <w:rFonts w:ascii="Times New Roman" w:hAnsi="Times New Roman" w:cs="Times New Roman"/>
                <w:sz w:val="24"/>
                <w:szCs w:val="24"/>
              </w:rPr>
              <w:t>Infrastructure Development Company Limited (IDCOL)</w:t>
            </w:r>
          </w:p>
          <w:p w14:paraId="638AAC30" w14:textId="77777777" w:rsidR="00E53670" w:rsidRPr="006C208E" w:rsidRDefault="00E53670" w:rsidP="006C208E">
            <w:pPr>
              <w:pStyle w:val="NoSpacing"/>
              <w:spacing w:line="276" w:lineRule="auto"/>
              <w:rPr>
                <w:rFonts w:ascii="Times New Roman" w:hAnsi="Times New Roman" w:cs="Times New Roman"/>
                <w:sz w:val="24"/>
                <w:szCs w:val="24"/>
              </w:rPr>
            </w:pPr>
            <w:r w:rsidRPr="006C208E">
              <w:rPr>
                <w:rFonts w:ascii="Times New Roman" w:hAnsi="Times New Roman" w:cs="Times New Roman"/>
                <w:sz w:val="24"/>
                <w:szCs w:val="24"/>
              </w:rPr>
              <w:t xml:space="preserve">Fund Manager, Ngwee </w:t>
            </w:r>
            <w:proofErr w:type="spellStart"/>
            <w:r w:rsidRPr="006C208E">
              <w:rPr>
                <w:rFonts w:ascii="Times New Roman" w:hAnsi="Times New Roman" w:cs="Times New Roman"/>
                <w:sz w:val="24"/>
                <w:szCs w:val="24"/>
              </w:rPr>
              <w:t>Ngwee</w:t>
            </w:r>
            <w:proofErr w:type="spellEnd"/>
            <w:r w:rsidRPr="006C208E">
              <w:rPr>
                <w:rFonts w:ascii="Times New Roman" w:hAnsi="Times New Roman" w:cs="Times New Roman"/>
                <w:sz w:val="24"/>
                <w:szCs w:val="24"/>
              </w:rPr>
              <w:t xml:space="preserve"> </w:t>
            </w:r>
            <w:proofErr w:type="spellStart"/>
            <w:r w:rsidRPr="006C208E">
              <w:rPr>
                <w:rFonts w:ascii="Times New Roman" w:hAnsi="Times New Roman" w:cs="Times New Roman"/>
                <w:sz w:val="24"/>
                <w:szCs w:val="24"/>
              </w:rPr>
              <w:t>Ngwee</w:t>
            </w:r>
            <w:proofErr w:type="spellEnd"/>
            <w:r w:rsidRPr="006C208E">
              <w:rPr>
                <w:rFonts w:ascii="Times New Roman" w:hAnsi="Times New Roman" w:cs="Times New Roman"/>
                <w:sz w:val="24"/>
                <w:szCs w:val="24"/>
              </w:rPr>
              <w:t xml:space="preserve"> Fund</w:t>
            </w:r>
          </w:p>
          <w:p w14:paraId="59FC8ADF" w14:textId="21EAB7F7" w:rsidR="00E53670" w:rsidRPr="006C208E" w:rsidRDefault="00FE2043" w:rsidP="006C208E">
            <w:pPr>
              <w:pStyle w:val="NoSpacing"/>
              <w:spacing w:line="276" w:lineRule="auto"/>
              <w:rPr>
                <w:rFonts w:ascii="Times New Roman" w:hAnsi="Times New Roman" w:cs="Times New Roman"/>
                <w:sz w:val="24"/>
                <w:szCs w:val="24"/>
              </w:rPr>
            </w:pPr>
            <w:r w:rsidRPr="006C208E">
              <w:rPr>
                <w:rFonts w:ascii="Times New Roman" w:hAnsi="Times New Roman" w:cs="Times New Roman"/>
                <w:sz w:val="24"/>
                <w:szCs w:val="24"/>
              </w:rPr>
              <w:t>Area 47, Sector 5, House no. 66 (</w:t>
            </w:r>
            <w:hyperlink r:id="rId20" w:history="1">
              <w:r w:rsidRPr="006C208E">
                <w:rPr>
                  <w:rStyle w:val="Hyperlink"/>
                  <w:rFonts w:ascii="Times New Roman" w:hAnsi="Times New Roman" w:cs="Times New Roman"/>
                  <w:sz w:val="24"/>
                  <w:szCs w:val="24"/>
                </w:rPr>
                <w:t>https://maps.app.goo.gl/13GeA56qFcCiPZj1A</w:t>
              </w:r>
            </w:hyperlink>
            <w:r w:rsidRPr="006C208E">
              <w:rPr>
                <w:rFonts w:ascii="Times New Roman" w:hAnsi="Times New Roman" w:cs="Times New Roman"/>
                <w:sz w:val="24"/>
                <w:szCs w:val="24"/>
              </w:rPr>
              <w:t xml:space="preserve">) </w:t>
            </w:r>
          </w:p>
          <w:p w14:paraId="6FD91B7D" w14:textId="1D9CB8D7" w:rsidR="00CE0EF8" w:rsidRPr="006C208E" w:rsidRDefault="00E53670" w:rsidP="006C208E">
            <w:pPr>
              <w:pStyle w:val="NoSpacing"/>
              <w:spacing w:line="276" w:lineRule="auto"/>
              <w:rPr>
                <w:rFonts w:ascii="Times New Roman" w:hAnsi="Times New Roman" w:cs="Times New Roman"/>
                <w:sz w:val="24"/>
                <w:szCs w:val="24"/>
              </w:rPr>
            </w:pPr>
            <w:r w:rsidRPr="006C208E">
              <w:rPr>
                <w:rFonts w:ascii="Times New Roman" w:hAnsi="Times New Roman" w:cs="Times New Roman"/>
                <w:sz w:val="24"/>
                <w:szCs w:val="24"/>
              </w:rPr>
              <w:t xml:space="preserve">E‑mail: </w:t>
            </w:r>
            <w:hyperlink r:id="rId21" w:history="1">
              <w:r w:rsidRPr="006C208E">
                <w:rPr>
                  <w:rStyle w:val="Hyperlink"/>
                  <w:rFonts w:ascii="Times New Roman" w:hAnsi="Times New Roman" w:cs="Times New Roman"/>
                  <w:sz w:val="24"/>
                  <w:szCs w:val="24"/>
                </w:rPr>
                <w:t>ogmdf@idcol.org</w:t>
              </w:r>
            </w:hyperlink>
            <w:r w:rsidRPr="006C208E">
              <w:rPr>
                <w:rFonts w:ascii="Times New Roman" w:hAnsi="Times New Roman" w:cs="Times New Roman"/>
                <w:sz w:val="24"/>
                <w:szCs w:val="24"/>
              </w:rPr>
              <w:t xml:space="preserve"> </w:t>
            </w:r>
            <w:r w:rsidR="00BE6CEC" w:rsidRPr="006C208E">
              <w:rPr>
                <w:rFonts w:ascii="Times New Roman" w:hAnsi="Times New Roman" w:cs="Times New Roman"/>
                <w:sz w:val="24"/>
                <w:szCs w:val="24"/>
              </w:rPr>
              <w:t xml:space="preserve">with a copy to </w:t>
            </w:r>
            <w:hyperlink r:id="rId22" w:history="1">
              <w:r w:rsidR="00AD2BF6" w:rsidRPr="00E859DA">
                <w:rPr>
                  <w:rStyle w:val="Hyperlink"/>
                  <w:rFonts w:ascii="Times New Roman" w:hAnsi="Times New Roman" w:cs="Times New Roman"/>
                  <w:sz w:val="24"/>
                  <w:szCs w:val="24"/>
                </w:rPr>
                <w:t>info@ascent.mw</w:t>
              </w:r>
            </w:hyperlink>
            <w:r w:rsidR="00AD2BF6">
              <w:rPr>
                <w:rFonts w:ascii="Times New Roman" w:hAnsi="Times New Roman" w:cs="Times New Roman"/>
                <w:sz w:val="24"/>
                <w:szCs w:val="24"/>
              </w:rPr>
              <w:t xml:space="preserve"> </w:t>
            </w:r>
          </w:p>
          <w:p w14:paraId="08F18A40" w14:textId="697827CA" w:rsidR="00F72DE3" w:rsidRPr="006C208E" w:rsidRDefault="00E53670" w:rsidP="006C208E">
            <w:pPr>
              <w:pStyle w:val="NoSpacing"/>
              <w:spacing w:line="276" w:lineRule="auto"/>
              <w:rPr>
                <w:rFonts w:ascii="Times New Roman" w:hAnsi="Times New Roman" w:cs="Times New Roman"/>
                <w:sz w:val="24"/>
                <w:szCs w:val="24"/>
              </w:rPr>
            </w:pPr>
            <w:r w:rsidRPr="006C208E">
              <w:rPr>
                <w:rFonts w:ascii="Times New Roman" w:hAnsi="Times New Roman" w:cs="Times New Roman"/>
                <w:sz w:val="24"/>
                <w:szCs w:val="24"/>
              </w:rPr>
              <w:t xml:space="preserve">Tel: </w:t>
            </w:r>
            <w:r w:rsidR="0094031D" w:rsidRPr="006C208E">
              <w:rPr>
                <w:rFonts w:ascii="Times New Roman" w:hAnsi="Times New Roman" w:cs="Times New Roman"/>
                <w:sz w:val="24"/>
                <w:szCs w:val="24"/>
              </w:rPr>
              <w:t xml:space="preserve">Fund Manager: +265 98 000 6904 (WhatsApp), </w:t>
            </w:r>
            <w:r w:rsidR="00E52C60">
              <w:rPr>
                <w:rFonts w:ascii="Times New Roman" w:hAnsi="Times New Roman" w:cs="Times New Roman"/>
                <w:sz w:val="24"/>
                <w:szCs w:val="24"/>
              </w:rPr>
              <w:t>ASCENT</w:t>
            </w:r>
            <w:r w:rsidR="003516A0">
              <w:rPr>
                <w:rFonts w:ascii="Times New Roman" w:hAnsi="Times New Roman" w:cs="Times New Roman"/>
                <w:sz w:val="24"/>
                <w:szCs w:val="24"/>
              </w:rPr>
              <w:t xml:space="preserve"> </w:t>
            </w:r>
            <w:r w:rsidR="000035D0" w:rsidRPr="006C208E">
              <w:rPr>
                <w:rFonts w:ascii="Times New Roman" w:hAnsi="Times New Roman" w:cs="Times New Roman"/>
                <w:sz w:val="24"/>
                <w:szCs w:val="24"/>
              </w:rPr>
              <w:t>Project Manager</w:t>
            </w:r>
            <w:r w:rsidR="0094031D" w:rsidRPr="006C208E">
              <w:rPr>
                <w:rFonts w:ascii="Times New Roman" w:hAnsi="Times New Roman" w:cs="Times New Roman"/>
                <w:sz w:val="24"/>
                <w:szCs w:val="24"/>
              </w:rPr>
              <w:t>: +265 99 913 8270</w:t>
            </w:r>
          </w:p>
          <w:p w14:paraId="62CA531D" w14:textId="77777777" w:rsidR="00E53670" w:rsidRPr="006C208E" w:rsidRDefault="00E53670" w:rsidP="006C208E">
            <w:pPr>
              <w:pStyle w:val="NoSpacing"/>
              <w:spacing w:line="276" w:lineRule="auto"/>
              <w:rPr>
                <w:rFonts w:ascii="Times New Roman" w:hAnsi="Times New Roman" w:cs="Times New Roman"/>
                <w:sz w:val="24"/>
                <w:szCs w:val="24"/>
              </w:rPr>
            </w:pPr>
          </w:p>
          <w:p w14:paraId="4512CB44" w14:textId="77777777" w:rsidR="001121FB" w:rsidRDefault="00F72DE3" w:rsidP="006C208E">
            <w:pPr>
              <w:pStyle w:val="NoSpacing"/>
              <w:spacing w:line="276" w:lineRule="auto"/>
              <w:jc w:val="both"/>
              <w:rPr>
                <w:rFonts w:ascii="Times New Roman" w:hAnsi="Times New Roman" w:cs="Times New Roman"/>
                <w:sz w:val="24"/>
                <w:szCs w:val="24"/>
              </w:rPr>
            </w:pPr>
            <w:r w:rsidRPr="006C208E">
              <w:rPr>
                <w:rFonts w:ascii="Times New Roman" w:hAnsi="Times New Roman" w:cs="Times New Roman"/>
                <w:sz w:val="24"/>
                <w:szCs w:val="24"/>
              </w:rPr>
              <w:t>Business Plan</w:t>
            </w:r>
            <w:r w:rsidR="00100A92" w:rsidRPr="006C208E">
              <w:rPr>
                <w:rFonts w:ascii="Times New Roman" w:hAnsi="Times New Roman" w:cs="Times New Roman"/>
                <w:sz w:val="24"/>
                <w:szCs w:val="24"/>
              </w:rPr>
              <w:t>s</w:t>
            </w:r>
            <w:r w:rsidRPr="006C208E">
              <w:rPr>
                <w:rFonts w:ascii="Times New Roman" w:hAnsi="Times New Roman" w:cs="Times New Roman"/>
                <w:sz w:val="24"/>
                <w:szCs w:val="24"/>
              </w:rPr>
              <w:t xml:space="preserve"> must be submitted no later than the following date and time</w:t>
            </w:r>
            <w:r w:rsidRPr="007E3555">
              <w:rPr>
                <w:rFonts w:ascii="Times New Roman" w:hAnsi="Times New Roman" w:cs="Times New Roman"/>
                <w:sz w:val="24"/>
                <w:szCs w:val="24"/>
              </w:rPr>
              <w:t>:</w:t>
            </w:r>
            <w:r w:rsidR="00E53670" w:rsidRPr="007E3555">
              <w:rPr>
                <w:rFonts w:ascii="Times New Roman" w:hAnsi="Times New Roman" w:cs="Times New Roman"/>
                <w:sz w:val="24"/>
                <w:szCs w:val="24"/>
              </w:rPr>
              <w:t xml:space="preserve"> </w:t>
            </w:r>
          </w:p>
          <w:p w14:paraId="0DDF231A" w14:textId="5C8EA7F3" w:rsidR="00F72DE3" w:rsidRPr="007E3555" w:rsidRDefault="003B2E45" w:rsidP="006C208E">
            <w:pPr>
              <w:pStyle w:val="NoSpacing"/>
              <w:spacing w:line="276" w:lineRule="auto"/>
              <w:jc w:val="both"/>
              <w:rPr>
                <w:rFonts w:ascii="Times New Roman" w:hAnsi="Times New Roman" w:cs="Times New Roman"/>
                <w:sz w:val="24"/>
                <w:szCs w:val="24"/>
              </w:rPr>
            </w:pPr>
            <w:r w:rsidRPr="001F3827">
              <w:rPr>
                <w:rFonts w:ascii="Times New Roman" w:hAnsi="Times New Roman" w:cs="Times New Roman"/>
                <w:sz w:val="24"/>
                <w:szCs w:val="24"/>
              </w:rPr>
              <w:t>21</w:t>
            </w:r>
            <w:r w:rsidRPr="001F3827">
              <w:rPr>
                <w:rFonts w:ascii="Times New Roman" w:hAnsi="Times New Roman" w:cs="Times New Roman"/>
                <w:sz w:val="24"/>
                <w:szCs w:val="24"/>
                <w:vertAlign w:val="superscript"/>
              </w:rPr>
              <w:t>st</w:t>
            </w:r>
            <w:r w:rsidR="00CD21BF" w:rsidRPr="00805B0D">
              <w:rPr>
                <w:rFonts w:ascii="Times New Roman" w:hAnsi="Times New Roman" w:cs="Times New Roman"/>
                <w:sz w:val="24"/>
                <w:szCs w:val="24"/>
              </w:rPr>
              <w:t xml:space="preserve"> </w:t>
            </w:r>
            <w:r w:rsidR="00ED58B3" w:rsidRPr="00805B0D">
              <w:rPr>
                <w:rFonts w:ascii="Times New Roman" w:hAnsi="Times New Roman" w:cs="Times New Roman"/>
                <w:sz w:val="24"/>
                <w:szCs w:val="24"/>
              </w:rPr>
              <w:t>September 2026</w:t>
            </w:r>
            <w:r w:rsidR="00E53670" w:rsidRPr="007E3555">
              <w:rPr>
                <w:rFonts w:ascii="Times New Roman" w:hAnsi="Times New Roman" w:cs="Times New Roman"/>
                <w:sz w:val="24"/>
                <w:szCs w:val="24"/>
              </w:rPr>
              <w:t xml:space="preserve">, </w:t>
            </w:r>
            <w:r w:rsidR="00CE0EF8" w:rsidRPr="007E3555">
              <w:rPr>
                <w:rFonts w:ascii="Times New Roman" w:hAnsi="Times New Roman" w:cs="Times New Roman"/>
                <w:sz w:val="24"/>
                <w:szCs w:val="24"/>
              </w:rPr>
              <w:t>2</w:t>
            </w:r>
            <w:r w:rsidR="00F72DE3" w:rsidRPr="007E3555">
              <w:rPr>
                <w:rFonts w:ascii="Times New Roman" w:hAnsi="Times New Roman" w:cs="Times New Roman"/>
                <w:sz w:val="24"/>
                <w:szCs w:val="24"/>
              </w:rPr>
              <w:t>:00 PM Central Africa Time</w:t>
            </w:r>
            <w:r w:rsidR="00CE0EF8" w:rsidRPr="007E3555">
              <w:rPr>
                <w:rFonts w:ascii="Times New Roman" w:hAnsi="Times New Roman" w:cs="Times New Roman"/>
                <w:sz w:val="24"/>
                <w:szCs w:val="24"/>
              </w:rPr>
              <w:t>.</w:t>
            </w:r>
          </w:p>
          <w:p w14:paraId="44525564" w14:textId="77777777" w:rsidR="00F72DE3" w:rsidRPr="006C208E" w:rsidRDefault="00F72DE3" w:rsidP="006C208E">
            <w:pPr>
              <w:pStyle w:val="NoSpacing"/>
              <w:spacing w:line="276" w:lineRule="auto"/>
              <w:jc w:val="both"/>
              <w:rPr>
                <w:rFonts w:ascii="Times New Roman" w:hAnsi="Times New Roman" w:cs="Times New Roman"/>
                <w:sz w:val="24"/>
                <w:szCs w:val="24"/>
              </w:rPr>
            </w:pPr>
          </w:p>
          <w:p w14:paraId="6E9EBB30" w14:textId="0ED6A71D" w:rsidR="00F72DE3" w:rsidRPr="006C208E" w:rsidRDefault="006548A1" w:rsidP="006548A1">
            <w:pPr>
              <w:pStyle w:val="NoSpacing"/>
              <w:spacing w:line="276" w:lineRule="auto"/>
              <w:jc w:val="both"/>
              <w:rPr>
                <w:rFonts w:ascii="Times New Roman" w:hAnsi="Times New Roman" w:cs="Times New Roman"/>
                <w:sz w:val="24"/>
                <w:szCs w:val="24"/>
              </w:rPr>
            </w:pPr>
            <w:r w:rsidRPr="006548A1">
              <w:rPr>
                <w:rFonts w:ascii="Times New Roman" w:hAnsi="Times New Roman" w:cs="Times New Roman"/>
                <w:b/>
                <w:bCs/>
                <w:sz w:val="24"/>
                <w:szCs w:val="24"/>
              </w:rPr>
              <w:t xml:space="preserve">One (1) original and one (1) copy of the Business Plan and Application Form must be submitted in printed form to the </w:t>
            </w:r>
            <w:r>
              <w:rPr>
                <w:rFonts w:ascii="Times New Roman" w:hAnsi="Times New Roman" w:cs="Times New Roman"/>
                <w:b/>
                <w:bCs/>
                <w:sz w:val="24"/>
                <w:szCs w:val="24"/>
              </w:rPr>
              <w:t xml:space="preserve">above-mentioned </w:t>
            </w:r>
            <w:r w:rsidRPr="006548A1">
              <w:rPr>
                <w:rFonts w:ascii="Times New Roman" w:hAnsi="Times New Roman" w:cs="Times New Roman"/>
                <w:b/>
                <w:bCs/>
                <w:sz w:val="24"/>
                <w:szCs w:val="24"/>
              </w:rPr>
              <w:t>address, within the specified deadline. In addition, an electronic copy must be sent to the email address below (maximum file size: 15MB). Submissions that include only a hardcopy or only an electronic copy will be considered incomplete.</w:t>
            </w:r>
            <w:r w:rsidR="00DE43DE" w:rsidRPr="006C208E">
              <w:rPr>
                <w:rFonts w:ascii="Times New Roman" w:hAnsi="Times New Roman" w:cs="Times New Roman"/>
                <w:b/>
                <w:bCs/>
                <w:sz w:val="24"/>
                <w:szCs w:val="24"/>
              </w:rPr>
              <w:t xml:space="preserve"> </w:t>
            </w:r>
            <w:r w:rsidR="00F72DE3" w:rsidRPr="006C208E">
              <w:rPr>
                <w:rFonts w:ascii="Times New Roman" w:hAnsi="Times New Roman" w:cs="Times New Roman"/>
                <w:b/>
                <w:bCs/>
                <w:sz w:val="24"/>
                <w:szCs w:val="24"/>
              </w:rPr>
              <w:t xml:space="preserve">Fund Manager and </w:t>
            </w:r>
            <w:proofErr w:type="spellStart"/>
            <w:r w:rsidR="00EE2095">
              <w:rPr>
                <w:rFonts w:ascii="Times New Roman" w:hAnsi="Times New Roman" w:cs="Times New Roman"/>
                <w:b/>
                <w:bCs/>
                <w:sz w:val="24"/>
                <w:szCs w:val="24"/>
              </w:rPr>
              <w:t>MoE</w:t>
            </w:r>
            <w:proofErr w:type="spellEnd"/>
            <w:r w:rsidR="00F72DE3" w:rsidRPr="006C208E">
              <w:rPr>
                <w:rFonts w:ascii="Times New Roman" w:hAnsi="Times New Roman" w:cs="Times New Roman"/>
                <w:b/>
                <w:bCs/>
                <w:sz w:val="24"/>
                <w:szCs w:val="24"/>
              </w:rPr>
              <w:t xml:space="preserve"> will not bear cost </w:t>
            </w:r>
            <w:r w:rsidR="002C4608" w:rsidRPr="006C208E">
              <w:rPr>
                <w:rFonts w:ascii="Times New Roman" w:hAnsi="Times New Roman" w:cs="Times New Roman"/>
                <w:b/>
                <w:bCs/>
                <w:sz w:val="24"/>
                <w:szCs w:val="24"/>
              </w:rPr>
              <w:t xml:space="preserve">of </w:t>
            </w:r>
            <w:r w:rsidR="00F72DE3" w:rsidRPr="006C208E">
              <w:rPr>
                <w:rFonts w:ascii="Times New Roman" w:hAnsi="Times New Roman" w:cs="Times New Roman"/>
                <w:b/>
                <w:bCs/>
                <w:sz w:val="24"/>
                <w:szCs w:val="24"/>
              </w:rPr>
              <w:t>printing and transportation for submission</w:t>
            </w:r>
            <w:r w:rsidR="00F768C6" w:rsidRPr="006C208E">
              <w:rPr>
                <w:rFonts w:ascii="Times New Roman" w:hAnsi="Times New Roman" w:cs="Times New Roman"/>
                <w:b/>
                <w:bCs/>
                <w:sz w:val="24"/>
                <w:szCs w:val="24"/>
              </w:rPr>
              <w:t>.</w:t>
            </w:r>
          </w:p>
        </w:tc>
      </w:tr>
      <w:tr w:rsidR="00322203" w:rsidRPr="006C208E" w14:paraId="5CF66C39" w14:textId="77777777" w:rsidTr="008A6B1D">
        <w:trPr>
          <w:trHeight w:val="4320"/>
        </w:trPr>
        <w:tc>
          <w:tcPr>
            <w:tcW w:w="887" w:type="dxa"/>
          </w:tcPr>
          <w:p w14:paraId="7D0CEC61" w14:textId="77777777" w:rsidR="00F72DE3" w:rsidRPr="006C208E" w:rsidRDefault="00F72DE3" w:rsidP="006C208E">
            <w:pPr>
              <w:pStyle w:val="NoSpacing"/>
              <w:spacing w:line="276" w:lineRule="auto"/>
              <w:rPr>
                <w:rFonts w:ascii="Times New Roman" w:hAnsi="Times New Roman" w:cs="Times New Roman"/>
                <w:sz w:val="24"/>
                <w:szCs w:val="24"/>
              </w:rPr>
            </w:pPr>
            <w:r w:rsidRPr="006C208E">
              <w:rPr>
                <w:rFonts w:ascii="Times New Roman" w:hAnsi="Times New Roman" w:cs="Times New Roman"/>
                <w:sz w:val="24"/>
                <w:szCs w:val="24"/>
              </w:rPr>
              <w:t>3</w:t>
            </w:r>
          </w:p>
        </w:tc>
        <w:tc>
          <w:tcPr>
            <w:tcW w:w="8280" w:type="dxa"/>
          </w:tcPr>
          <w:p w14:paraId="73D53687" w14:textId="77777777" w:rsidR="00F72DE3" w:rsidRPr="006C208E" w:rsidRDefault="00F72DE3" w:rsidP="006C208E">
            <w:pPr>
              <w:pStyle w:val="NoSpacing"/>
              <w:spacing w:line="276" w:lineRule="auto"/>
              <w:rPr>
                <w:rFonts w:ascii="Times New Roman" w:hAnsi="Times New Roman" w:cs="Times New Roman"/>
                <w:snapToGrid w:val="0"/>
                <w:sz w:val="24"/>
                <w:szCs w:val="24"/>
              </w:rPr>
            </w:pPr>
            <w:r w:rsidRPr="006C208E">
              <w:rPr>
                <w:rFonts w:ascii="Times New Roman" w:hAnsi="Times New Roman" w:cs="Times New Roman"/>
                <w:snapToGrid w:val="0"/>
                <w:sz w:val="24"/>
                <w:szCs w:val="24"/>
              </w:rPr>
              <w:t>Application Assessment Criteria</w:t>
            </w:r>
          </w:p>
          <w:p w14:paraId="2F6B6654" w14:textId="280FBC74" w:rsidR="00F72DE3" w:rsidRPr="006C208E" w:rsidRDefault="00F72DE3" w:rsidP="006C208E">
            <w:pPr>
              <w:pStyle w:val="NoSpacing"/>
              <w:spacing w:line="276" w:lineRule="auto"/>
              <w:rPr>
                <w:rFonts w:ascii="Times New Roman" w:hAnsi="Times New Roman" w:cs="Times New Roman"/>
                <w:snapToGrid w:val="0"/>
                <w:sz w:val="24"/>
                <w:szCs w:val="24"/>
              </w:rPr>
            </w:pPr>
            <w:r w:rsidRPr="006C208E">
              <w:rPr>
                <w:rFonts w:ascii="Times New Roman" w:hAnsi="Times New Roman" w:cs="Times New Roman"/>
                <w:snapToGrid w:val="0"/>
                <w:sz w:val="24"/>
                <w:szCs w:val="24"/>
              </w:rPr>
              <w:t>The assessment criteria and weight allocation are as follows:</w:t>
            </w:r>
          </w:p>
          <w:tbl>
            <w:tblPr>
              <w:tblStyle w:val="TableGrid"/>
              <w:tblW w:w="0" w:type="auto"/>
              <w:jc w:val="center"/>
              <w:tblLayout w:type="fixed"/>
              <w:tblLook w:val="04A0" w:firstRow="1" w:lastRow="0" w:firstColumn="1" w:lastColumn="0" w:noHBand="0" w:noVBand="1"/>
            </w:tblPr>
            <w:tblGrid>
              <w:gridCol w:w="6988"/>
              <w:gridCol w:w="1024"/>
            </w:tblGrid>
            <w:tr w:rsidR="00F72DE3" w:rsidRPr="006C208E" w14:paraId="3D4718EA" w14:textId="77777777" w:rsidTr="00F85378">
              <w:trPr>
                <w:jc w:val="center"/>
              </w:trPr>
              <w:tc>
                <w:tcPr>
                  <w:tcW w:w="6988" w:type="dxa"/>
                </w:tcPr>
                <w:p w14:paraId="4641766A" w14:textId="77777777" w:rsidR="00F72DE3" w:rsidRPr="006C208E" w:rsidRDefault="00F72DE3" w:rsidP="006C208E">
                  <w:pPr>
                    <w:pStyle w:val="NoSpacing"/>
                    <w:spacing w:line="276" w:lineRule="auto"/>
                    <w:rPr>
                      <w:rFonts w:ascii="Times New Roman" w:hAnsi="Times New Roman" w:cs="Times New Roman"/>
                      <w:b/>
                      <w:bCs/>
                      <w:snapToGrid w:val="0"/>
                      <w:sz w:val="24"/>
                      <w:szCs w:val="24"/>
                    </w:rPr>
                  </w:pPr>
                  <w:r w:rsidRPr="006C208E">
                    <w:rPr>
                      <w:rFonts w:ascii="Times New Roman" w:hAnsi="Times New Roman" w:cs="Times New Roman"/>
                      <w:b/>
                      <w:bCs/>
                      <w:snapToGrid w:val="0"/>
                      <w:sz w:val="24"/>
                      <w:szCs w:val="24"/>
                    </w:rPr>
                    <w:t>Criteria</w:t>
                  </w:r>
                </w:p>
              </w:tc>
              <w:tc>
                <w:tcPr>
                  <w:tcW w:w="1024" w:type="dxa"/>
                </w:tcPr>
                <w:p w14:paraId="58688870" w14:textId="77777777" w:rsidR="00F72DE3" w:rsidRPr="006C208E" w:rsidRDefault="00F72DE3" w:rsidP="006C208E">
                  <w:pPr>
                    <w:pStyle w:val="NoSpacing"/>
                    <w:spacing w:line="276" w:lineRule="auto"/>
                    <w:jc w:val="center"/>
                    <w:rPr>
                      <w:rFonts w:ascii="Times New Roman" w:hAnsi="Times New Roman" w:cs="Times New Roman"/>
                      <w:b/>
                      <w:bCs/>
                      <w:snapToGrid w:val="0"/>
                      <w:sz w:val="24"/>
                      <w:szCs w:val="24"/>
                    </w:rPr>
                  </w:pPr>
                  <w:r w:rsidRPr="006C208E">
                    <w:rPr>
                      <w:rFonts w:ascii="Times New Roman" w:hAnsi="Times New Roman" w:cs="Times New Roman"/>
                      <w:b/>
                      <w:bCs/>
                      <w:snapToGrid w:val="0"/>
                      <w:sz w:val="24"/>
                      <w:szCs w:val="24"/>
                    </w:rPr>
                    <w:t>Weight</w:t>
                  </w:r>
                </w:p>
              </w:tc>
            </w:tr>
            <w:tr w:rsidR="00F72DE3" w:rsidRPr="006C208E" w14:paraId="3C0AF25E" w14:textId="77777777" w:rsidTr="00F85378">
              <w:trPr>
                <w:jc w:val="center"/>
              </w:trPr>
              <w:tc>
                <w:tcPr>
                  <w:tcW w:w="6988" w:type="dxa"/>
                </w:tcPr>
                <w:p w14:paraId="1243AAC0" w14:textId="77777777" w:rsidR="00CB7FF7" w:rsidRPr="006C208E" w:rsidRDefault="00CB7FF7" w:rsidP="006C208E">
                  <w:pPr>
                    <w:pStyle w:val="NoSpacing"/>
                    <w:spacing w:line="276" w:lineRule="auto"/>
                    <w:jc w:val="both"/>
                    <w:rPr>
                      <w:rFonts w:ascii="Times New Roman" w:hAnsi="Times New Roman" w:cs="Times New Roman"/>
                      <w:snapToGrid w:val="0"/>
                      <w:sz w:val="24"/>
                      <w:szCs w:val="24"/>
                    </w:rPr>
                  </w:pPr>
                </w:p>
                <w:p w14:paraId="17E9E6E1" w14:textId="0EF96FD3" w:rsidR="00F72DE3" w:rsidRPr="006C208E" w:rsidRDefault="00F72DE3" w:rsidP="006C208E">
                  <w:pPr>
                    <w:pStyle w:val="NoSpacing"/>
                    <w:spacing w:line="276" w:lineRule="auto"/>
                    <w:jc w:val="both"/>
                    <w:rPr>
                      <w:rFonts w:ascii="Times New Roman" w:hAnsi="Times New Roman" w:cs="Times New Roman"/>
                      <w:b/>
                      <w:bCs/>
                      <w:snapToGrid w:val="0"/>
                      <w:sz w:val="24"/>
                      <w:szCs w:val="24"/>
                    </w:rPr>
                  </w:pPr>
                  <w:r w:rsidRPr="006C208E">
                    <w:rPr>
                      <w:rFonts w:ascii="Times New Roman" w:hAnsi="Times New Roman" w:cs="Times New Roman"/>
                      <w:b/>
                      <w:bCs/>
                      <w:snapToGrid w:val="0"/>
                      <w:sz w:val="24"/>
                      <w:szCs w:val="24"/>
                    </w:rPr>
                    <w:t>Business Plan Assessment</w:t>
                  </w:r>
                </w:p>
                <w:p w14:paraId="5630C873" w14:textId="5ED3CAFE" w:rsidR="0078030A" w:rsidRPr="006C208E" w:rsidRDefault="0078030A" w:rsidP="006C208E">
                  <w:pPr>
                    <w:pStyle w:val="NoSpacing"/>
                    <w:numPr>
                      <w:ilvl w:val="0"/>
                      <w:numId w:val="9"/>
                    </w:numPr>
                    <w:spacing w:line="276" w:lineRule="auto"/>
                    <w:jc w:val="both"/>
                    <w:rPr>
                      <w:rFonts w:ascii="Times New Roman" w:hAnsi="Times New Roman" w:cs="Times New Roman"/>
                      <w:snapToGrid w:val="0"/>
                      <w:sz w:val="24"/>
                      <w:szCs w:val="24"/>
                    </w:rPr>
                  </w:pPr>
                  <w:r w:rsidRPr="006C208E">
                    <w:rPr>
                      <w:rFonts w:ascii="Times New Roman" w:hAnsi="Times New Roman" w:cs="Times New Roman"/>
                      <w:b/>
                      <w:bCs/>
                      <w:snapToGrid w:val="0"/>
                      <w:sz w:val="24"/>
                      <w:szCs w:val="24"/>
                    </w:rPr>
                    <w:t>Financial Feasibility:</w:t>
                  </w:r>
                  <w:r w:rsidRPr="006C208E">
                    <w:rPr>
                      <w:rFonts w:ascii="Times New Roman" w:hAnsi="Times New Roman" w:cs="Times New Roman"/>
                      <w:snapToGrid w:val="0"/>
                      <w:sz w:val="24"/>
                      <w:szCs w:val="24"/>
                    </w:rPr>
                    <w:t xml:space="preserve"> Assess </w:t>
                  </w:r>
                  <w:r w:rsidR="00BF251F">
                    <w:rPr>
                      <w:rFonts w:ascii="Times New Roman" w:hAnsi="Times New Roman" w:cs="Times New Roman"/>
                      <w:snapToGrid w:val="0"/>
                      <w:sz w:val="24"/>
                      <w:szCs w:val="24"/>
                    </w:rPr>
                    <w:t>applicant</w:t>
                  </w:r>
                  <w:r w:rsidR="00BF251F" w:rsidRPr="006C208E">
                    <w:rPr>
                      <w:rFonts w:ascii="Times New Roman" w:hAnsi="Times New Roman" w:cs="Times New Roman"/>
                      <w:snapToGrid w:val="0"/>
                      <w:sz w:val="24"/>
                      <w:szCs w:val="24"/>
                    </w:rPr>
                    <w:t xml:space="preserve">'s </w:t>
                  </w:r>
                  <w:r w:rsidRPr="006C208E">
                    <w:rPr>
                      <w:rFonts w:ascii="Times New Roman" w:hAnsi="Times New Roman" w:cs="Times New Roman"/>
                      <w:snapToGrid w:val="0"/>
                      <w:sz w:val="24"/>
                      <w:szCs w:val="24"/>
                    </w:rPr>
                    <w:t xml:space="preserve">financial projections and the feasibility of their plan to install and operate Clean Cooking Solution. The </w:t>
                  </w:r>
                  <w:r w:rsidR="00BF251F">
                    <w:rPr>
                      <w:rFonts w:ascii="Times New Roman" w:hAnsi="Times New Roman" w:cs="Times New Roman"/>
                      <w:snapToGrid w:val="0"/>
                      <w:sz w:val="24"/>
                      <w:szCs w:val="24"/>
                    </w:rPr>
                    <w:t>applicant</w:t>
                  </w:r>
                  <w:r w:rsidR="00BF251F" w:rsidRPr="006C208E" w:rsidDel="00BF251F">
                    <w:rPr>
                      <w:rFonts w:ascii="Times New Roman" w:hAnsi="Times New Roman" w:cs="Times New Roman"/>
                      <w:snapToGrid w:val="0"/>
                      <w:sz w:val="24"/>
                      <w:szCs w:val="24"/>
                    </w:rPr>
                    <w:t xml:space="preserve"> </w:t>
                  </w:r>
                  <w:r w:rsidRPr="006C208E">
                    <w:rPr>
                      <w:rFonts w:ascii="Times New Roman" w:hAnsi="Times New Roman" w:cs="Times New Roman"/>
                      <w:snapToGrid w:val="0"/>
                      <w:sz w:val="24"/>
                      <w:szCs w:val="24"/>
                    </w:rPr>
                    <w:t>should demonstrate that they have the financial means to execute their plan, and that their revenue and profit projections are realistic.</w:t>
                  </w:r>
                </w:p>
                <w:p w14:paraId="2886BF1E" w14:textId="77777777" w:rsidR="0078030A" w:rsidRPr="006C208E" w:rsidRDefault="0078030A" w:rsidP="006C208E">
                  <w:pPr>
                    <w:pStyle w:val="NoSpacing"/>
                    <w:jc w:val="both"/>
                    <w:rPr>
                      <w:rFonts w:ascii="Times New Roman" w:hAnsi="Times New Roman" w:cs="Times New Roman"/>
                      <w:snapToGrid w:val="0"/>
                      <w:sz w:val="24"/>
                      <w:szCs w:val="24"/>
                    </w:rPr>
                  </w:pPr>
                </w:p>
                <w:p w14:paraId="545EA57C" w14:textId="23C9B737" w:rsidR="0078030A" w:rsidRPr="006C208E" w:rsidRDefault="0078030A" w:rsidP="006C208E">
                  <w:pPr>
                    <w:pStyle w:val="NoSpacing"/>
                    <w:numPr>
                      <w:ilvl w:val="0"/>
                      <w:numId w:val="9"/>
                    </w:numPr>
                    <w:spacing w:line="276" w:lineRule="auto"/>
                    <w:jc w:val="both"/>
                    <w:rPr>
                      <w:rFonts w:ascii="Times New Roman" w:hAnsi="Times New Roman" w:cs="Times New Roman"/>
                      <w:snapToGrid w:val="0"/>
                      <w:sz w:val="24"/>
                      <w:szCs w:val="24"/>
                    </w:rPr>
                  </w:pPr>
                  <w:r w:rsidRPr="006C208E">
                    <w:rPr>
                      <w:rFonts w:ascii="Times New Roman" w:hAnsi="Times New Roman" w:cs="Times New Roman"/>
                      <w:b/>
                      <w:bCs/>
                      <w:snapToGrid w:val="0"/>
                      <w:sz w:val="24"/>
                      <w:szCs w:val="24"/>
                    </w:rPr>
                    <w:t>Technical and Operational Capability:</w:t>
                  </w:r>
                  <w:r w:rsidRPr="006C208E">
                    <w:rPr>
                      <w:rFonts w:ascii="Times New Roman" w:hAnsi="Times New Roman" w:cs="Times New Roman"/>
                      <w:snapToGrid w:val="0"/>
                      <w:sz w:val="24"/>
                      <w:szCs w:val="24"/>
                    </w:rPr>
                    <w:t xml:space="preserve"> </w:t>
                  </w:r>
                  <w:r w:rsidR="009C1223" w:rsidRPr="009C1223">
                    <w:rPr>
                      <w:rFonts w:ascii="Times New Roman" w:hAnsi="Times New Roman" w:cs="Times New Roman"/>
                      <w:snapToGrid w:val="0"/>
                      <w:sz w:val="24"/>
                      <w:szCs w:val="24"/>
                    </w:rPr>
                    <w:t xml:space="preserve">Assess the applicant’s capacity to procure or manufacture, distribute, install where applicable, finance, monitor, and provide warranty and after-sales services for eligible CCS. The assessment will consider the applicant’s relevant experience, distribution systems, customer-management arrangements, technical personnel, supply chain, </w:t>
                  </w:r>
                  <w:r w:rsidR="009C1223" w:rsidRPr="009C1223">
                    <w:rPr>
                      <w:rFonts w:ascii="Times New Roman" w:hAnsi="Times New Roman" w:cs="Times New Roman"/>
                      <w:snapToGrid w:val="0"/>
                      <w:sz w:val="24"/>
                      <w:szCs w:val="24"/>
                    </w:rPr>
                    <w:lastRenderedPageBreak/>
                    <w:t>product quality, CRM and data-management systems, and proposed implementation approach.</w:t>
                  </w:r>
                </w:p>
                <w:p w14:paraId="4DFF59BE" w14:textId="77777777" w:rsidR="0078030A" w:rsidRPr="006C208E" w:rsidRDefault="0078030A" w:rsidP="006C208E">
                  <w:pPr>
                    <w:pStyle w:val="NoSpacing"/>
                    <w:spacing w:line="276" w:lineRule="auto"/>
                    <w:ind w:left="540"/>
                    <w:jc w:val="both"/>
                    <w:rPr>
                      <w:rFonts w:ascii="Times New Roman" w:hAnsi="Times New Roman" w:cs="Times New Roman"/>
                      <w:snapToGrid w:val="0"/>
                      <w:sz w:val="24"/>
                      <w:szCs w:val="24"/>
                    </w:rPr>
                  </w:pPr>
                </w:p>
                <w:p w14:paraId="5822A3BE" w14:textId="4D4BC653" w:rsidR="0078030A" w:rsidRPr="006C208E" w:rsidRDefault="0078030A" w:rsidP="006C208E">
                  <w:pPr>
                    <w:pStyle w:val="NoSpacing"/>
                    <w:numPr>
                      <w:ilvl w:val="0"/>
                      <w:numId w:val="9"/>
                    </w:numPr>
                    <w:spacing w:line="276" w:lineRule="auto"/>
                    <w:jc w:val="both"/>
                    <w:rPr>
                      <w:rFonts w:ascii="Times New Roman" w:hAnsi="Times New Roman" w:cs="Times New Roman"/>
                      <w:snapToGrid w:val="0"/>
                      <w:sz w:val="24"/>
                      <w:szCs w:val="24"/>
                    </w:rPr>
                  </w:pPr>
                  <w:r w:rsidRPr="006C208E">
                    <w:rPr>
                      <w:rFonts w:ascii="Times New Roman" w:hAnsi="Times New Roman" w:cs="Times New Roman"/>
                      <w:b/>
                      <w:bCs/>
                      <w:snapToGrid w:val="0"/>
                      <w:sz w:val="24"/>
                      <w:szCs w:val="24"/>
                    </w:rPr>
                    <w:t>Impact and Sustainability:</w:t>
                  </w:r>
                  <w:r w:rsidRPr="006C208E">
                    <w:rPr>
                      <w:rFonts w:ascii="Times New Roman" w:hAnsi="Times New Roman" w:cs="Times New Roman"/>
                      <w:snapToGrid w:val="0"/>
                      <w:sz w:val="24"/>
                      <w:szCs w:val="24"/>
                    </w:rPr>
                    <w:t xml:space="preserve"> Evaluate the </w:t>
                  </w:r>
                  <w:r w:rsidR="00BF251F">
                    <w:rPr>
                      <w:rFonts w:ascii="Times New Roman" w:hAnsi="Times New Roman" w:cs="Times New Roman"/>
                      <w:snapToGrid w:val="0"/>
                      <w:sz w:val="24"/>
                      <w:szCs w:val="24"/>
                    </w:rPr>
                    <w:t>applicant</w:t>
                  </w:r>
                  <w:r w:rsidR="00BF251F" w:rsidRPr="006C208E" w:rsidDel="00BF251F">
                    <w:rPr>
                      <w:rFonts w:ascii="Times New Roman" w:hAnsi="Times New Roman" w:cs="Times New Roman"/>
                      <w:snapToGrid w:val="0"/>
                      <w:sz w:val="24"/>
                      <w:szCs w:val="24"/>
                    </w:rPr>
                    <w:t xml:space="preserve"> </w:t>
                  </w:r>
                  <w:r w:rsidRPr="006C208E">
                    <w:rPr>
                      <w:rFonts w:ascii="Times New Roman" w:hAnsi="Times New Roman" w:cs="Times New Roman"/>
                      <w:snapToGrid w:val="0"/>
                      <w:sz w:val="24"/>
                      <w:szCs w:val="24"/>
                    </w:rPr>
                    <w:t xml:space="preserve">'s plan for the social and gender impact of their Clean Cooking Solution. The </w:t>
                  </w:r>
                  <w:r w:rsidR="00BF251F">
                    <w:rPr>
                      <w:rFonts w:ascii="Times New Roman" w:hAnsi="Times New Roman" w:cs="Times New Roman"/>
                      <w:snapToGrid w:val="0"/>
                      <w:sz w:val="24"/>
                      <w:szCs w:val="24"/>
                    </w:rPr>
                    <w:t>applicant</w:t>
                  </w:r>
                  <w:r w:rsidRPr="006C208E">
                    <w:rPr>
                      <w:rFonts w:ascii="Times New Roman" w:hAnsi="Times New Roman" w:cs="Times New Roman"/>
                      <w:snapToGrid w:val="0"/>
                      <w:sz w:val="24"/>
                      <w:szCs w:val="24"/>
                    </w:rPr>
                    <w:t xml:space="preserve"> should demonstrate how their project will improve the lives of the beneficiaries in remote and poor districts and how the system will be affordable for end users living in these areas. Discounted pricing for poor and vulnerable groups of people under this program will be viewed as positive for impact assessment. </w:t>
                  </w:r>
                </w:p>
                <w:p w14:paraId="43F08212" w14:textId="77777777" w:rsidR="0078030A" w:rsidRPr="006C208E" w:rsidRDefault="0078030A" w:rsidP="006C208E">
                  <w:pPr>
                    <w:pStyle w:val="NoSpacing"/>
                    <w:spacing w:line="276" w:lineRule="auto"/>
                    <w:ind w:left="540"/>
                    <w:jc w:val="both"/>
                    <w:rPr>
                      <w:rFonts w:ascii="Times New Roman" w:hAnsi="Times New Roman" w:cs="Times New Roman"/>
                      <w:snapToGrid w:val="0"/>
                      <w:sz w:val="24"/>
                      <w:szCs w:val="24"/>
                    </w:rPr>
                  </w:pPr>
                </w:p>
                <w:p w14:paraId="56ADC5CB" w14:textId="1B85A53E" w:rsidR="0078030A" w:rsidRPr="006C208E" w:rsidRDefault="0078030A" w:rsidP="006C208E">
                  <w:pPr>
                    <w:pStyle w:val="NoSpacing"/>
                    <w:numPr>
                      <w:ilvl w:val="0"/>
                      <w:numId w:val="9"/>
                    </w:numPr>
                    <w:spacing w:line="276" w:lineRule="auto"/>
                    <w:jc w:val="both"/>
                    <w:rPr>
                      <w:rFonts w:ascii="Times New Roman" w:hAnsi="Times New Roman" w:cs="Times New Roman"/>
                      <w:snapToGrid w:val="0"/>
                      <w:sz w:val="24"/>
                      <w:szCs w:val="24"/>
                    </w:rPr>
                  </w:pPr>
                  <w:r w:rsidRPr="006C208E">
                    <w:rPr>
                      <w:rFonts w:ascii="Times New Roman" w:hAnsi="Times New Roman" w:cs="Times New Roman"/>
                      <w:b/>
                      <w:bCs/>
                      <w:snapToGrid w:val="0"/>
                      <w:sz w:val="24"/>
                      <w:szCs w:val="24"/>
                    </w:rPr>
                    <w:t>Risk Management</w:t>
                  </w:r>
                  <w:r w:rsidRPr="006C208E">
                    <w:rPr>
                      <w:rFonts w:ascii="Times New Roman" w:hAnsi="Times New Roman" w:cs="Times New Roman"/>
                      <w:snapToGrid w:val="0"/>
                      <w:sz w:val="24"/>
                      <w:szCs w:val="24"/>
                    </w:rPr>
                    <w:t xml:space="preserve">: Evaluate the </w:t>
                  </w:r>
                  <w:r w:rsidR="00BF251F">
                    <w:rPr>
                      <w:rFonts w:ascii="Times New Roman" w:hAnsi="Times New Roman" w:cs="Times New Roman"/>
                      <w:snapToGrid w:val="0"/>
                      <w:sz w:val="24"/>
                      <w:szCs w:val="24"/>
                    </w:rPr>
                    <w:t>applicant</w:t>
                  </w:r>
                  <w:r w:rsidR="00BF251F" w:rsidRPr="006C208E" w:rsidDel="00BF251F">
                    <w:rPr>
                      <w:rFonts w:ascii="Times New Roman" w:hAnsi="Times New Roman" w:cs="Times New Roman"/>
                      <w:snapToGrid w:val="0"/>
                      <w:sz w:val="24"/>
                      <w:szCs w:val="24"/>
                    </w:rPr>
                    <w:t xml:space="preserve"> </w:t>
                  </w:r>
                  <w:r w:rsidRPr="006C208E">
                    <w:rPr>
                      <w:rFonts w:ascii="Times New Roman" w:hAnsi="Times New Roman" w:cs="Times New Roman"/>
                      <w:snapToGrid w:val="0"/>
                      <w:sz w:val="24"/>
                      <w:szCs w:val="24"/>
                    </w:rPr>
                    <w:t xml:space="preserve">'s risk management plan and </w:t>
                  </w:r>
                  <w:r w:rsidR="00144802">
                    <w:rPr>
                      <w:rFonts w:ascii="Times New Roman" w:hAnsi="Times New Roman" w:cs="Times New Roman"/>
                      <w:snapToGrid w:val="0"/>
                      <w:sz w:val="24"/>
                      <w:szCs w:val="24"/>
                    </w:rPr>
                    <w:t>capacity</w:t>
                  </w:r>
                  <w:r w:rsidRPr="006C208E">
                    <w:rPr>
                      <w:rFonts w:ascii="Times New Roman" w:hAnsi="Times New Roman" w:cs="Times New Roman"/>
                      <w:snapToGrid w:val="0"/>
                      <w:sz w:val="24"/>
                      <w:szCs w:val="24"/>
                    </w:rPr>
                    <w:t xml:space="preserve"> to </w:t>
                  </w:r>
                  <w:r w:rsidR="00144802">
                    <w:rPr>
                      <w:rFonts w:ascii="Times New Roman" w:hAnsi="Times New Roman" w:cs="Times New Roman"/>
                      <w:snapToGrid w:val="0"/>
                      <w:sz w:val="24"/>
                      <w:szCs w:val="24"/>
                    </w:rPr>
                    <w:t xml:space="preserve">identify and </w:t>
                  </w:r>
                  <w:r w:rsidRPr="006C208E">
                    <w:rPr>
                      <w:rFonts w:ascii="Times New Roman" w:hAnsi="Times New Roman" w:cs="Times New Roman"/>
                      <w:snapToGrid w:val="0"/>
                      <w:sz w:val="24"/>
                      <w:szCs w:val="24"/>
                    </w:rPr>
                    <w:t xml:space="preserve">mitigate potential technical, </w:t>
                  </w:r>
                  <w:r w:rsidR="00BB742D">
                    <w:rPr>
                      <w:rFonts w:ascii="Times New Roman" w:hAnsi="Times New Roman" w:cs="Times New Roman"/>
                      <w:snapToGrid w:val="0"/>
                      <w:sz w:val="24"/>
                      <w:szCs w:val="24"/>
                    </w:rPr>
                    <w:t xml:space="preserve">operational, </w:t>
                  </w:r>
                  <w:r w:rsidRPr="006C208E">
                    <w:rPr>
                      <w:rFonts w:ascii="Times New Roman" w:hAnsi="Times New Roman" w:cs="Times New Roman"/>
                      <w:snapToGrid w:val="0"/>
                      <w:sz w:val="24"/>
                      <w:szCs w:val="24"/>
                    </w:rPr>
                    <w:t>credit</w:t>
                  </w:r>
                  <w:r w:rsidR="00BB742D">
                    <w:rPr>
                      <w:rFonts w:ascii="Times New Roman" w:hAnsi="Times New Roman" w:cs="Times New Roman"/>
                      <w:snapToGrid w:val="0"/>
                      <w:sz w:val="24"/>
                      <w:szCs w:val="24"/>
                    </w:rPr>
                    <w:t>, foreign-exchange, environmental and social, carbon-market, and implementation risks</w:t>
                  </w:r>
                  <w:r w:rsidRPr="006C208E">
                    <w:rPr>
                      <w:rFonts w:ascii="Times New Roman" w:hAnsi="Times New Roman" w:cs="Times New Roman"/>
                      <w:snapToGrid w:val="0"/>
                      <w:sz w:val="24"/>
                      <w:szCs w:val="24"/>
                    </w:rPr>
                    <w:t xml:space="preserve"> associated with the </w:t>
                  </w:r>
                  <w:r w:rsidR="00BB742D">
                    <w:rPr>
                      <w:rFonts w:ascii="Times New Roman" w:hAnsi="Times New Roman" w:cs="Times New Roman"/>
                      <w:snapToGrid w:val="0"/>
                      <w:sz w:val="24"/>
                      <w:szCs w:val="24"/>
                    </w:rPr>
                    <w:t>proposed activities</w:t>
                  </w:r>
                  <w:r w:rsidRPr="006C208E">
                    <w:rPr>
                      <w:rFonts w:ascii="Times New Roman" w:hAnsi="Times New Roman" w:cs="Times New Roman"/>
                      <w:snapToGrid w:val="0"/>
                      <w:sz w:val="24"/>
                      <w:szCs w:val="24"/>
                    </w:rPr>
                    <w:t xml:space="preserve">. Undertake E&amp;S risk assessments. This includes an assessment of the </w:t>
                  </w:r>
                  <w:r w:rsidR="009A17C7">
                    <w:rPr>
                      <w:rFonts w:ascii="Times New Roman" w:hAnsi="Times New Roman" w:cs="Times New Roman"/>
                      <w:snapToGrid w:val="0"/>
                      <w:sz w:val="24"/>
                      <w:szCs w:val="24"/>
                    </w:rPr>
                    <w:t>applicant</w:t>
                  </w:r>
                  <w:r w:rsidR="009A17C7" w:rsidRPr="006C208E" w:rsidDel="00BF251F">
                    <w:rPr>
                      <w:rFonts w:ascii="Times New Roman" w:hAnsi="Times New Roman" w:cs="Times New Roman"/>
                      <w:snapToGrid w:val="0"/>
                      <w:sz w:val="24"/>
                      <w:szCs w:val="24"/>
                    </w:rPr>
                    <w:t>’s</w:t>
                  </w:r>
                  <w:r w:rsidRPr="006C208E">
                    <w:rPr>
                      <w:rFonts w:ascii="Times New Roman" w:hAnsi="Times New Roman" w:cs="Times New Roman"/>
                      <w:snapToGrid w:val="0"/>
                      <w:sz w:val="24"/>
                      <w:szCs w:val="24"/>
                    </w:rPr>
                    <w:t xml:space="preserve"> experience and track record in managing </w:t>
                  </w:r>
                  <w:r w:rsidR="00E21B9D">
                    <w:rPr>
                      <w:rFonts w:ascii="Times New Roman" w:hAnsi="Times New Roman" w:cs="Times New Roman"/>
                      <w:snapToGrid w:val="0"/>
                      <w:sz w:val="24"/>
                      <w:szCs w:val="24"/>
                    </w:rPr>
                    <w:t xml:space="preserve">E&amp;S </w:t>
                  </w:r>
                  <w:r w:rsidRPr="006C208E">
                    <w:rPr>
                      <w:rFonts w:ascii="Times New Roman" w:hAnsi="Times New Roman" w:cs="Times New Roman"/>
                      <w:snapToGrid w:val="0"/>
                      <w:sz w:val="24"/>
                      <w:szCs w:val="24"/>
                    </w:rPr>
                    <w:t>risks, as well as their ability to respond to potential issues that may arise during the project.</w:t>
                  </w:r>
                </w:p>
              </w:tc>
              <w:tc>
                <w:tcPr>
                  <w:tcW w:w="1024" w:type="dxa"/>
                  <w:vAlign w:val="center"/>
                </w:tcPr>
                <w:p w14:paraId="6389E45F" w14:textId="77777777" w:rsidR="00F72DE3" w:rsidRPr="006C208E" w:rsidRDefault="00F72DE3" w:rsidP="006C208E">
                  <w:pPr>
                    <w:pStyle w:val="NoSpacing"/>
                    <w:spacing w:line="276" w:lineRule="auto"/>
                    <w:jc w:val="center"/>
                    <w:rPr>
                      <w:rFonts w:ascii="Times New Roman" w:hAnsi="Times New Roman" w:cs="Times New Roman"/>
                      <w:snapToGrid w:val="0"/>
                      <w:sz w:val="24"/>
                      <w:szCs w:val="24"/>
                    </w:rPr>
                  </w:pPr>
                  <w:r w:rsidRPr="006C208E">
                    <w:rPr>
                      <w:rFonts w:ascii="Times New Roman" w:hAnsi="Times New Roman" w:cs="Times New Roman"/>
                      <w:snapToGrid w:val="0"/>
                      <w:sz w:val="24"/>
                      <w:szCs w:val="24"/>
                    </w:rPr>
                    <w:lastRenderedPageBreak/>
                    <w:t>70%</w:t>
                  </w:r>
                </w:p>
              </w:tc>
            </w:tr>
            <w:tr w:rsidR="00F72DE3" w:rsidRPr="006C208E" w14:paraId="42036BFA" w14:textId="77777777" w:rsidTr="00F85378">
              <w:trPr>
                <w:jc w:val="center"/>
              </w:trPr>
              <w:tc>
                <w:tcPr>
                  <w:tcW w:w="6988" w:type="dxa"/>
                </w:tcPr>
                <w:p w14:paraId="0B00E288" w14:textId="77777777" w:rsidR="00F72DE3" w:rsidRPr="006C208E" w:rsidRDefault="00F72DE3" w:rsidP="006C208E">
                  <w:pPr>
                    <w:pStyle w:val="NoSpacing"/>
                    <w:spacing w:line="276" w:lineRule="auto"/>
                    <w:rPr>
                      <w:rFonts w:ascii="Times New Roman" w:hAnsi="Times New Roman" w:cs="Times New Roman"/>
                      <w:snapToGrid w:val="0"/>
                      <w:sz w:val="24"/>
                      <w:szCs w:val="24"/>
                    </w:rPr>
                  </w:pPr>
                </w:p>
                <w:p w14:paraId="4A8DA50E" w14:textId="7602CF22" w:rsidR="00F72DE3" w:rsidRPr="006C208E" w:rsidRDefault="00F72DE3" w:rsidP="006C208E">
                  <w:pPr>
                    <w:pStyle w:val="NoSpacing"/>
                    <w:spacing w:line="276" w:lineRule="auto"/>
                    <w:rPr>
                      <w:rFonts w:ascii="Times New Roman" w:hAnsi="Times New Roman" w:cs="Times New Roman"/>
                      <w:b/>
                      <w:bCs/>
                      <w:snapToGrid w:val="0"/>
                      <w:sz w:val="24"/>
                      <w:szCs w:val="24"/>
                    </w:rPr>
                  </w:pPr>
                  <w:r w:rsidRPr="006C208E">
                    <w:rPr>
                      <w:rFonts w:ascii="Times New Roman" w:hAnsi="Times New Roman" w:cs="Times New Roman"/>
                      <w:b/>
                      <w:bCs/>
                      <w:snapToGrid w:val="0"/>
                      <w:sz w:val="24"/>
                      <w:szCs w:val="24"/>
                    </w:rPr>
                    <w:t>Organizational Capacity Assessment</w:t>
                  </w:r>
                </w:p>
                <w:p w14:paraId="3701DCA8" w14:textId="2C3EA61D" w:rsidR="00F72DE3" w:rsidRPr="006C208E" w:rsidRDefault="00F72DE3" w:rsidP="006C208E">
                  <w:pPr>
                    <w:pStyle w:val="NoSpacing"/>
                    <w:numPr>
                      <w:ilvl w:val="0"/>
                      <w:numId w:val="9"/>
                    </w:numPr>
                    <w:spacing w:line="276" w:lineRule="auto"/>
                    <w:rPr>
                      <w:rFonts w:ascii="Times New Roman" w:hAnsi="Times New Roman" w:cs="Times New Roman"/>
                      <w:snapToGrid w:val="0"/>
                      <w:sz w:val="24"/>
                      <w:szCs w:val="24"/>
                    </w:rPr>
                  </w:pPr>
                  <w:r w:rsidRPr="006C208E">
                    <w:rPr>
                      <w:rFonts w:ascii="Times New Roman" w:hAnsi="Times New Roman" w:cs="Times New Roman"/>
                      <w:snapToGrid w:val="0"/>
                      <w:sz w:val="24"/>
                      <w:szCs w:val="24"/>
                    </w:rPr>
                    <w:t>Past experience</w:t>
                  </w:r>
                </w:p>
                <w:p w14:paraId="5D7AF950" w14:textId="7A7766F8" w:rsidR="00F72DE3" w:rsidRPr="006C208E" w:rsidRDefault="00F72DE3" w:rsidP="006C208E">
                  <w:pPr>
                    <w:pStyle w:val="NoSpacing"/>
                    <w:numPr>
                      <w:ilvl w:val="0"/>
                      <w:numId w:val="9"/>
                    </w:numPr>
                    <w:spacing w:line="276" w:lineRule="auto"/>
                    <w:rPr>
                      <w:rFonts w:ascii="Times New Roman" w:hAnsi="Times New Roman" w:cs="Times New Roman"/>
                      <w:snapToGrid w:val="0"/>
                      <w:sz w:val="24"/>
                      <w:szCs w:val="24"/>
                    </w:rPr>
                  </w:pPr>
                  <w:r w:rsidRPr="006C208E">
                    <w:rPr>
                      <w:rFonts w:ascii="Times New Roman" w:hAnsi="Times New Roman" w:cs="Times New Roman"/>
                      <w:snapToGrid w:val="0"/>
                      <w:sz w:val="24"/>
                      <w:szCs w:val="24"/>
                    </w:rPr>
                    <w:t>Familiarity in the targeted project area</w:t>
                  </w:r>
                </w:p>
                <w:p w14:paraId="51BB5B90" w14:textId="51B64063" w:rsidR="00F72DE3" w:rsidRPr="006C208E" w:rsidRDefault="00F72DE3" w:rsidP="006C208E">
                  <w:pPr>
                    <w:pStyle w:val="NoSpacing"/>
                    <w:numPr>
                      <w:ilvl w:val="0"/>
                      <w:numId w:val="9"/>
                    </w:numPr>
                    <w:spacing w:line="276" w:lineRule="auto"/>
                    <w:rPr>
                      <w:rFonts w:ascii="Times New Roman" w:hAnsi="Times New Roman" w:cs="Times New Roman"/>
                      <w:snapToGrid w:val="0"/>
                      <w:sz w:val="24"/>
                      <w:szCs w:val="24"/>
                    </w:rPr>
                  </w:pPr>
                  <w:r w:rsidRPr="006C208E">
                    <w:rPr>
                      <w:rFonts w:ascii="Times New Roman" w:hAnsi="Times New Roman" w:cs="Times New Roman"/>
                      <w:snapToGrid w:val="0"/>
                      <w:sz w:val="24"/>
                      <w:szCs w:val="24"/>
                    </w:rPr>
                    <w:t>Quality of the proposed technical and management team</w:t>
                  </w:r>
                </w:p>
                <w:p w14:paraId="1BB47390" w14:textId="57D0FF63" w:rsidR="00F72DE3" w:rsidRPr="006C208E" w:rsidRDefault="00F72DE3" w:rsidP="006C208E">
                  <w:pPr>
                    <w:pStyle w:val="NoSpacing"/>
                    <w:numPr>
                      <w:ilvl w:val="0"/>
                      <w:numId w:val="9"/>
                    </w:numPr>
                    <w:spacing w:line="276" w:lineRule="auto"/>
                    <w:jc w:val="both"/>
                    <w:rPr>
                      <w:rFonts w:ascii="Times New Roman" w:hAnsi="Times New Roman" w:cs="Times New Roman"/>
                      <w:snapToGrid w:val="0"/>
                      <w:sz w:val="24"/>
                      <w:szCs w:val="24"/>
                    </w:rPr>
                  </w:pPr>
                  <w:r w:rsidRPr="006C208E">
                    <w:rPr>
                      <w:rFonts w:ascii="Times New Roman" w:hAnsi="Times New Roman" w:cs="Times New Roman"/>
                      <w:snapToGrid w:val="0"/>
                      <w:sz w:val="24"/>
                      <w:szCs w:val="24"/>
                    </w:rPr>
                    <w:t>Organizational capacity and soundness of management and accounting practices</w:t>
                  </w:r>
                </w:p>
                <w:p w14:paraId="74C22364" w14:textId="07E2689D" w:rsidR="00F72DE3" w:rsidRPr="006C208E" w:rsidRDefault="00F72DE3" w:rsidP="006C208E">
                  <w:pPr>
                    <w:pStyle w:val="NoSpacing"/>
                    <w:numPr>
                      <w:ilvl w:val="0"/>
                      <w:numId w:val="9"/>
                    </w:numPr>
                    <w:spacing w:line="276" w:lineRule="auto"/>
                    <w:rPr>
                      <w:rFonts w:ascii="Times New Roman" w:hAnsi="Times New Roman" w:cs="Times New Roman"/>
                      <w:snapToGrid w:val="0"/>
                      <w:sz w:val="24"/>
                      <w:szCs w:val="24"/>
                    </w:rPr>
                  </w:pPr>
                  <w:r w:rsidRPr="006C208E">
                    <w:rPr>
                      <w:rFonts w:ascii="Times New Roman" w:hAnsi="Times New Roman" w:cs="Times New Roman"/>
                      <w:snapToGrid w:val="0"/>
                      <w:sz w:val="24"/>
                      <w:szCs w:val="24"/>
                    </w:rPr>
                    <w:t>Past financial performance</w:t>
                  </w:r>
                </w:p>
                <w:p w14:paraId="37770B7C" w14:textId="13D3F4E1" w:rsidR="00F72DE3" w:rsidRPr="006C208E" w:rsidRDefault="00F72DE3" w:rsidP="006C208E">
                  <w:pPr>
                    <w:pStyle w:val="NoSpacing"/>
                    <w:numPr>
                      <w:ilvl w:val="0"/>
                      <w:numId w:val="9"/>
                    </w:numPr>
                    <w:spacing w:line="276" w:lineRule="auto"/>
                    <w:jc w:val="both"/>
                    <w:rPr>
                      <w:rFonts w:ascii="Times New Roman" w:hAnsi="Times New Roman" w:cs="Times New Roman"/>
                      <w:snapToGrid w:val="0"/>
                      <w:sz w:val="24"/>
                      <w:szCs w:val="24"/>
                    </w:rPr>
                  </w:pPr>
                  <w:r w:rsidRPr="006C208E">
                    <w:rPr>
                      <w:rFonts w:ascii="Times New Roman" w:hAnsi="Times New Roman" w:cs="Times New Roman"/>
                      <w:snapToGrid w:val="0"/>
                      <w:sz w:val="24"/>
                      <w:szCs w:val="24"/>
                    </w:rPr>
                    <w:t>Demonstration of local knowledge and implementation experience</w:t>
                  </w:r>
                </w:p>
              </w:tc>
              <w:tc>
                <w:tcPr>
                  <w:tcW w:w="1024" w:type="dxa"/>
                  <w:vAlign w:val="center"/>
                </w:tcPr>
                <w:p w14:paraId="6D005D2D" w14:textId="77777777" w:rsidR="00F72DE3" w:rsidRPr="006C208E" w:rsidRDefault="00F72DE3" w:rsidP="006C208E">
                  <w:pPr>
                    <w:pStyle w:val="NoSpacing"/>
                    <w:spacing w:line="276" w:lineRule="auto"/>
                    <w:jc w:val="center"/>
                    <w:rPr>
                      <w:rFonts w:ascii="Times New Roman" w:hAnsi="Times New Roman" w:cs="Times New Roman"/>
                      <w:snapToGrid w:val="0"/>
                      <w:sz w:val="24"/>
                      <w:szCs w:val="24"/>
                    </w:rPr>
                  </w:pPr>
                  <w:r w:rsidRPr="006C208E">
                    <w:rPr>
                      <w:rFonts w:ascii="Times New Roman" w:hAnsi="Times New Roman" w:cs="Times New Roman"/>
                      <w:snapToGrid w:val="0"/>
                      <w:sz w:val="24"/>
                      <w:szCs w:val="24"/>
                    </w:rPr>
                    <w:t>30%</w:t>
                  </w:r>
                </w:p>
              </w:tc>
            </w:tr>
          </w:tbl>
          <w:p w14:paraId="3A38FB36" w14:textId="77777777" w:rsidR="001F3392" w:rsidRDefault="001F3392" w:rsidP="00322203">
            <w:pPr>
              <w:pStyle w:val="NoSpacing"/>
              <w:spacing w:line="276" w:lineRule="auto"/>
              <w:jc w:val="both"/>
              <w:rPr>
                <w:rFonts w:ascii="Times New Roman" w:hAnsi="Times New Roman" w:cs="Times New Roman"/>
                <w:snapToGrid w:val="0"/>
                <w:sz w:val="24"/>
                <w:szCs w:val="24"/>
              </w:rPr>
            </w:pPr>
          </w:p>
          <w:p w14:paraId="67EF28A0" w14:textId="09D6D113" w:rsidR="00A71E51" w:rsidRPr="006C208E" w:rsidRDefault="00A71E51" w:rsidP="00730B73">
            <w:pPr>
              <w:pStyle w:val="NoSpacing"/>
              <w:spacing w:line="276" w:lineRule="auto"/>
              <w:jc w:val="both"/>
              <w:rPr>
                <w:rFonts w:ascii="Times New Roman" w:hAnsi="Times New Roman" w:cs="Times New Roman"/>
                <w:snapToGrid w:val="0"/>
                <w:sz w:val="24"/>
                <w:szCs w:val="24"/>
              </w:rPr>
            </w:pPr>
          </w:p>
        </w:tc>
      </w:tr>
      <w:tr w:rsidR="00F139FF" w:rsidRPr="006C208E" w14:paraId="205AB7C2" w14:textId="77777777">
        <w:tc>
          <w:tcPr>
            <w:tcW w:w="887" w:type="dxa"/>
          </w:tcPr>
          <w:p w14:paraId="74A2A856" w14:textId="77777777" w:rsidR="00F72DE3" w:rsidRPr="006C208E" w:rsidRDefault="00F72DE3" w:rsidP="006C208E">
            <w:pPr>
              <w:pStyle w:val="NoSpacing"/>
              <w:spacing w:line="276" w:lineRule="auto"/>
              <w:rPr>
                <w:rFonts w:ascii="Times New Roman" w:hAnsi="Times New Roman" w:cs="Times New Roman"/>
                <w:sz w:val="24"/>
                <w:szCs w:val="24"/>
              </w:rPr>
            </w:pPr>
            <w:r w:rsidRPr="006C208E">
              <w:rPr>
                <w:rFonts w:ascii="Times New Roman" w:hAnsi="Times New Roman" w:cs="Times New Roman"/>
                <w:sz w:val="24"/>
                <w:szCs w:val="24"/>
              </w:rPr>
              <w:lastRenderedPageBreak/>
              <w:t>4</w:t>
            </w:r>
          </w:p>
        </w:tc>
        <w:tc>
          <w:tcPr>
            <w:tcW w:w="8280" w:type="dxa"/>
          </w:tcPr>
          <w:p w14:paraId="1F20DF15" w14:textId="77777777" w:rsidR="00F72DE3" w:rsidRPr="006C208E" w:rsidRDefault="00F72DE3" w:rsidP="006C208E">
            <w:pPr>
              <w:pStyle w:val="NoSpacing"/>
              <w:spacing w:line="276" w:lineRule="auto"/>
              <w:rPr>
                <w:rFonts w:ascii="Times New Roman" w:hAnsi="Times New Roman" w:cs="Times New Roman"/>
                <w:b/>
                <w:bCs/>
                <w:snapToGrid w:val="0"/>
                <w:sz w:val="24"/>
                <w:szCs w:val="24"/>
              </w:rPr>
            </w:pPr>
            <w:r w:rsidRPr="006C208E">
              <w:rPr>
                <w:rFonts w:ascii="Times New Roman" w:hAnsi="Times New Roman" w:cs="Times New Roman"/>
                <w:b/>
                <w:snapToGrid w:val="0"/>
                <w:sz w:val="24"/>
                <w:szCs w:val="24"/>
              </w:rPr>
              <w:t>A pre-proposal webinar will be held</w:t>
            </w:r>
            <w:r w:rsidRPr="006C208E">
              <w:rPr>
                <w:rFonts w:ascii="Times New Roman" w:hAnsi="Times New Roman" w:cs="Times New Roman"/>
                <w:b/>
                <w:bCs/>
                <w:snapToGrid w:val="0"/>
                <w:sz w:val="24"/>
                <w:szCs w:val="24"/>
              </w:rPr>
              <w:t xml:space="preserve"> on:</w:t>
            </w:r>
          </w:p>
          <w:p w14:paraId="4BB88E37" w14:textId="77777777" w:rsidR="00176A6D" w:rsidRPr="006C208E" w:rsidRDefault="00176A6D" w:rsidP="006C208E">
            <w:pPr>
              <w:pStyle w:val="NoSpacing"/>
              <w:spacing w:line="276" w:lineRule="auto"/>
              <w:rPr>
                <w:rFonts w:ascii="Times New Roman" w:hAnsi="Times New Roman" w:cs="Times New Roman"/>
                <w:snapToGrid w:val="0"/>
                <w:sz w:val="24"/>
                <w:szCs w:val="24"/>
              </w:rPr>
            </w:pPr>
          </w:p>
          <w:p w14:paraId="65321329" w14:textId="6F852979" w:rsidR="00F72DE3" w:rsidRPr="006A2A30" w:rsidRDefault="00F72DE3" w:rsidP="006C208E">
            <w:pPr>
              <w:pStyle w:val="NoSpacing"/>
              <w:spacing w:line="276" w:lineRule="auto"/>
              <w:rPr>
                <w:rFonts w:ascii="Times New Roman" w:hAnsi="Times New Roman" w:cs="Times New Roman"/>
                <w:snapToGrid w:val="0"/>
                <w:sz w:val="24"/>
                <w:szCs w:val="24"/>
              </w:rPr>
            </w:pPr>
            <w:r w:rsidRPr="006C208E">
              <w:rPr>
                <w:rFonts w:ascii="Times New Roman" w:hAnsi="Times New Roman" w:cs="Times New Roman"/>
                <w:snapToGrid w:val="0"/>
                <w:sz w:val="24"/>
                <w:szCs w:val="24"/>
              </w:rPr>
              <w:t>Date:</w:t>
            </w:r>
            <w:r w:rsidR="00BE3B5F">
              <w:rPr>
                <w:rFonts w:ascii="Times New Roman" w:hAnsi="Times New Roman" w:cs="Times New Roman"/>
                <w:snapToGrid w:val="0"/>
                <w:sz w:val="24"/>
                <w:szCs w:val="24"/>
              </w:rPr>
              <w:t xml:space="preserve"> </w:t>
            </w:r>
            <w:r w:rsidR="00F97F3E">
              <w:rPr>
                <w:rFonts w:ascii="Times New Roman" w:hAnsi="Times New Roman" w:cs="Times New Roman"/>
                <w:snapToGrid w:val="0"/>
                <w:sz w:val="24"/>
                <w:szCs w:val="24"/>
              </w:rPr>
              <w:t>3</w:t>
            </w:r>
            <w:r w:rsidR="00F97F3E" w:rsidRPr="001F3827">
              <w:rPr>
                <w:rFonts w:ascii="Times New Roman" w:hAnsi="Times New Roman" w:cs="Times New Roman"/>
                <w:snapToGrid w:val="0"/>
                <w:sz w:val="24"/>
                <w:szCs w:val="24"/>
                <w:vertAlign w:val="superscript"/>
              </w:rPr>
              <w:t>rd</w:t>
            </w:r>
            <w:r w:rsidR="00B64B4B">
              <w:rPr>
                <w:rFonts w:ascii="Times New Roman" w:hAnsi="Times New Roman" w:cs="Times New Roman"/>
                <w:snapToGrid w:val="0"/>
                <w:sz w:val="24"/>
                <w:szCs w:val="24"/>
              </w:rPr>
              <w:t xml:space="preserve"> </w:t>
            </w:r>
            <w:r w:rsidR="001967F4" w:rsidRPr="00B554B5">
              <w:rPr>
                <w:rFonts w:ascii="Times New Roman" w:hAnsi="Times New Roman" w:cs="Times New Roman"/>
                <w:snapToGrid w:val="0"/>
                <w:sz w:val="24"/>
                <w:szCs w:val="24"/>
              </w:rPr>
              <w:t>September</w:t>
            </w:r>
            <w:r w:rsidR="00EC132E" w:rsidRPr="00B554B5">
              <w:rPr>
                <w:rFonts w:ascii="Times New Roman" w:hAnsi="Times New Roman" w:cs="Times New Roman"/>
                <w:snapToGrid w:val="0"/>
                <w:sz w:val="24"/>
                <w:szCs w:val="24"/>
              </w:rPr>
              <w:t xml:space="preserve"> </w:t>
            </w:r>
            <w:r w:rsidR="00D014E3" w:rsidRPr="00B554B5">
              <w:rPr>
                <w:rFonts w:ascii="Times New Roman" w:hAnsi="Times New Roman" w:cs="Times New Roman"/>
                <w:snapToGrid w:val="0"/>
                <w:sz w:val="24"/>
                <w:szCs w:val="24"/>
              </w:rPr>
              <w:t>202</w:t>
            </w:r>
            <w:r w:rsidR="00BC3C58" w:rsidRPr="00B554B5">
              <w:rPr>
                <w:rFonts w:ascii="Times New Roman" w:hAnsi="Times New Roman" w:cs="Times New Roman"/>
                <w:snapToGrid w:val="0"/>
                <w:sz w:val="24"/>
                <w:szCs w:val="24"/>
              </w:rPr>
              <w:t>6</w:t>
            </w:r>
            <w:r w:rsidRPr="00B554B5">
              <w:rPr>
                <w:rFonts w:ascii="Times New Roman" w:hAnsi="Times New Roman" w:cs="Times New Roman"/>
                <w:snapToGrid w:val="0"/>
                <w:sz w:val="24"/>
                <w:szCs w:val="24"/>
              </w:rPr>
              <w:t>.</w:t>
            </w:r>
          </w:p>
          <w:p w14:paraId="4D160727" w14:textId="1E20172E" w:rsidR="00F72DE3" w:rsidRPr="006C208E" w:rsidRDefault="00F72DE3" w:rsidP="006C208E">
            <w:pPr>
              <w:pStyle w:val="NoSpacing"/>
              <w:spacing w:line="276" w:lineRule="auto"/>
              <w:rPr>
                <w:rFonts w:ascii="Times New Roman" w:hAnsi="Times New Roman" w:cs="Times New Roman"/>
                <w:snapToGrid w:val="0"/>
                <w:sz w:val="24"/>
                <w:szCs w:val="24"/>
              </w:rPr>
            </w:pPr>
            <w:r w:rsidRPr="006A2A30">
              <w:rPr>
                <w:rFonts w:ascii="Times New Roman" w:hAnsi="Times New Roman" w:cs="Times New Roman"/>
                <w:snapToGrid w:val="0"/>
                <w:sz w:val="24"/>
                <w:szCs w:val="24"/>
              </w:rPr>
              <w:t xml:space="preserve">Time: </w:t>
            </w:r>
            <w:r w:rsidR="005C0A65" w:rsidRPr="006A2A30">
              <w:rPr>
                <w:rFonts w:ascii="Times New Roman" w:hAnsi="Times New Roman" w:cs="Times New Roman"/>
                <w:snapToGrid w:val="0"/>
                <w:sz w:val="24"/>
                <w:szCs w:val="24"/>
              </w:rPr>
              <w:t>3</w:t>
            </w:r>
            <w:r w:rsidR="00EC1D8E" w:rsidRPr="006A2A30">
              <w:rPr>
                <w:rFonts w:ascii="Times New Roman" w:hAnsi="Times New Roman" w:cs="Times New Roman"/>
                <w:snapToGrid w:val="0"/>
                <w:sz w:val="24"/>
                <w:szCs w:val="24"/>
              </w:rPr>
              <w:t>:00 PM Central Africa Time</w:t>
            </w:r>
          </w:p>
          <w:p w14:paraId="4BBE472D" w14:textId="77777777" w:rsidR="002E12B2" w:rsidRDefault="00F72DE3" w:rsidP="006C208E">
            <w:pPr>
              <w:pStyle w:val="NoSpacing"/>
              <w:spacing w:line="276" w:lineRule="auto"/>
            </w:pPr>
            <w:r w:rsidRPr="006C208E">
              <w:rPr>
                <w:rFonts w:ascii="Times New Roman" w:hAnsi="Times New Roman" w:cs="Times New Roman"/>
                <w:snapToGrid w:val="0"/>
                <w:sz w:val="24"/>
                <w:szCs w:val="24"/>
              </w:rPr>
              <w:t xml:space="preserve">Meeting Registration Link: </w:t>
            </w:r>
            <w:hyperlink r:id="rId23" w:history="1">
              <w:r w:rsidR="002E12B2" w:rsidRPr="005870E1">
                <w:rPr>
                  <w:rStyle w:val="Hyperlink"/>
                  <w:rFonts w:ascii="Times New Roman" w:hAnsi="Times New Roman" w:cs="Times New Roman"/>
                  <w:sz w:val="20"/>
                  <w:szCs w:val="20"/>
                </w:rPr>
                <w:t>https://msteams.link/YVUP</w:t>
              </w:r>
            </w:hyperlink>
          </w:p>
          <w:p w14:paraId="5BFD52B4" w14:textId="6F60776E" w:rsidR="00D445B3" w:rsidRPr="001F3827" w:rsidRDefault="00D445B3" w:rsidP="006C208E">
            <w:pPr>
              <w:pStyle w:val="NoSpacing"/>
              <w:spacing w:line="276" w:lineRule="auto"/>
            </w:pPr>
          </w:p>
        </w:tc>
      </w:tr>
    </w:tbl>
    <w:p w14:paraId="3D41B09C" w14:textId="77777777" w:rsidR="00F72DE3" w:rsidRPr="006C208E" w:rsidRDefault="00F72DE3" w:rsidP="006C208E">
      <w:pPr>
        <w:spacing w:after="0"/>
        <w:rPr>
          <w:rFonts w:ascii="Times New Roman" w:hAnsi="Times New Roman" w:cs="Times New Roman"/>
          <w:sz w:val="24"/>
          <w:szCs w:val="24"/>
        </w:rPr>
      </w:pPr>
    </w:p>
    <w:p w14:paraId="62E1AA53" w14:textId="77777777" w:rsidR="00D15F6F" w:rsidRPr="006C208E" w:rsidRDefault="00D15F6F" w:rsidP="006C208E">
      <w:pPr>
        <w:spacing w:after="0"/>
        <w:rPr>
          <w:rFonts w:ascii="Times New Roman" w:hAnsi="Times New Roman" w:cs="Times New Roman"/>
          <w:sz w:val="24"/>
          <w:szCs w:val="24"/>
        </w:rPr>
      </w:pPr>
    </w:p>
    <w:p w14:paraId="2F88652F" w14:textId="77777777" w:rsidR="00D15F6F" w:rsidRPr="006C208E" w:rsidRDefault="00D15F6F" w:rsidP="006C208E">
      <w:pPr>
        <w:spacing w:after="0"/>
        <w:rPr>
          <w:rFonts w:ascii="Times New Roman" w:hAnsi="Times New Roman" w:cs="Times New Roman"/>
          <w:sz w:val="24"/>
          <w:szCs w:val="24"/>
        </w:rPr>
      </w:pPr>
    </w:p>
    <w:p w14:paraId="46C975FA" w14:textId="77777777" w:rsidR="00D15F6F" w:rsidRPr="006C208E" w:rsidRDefault="00D15F6F" w:rsidP="006C208E">
      <w:pPr>
        <w:spacing w:after="0"/>
        <w:rPr>
          <w:rFonts w:ascii="Times New Roman" w:hAnsi="Times New Roman" w:cs="Times New Roman"/>
          <w:sz w:val="24"/>
          <w:szCs w:val="24"/>
        </w:rPr>
      </w:pPr>
    </w:p>
    <w:p w14:paraId="6D722B5D" w14:textId="77777777" w:rsidR="00D15F6F" w:rsidRPr="006C208E" w:rsidRDefault="00D15F6F" w:rsidP="006C208E">
      <w:pPr>
        <w:spacing w:after="0"/>
        <w:rPr>
          <w:rFonts w:ascii="Times New Roman" w:hAnsi="Times New Roman" w:cs="Times New Roman"/>
          <w:sz w:val="24"/>
          <w:szCs w:val="24"/>
        </w:rPr>
      </w:pPr>
    </w:p>
    <w:p w14:paraId="4D0E34C9" w14:textId="10C8AA12" w:rsidR="006D602E" w:rsidRPr="006C208E" w:rsidRDefault="00EC1D8E" w:rsidP="006C208E">
      <w:pPr>
        <w:pStyle w:val="Heading1"/>
        <w:spacing w:before="0"/>
        <w:jc w:val="both"/>
        <w:rPr>
          <w:rFonts w:ascii="Times New Roman" w:hAnsi="Times New Roman" w:cs="Times New Roman"/>
          <w:b w:val="0"/>
          <w:bCs w:val="0"/>
        </w:rPr>
      </w:pPr>
      <w:bookmarkStart w:id="8" w:name="_SECTION_4:_APPLICATION"/>
      <w:bookmarkStart w:id="9" w:name="_Toc124904543"/>
      <w:bookmarkEnd w:id="8"/>
      <w:r w:rsidRPr="006C208E">
        <w:rPr>
          <w:rFonts w:ascii="Times New Roman" w:hAnsi="Times New Roman" w:cs="Times New Roman"/>
        </w:rPr>
        <w:br w:type="page"/>
      </w:r>
      <w:bookmarkStart w:id="10" w:name="_Toc237975166"/>
      <w:r w:rsidR="006D602E" w:rsidRPr="006C208E">
        <w:rPr>
          <w:rFonts w:ascii="Times New Roman" w:hAnsi="Times New Roman" w:cs="Times New Roman"/>
        </w:rPr>
        <w:lastRenderedPageBreak/>
        <w:t>SECTION 4: APPLICATION FORM</w:t>
      </w:r>
      <w:bookmarkEnd w:id="9"/>
      <w:bookmarkEnd w:id="10"/>
    </w:p>
    <w:p w14:paraId="6E9B2F40" w14:textId="77777777" w:rsidR="006D602E" w:rsidRPr="006C208E" w:rsidRDefault="006D602E" w:rsidP="006C208E">
      <w:pPr>
        <w:spacing w:after="0"/>
        <w:jc w:val="both"/>
        <w:rPr>
          <w:rFonts w:ascii="Times New Roman" w:hAnsi="Times New Roman" w:cs="Times New Roman"/>
          <w:sz w:val="24"/>
          <w:szCs w:val="24"/>
        </w:rPr>
      </w:pPr>
    </w:p>
    <w:tbl>
      <w:tblPr>
        <w:tblW w:w="9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2029"/>
        <w:gridCol w:w="1019"/>
        <w:gridCol w:w="1133"/>
        <w:gridCol w:w="16"/>
        <w:gridCol w:w="1114"/>
        <w:gridCol w:w="1176"/>
        <w:gridCol w:w="44"/>
        <w:gridCol w:w="1115"/>
        <w:gridCol w:w="1176"/>
      </w:tblGrid>
      <w:tr w:rsidR="00F139FF" w:rsidRPr="006C208E" w14:paraId="2290B3E8" w14:textId="77777777" w:rsidTr="00261B63">
        <w:trPr>
          <w:cantSplit/>
          <w:trHeight w:val="20"/>
          <w:tblHeader/>
        </w:trPr>
        <w:tc>
          <w:tcPr>
            <w:tcW w:w="535" w:type="dxa"/>
          </w:tcPr>
          <w:p w14:paraId="5270A608" w14:textId="77777777" w:rsidR="006D602E" w:rsidRPr="006C208E" w:rsidRDefault="006D602E" w:rsidP="006C208E">
            <w:pPr>
              <w:pStyle w:val="NoSpacing"/>
              <w:contextualSpacing/>
              <w:rPr>
                <w:rFonts w:ascii="Times New Roman" w:hAnsi="Times New Roman" w:cs="Times New Roman"/>
                <w:b/>
                <w:bCs/>
                <w:sz w:val="24"/>
                <w:szCs w:val="24"/>
              </w:rPr>
            </w:pPr>
            <w:r w:rsidRPr="006C208E">
              <w:rPr>
                <w:rFonts w:ascii="Times New Roman" w:hAnsi="Times New Roman" w:cs="Times New Roman"/>
                <w:b/>
                <w:bCs/>
                <w:sz w:val="24"/>
                <w:szCs w:val="24"/>
              </w:rPr>
              <w:t>SL.</w:t>
            </w:r>
          </w:p>
        </w:tc>
        <w:tc>
          <w:tcPr>
            <w:tcW w:w="2047" w:type="dxa"/>
          </w:tcPr>
          <w:p w14:paraId="469E5D71" w14:textId="77777777" w:rsidR="006D602E" w:rsidRPr="006C208E" w:rsidRDefault="006D602E" w:rsidP="006C208E">
            <w:pPr>
              <w:pStyle w:val="NoSpacing"/>
              <w:contextualSpacing/>
              <w:rPr>
                <w:rFonts w:ascii="Times New Roman" w:hAnsi="Times New Roman" w:cs="Times New Roman"/>
                <w:b/>
                <w:bCs/>
                <w:sz w:val="24"/>
                <w:szCs w:val="24"/>
              </w:rPr>
            </w:pPr>
            <w:r w:rsidRPr="006C208E">
              <w:rPr>
                <w:rFonts w:ascii="Times New Roman" w:hAnsi="Times New Roman" w:cs="Times New Roman"/>
                <w:b/>
                <w:bCs/>
                <w:sz w:val="24"/>
                <w:szCs w:val="24"/>
              </w:rPr>
              <w:t>Subject</w:t>
            </w:r>
          </w:p>
        </w:tc>
        <w:tc>
          <w:tcPr>
            <w:tcW w:w="6810" w:type="dxa"/>
            <w:gridSpan w:val="8"/>
          </w:tcPr>
          <w:p w14:paraId="44739E67" w14:textId="77777777" w:rsidR="006D602E" w:rsidRPr="006C208E" w:rsidRDefault="006D602E" w:rsidP="006C208E">
            <w:pPr>
              <w:pStyle w:val="NoSpacing"/>
              <w:contextualSpacing/>
              <w:rPr>
                <w:rFonts w:ascii="Times New Roman" w:hAnsi="Times New Roman" w:cs="Times New Roman"/>
                <w:b/>
                <w:bCs/>
                <w:sz w:val="24"/>
                <w:szCs w:val="24"/>
              </w:rPr>
            </w:pPr>
            <w:r w:rsidRPr="006C208E">
              <w:rPr>
                <w:rFonts w:ascii="Times New Roman" w:hAnsi="Times New Roman" w:cs="Times New Roman"/>
                <w:b/>
                <w:bCs/>
                <w:sz w:val="24"/>
                <w:szCs w:val="24"/>
              </w:rPr>
              <w:t>Information</w:t>
            </w:r>
          </w:p>
        </w:tc>
      </w:tr>
      <w:tr w:rsidR="00F139FF" w:rsidRPr="006C208E" w14:paraId="0EAA4F45" w14:textId="77777777" w:rsidTr="00261B63">
        <w:trPr>
          <w:cantSplit/>
          <w:trHeight w:val="638"/>
        </w:trPr>
        <w:tc>
          <w:tcPr>
            <w:tcW w:w="535" w:type="dxa"/>
            <w:vAlign w:val="center"/>
          </w:tcPr>
          <w:p w14:paraId="245280A2" w14:textId="7BE59121" w:rsidR="006D602E" w:rsidRPr="006C208E" w:rsidRDefault="006D602E" w:rsidP="00261B63">
            <w:pPr>
              <w:pStyle w:val="NoSpacing"/>
              <w:numPr>
                <w:ilvl w:val="0"/>
                <w:numId w:val="44"/>
              </w:numPr>
              <w:tabs>
                <w:tab w:val="left" w:pos="360"/>
              </w:tabs>
              <w:contextualSpacing/>
              <w:rPr>
                <w:rFonts w:ascii="Times New Roman" w:hAnsi="Times New Roman" w:cs="Times New Roman"/>
                <w:sz w:val="24"/>
                <w:szCs w:val="24"/>
              </w:rPr>
            </w:pPr>
          </w:p>
        </w:tc>
        <w:tc>
          <w:tcPr>
            <w:tcW w:w="2047" w:type="dxa"/>
            <w:vAlign w:val="center"/>
          </w:tcPr>
          <w:p w14:paraId="0C1D86EB" w14:textId="77777777" w:rsidR="006D602E" w:rsidRPr="006C208E" w:rsidRDefault="006D602E" w:rsidP="006C208E">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 xml:space="preserve">Name of the Applicant </w:t>
            </w:r>
          </w:p>
        </w:tc>
        <w:tc>
          <w:tcPr>
            <w:tcW w:w="6810" w:type="dxa"/>
            <w:gridSpan w:val="8"/>
          </w:tcPr>
          <w:p w14:paraId="63CDA475" w14:textId="77777777" w:rsidR="006D602E" w:rsidRPr="006C208E" w:rsidRDefault="006D602E" w:rsidP="006C208E">
            <w:pPr>
              <w:pStyle w:val="NoSpacing"/>
              <w:contextualSpacing/>
              <w:rPr>
                <w:rFonts w:ascii="Times New Roman" w:hAnsi="Times New Roman" w:cs="Times New Roman"/>
                <w:sz w:val="24"/>
                <w:szCs w:val="24"/>
              </w:rPr>
            </w:pPr>
          </w:p>
          <w:p w14:paraId="632B1A75" w14:textId="77777777" w:rsidR="006D602E" w:rsidRPr="006C208E" w:rsidRDefault="006D602E" w:rsidP="006C208E">
            <w:pPr>
              <w:pStyle w:val="NoSpacing"/>
              <w:contextualSpacing/>
              <w:rPr>
                <w:rFonts w:ascii="Times New Roman" w:hAnsi="Times New Roman" w:cs="Times New Roman"/>
                <w:sz w:val="24"/>
                <w:szCs w:val="24"/>
              </w:rPr>
            </w:pPr>
          </w:p>
          <w:p w14:paraId="07A2E14F" w14:textId="77777777" w:rsidR="006D602E" w:rsidRPr="006C208E" w:rsidRDefault="006D602E" w:rsidP="006C208E">
            <w:pPr>
              <w:pStyle w:val="NoSpacing"/>
              <w:contextualSpacing/>
              <w:rPr>
                <w:rFonts w:ascii="Times New Roman" w:hAnsi="Times New Roman" w:cs="Times New Roman"/>
                <w:sz w:val="24"/>
                <w:szCs w:val="24"/>
              </w:rPr>
            </w:pPr>
          </w:p>
        </w:tc>
      </w:tr>
      <w:tr w:rsidR="00F139FF" w:rsidRPr="006C208E" w14:paraId="376A9C53" w14:textId="77777777" w:rsidTr="00261B63">
        <w:trPr>
          <w:cantSplit/>
          <w:trHeight w:val="20"/>
        </w:trPr>
        <w:tc>
          <w:tcPr>
            <w:tcW w:w="535" w:type="dxa"/>
            <w:vAlign w:val="center"/>
          </w:tcPr>
          <w:p w14:paraId="36AFCD0E" w14:textId="30FDA6D6" w:rsidR="006D602E" w:rsidRPr="006C208E" w:rsidRDefault="006D602E" w:rsidP="001F3827">
            <w:pPr>
              <w:pStyle w:val="NoSpacing"/>
              <w:numPr>
                <w:ilvl w:val="0"/>
                <w:numId w:val="44"/>
              </w:numPr>
              <w:contextualSpacing/>
              <w:rPr>
                <w:rFonts w:ascii="Times New Roman" w:hAnsi="Times New Roman" w:cs="Times New Roman"/>
                <w:sz w:val="24"/>
                <w:szCs w:val="24"/>
              </w:rPr>
            </w:pPr>
          </w:p>
        </w:tc>
        <w:tc>
          <w:tcPr>
            <w:tcW w:w="2047" w:type="dxa"/>
            <w:vAlign w:val="center"/>
          </w:tcPr>
          <w:p w14:paraId="115A5467" w14:textId="77777777" w:rsidR="006D602E" w:rsidRPr="006C208E" w:rsidRDefault="006D602E" w:rsidP="006C208E">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Year of establishment</w:t>
            </w:r>
          </w:p>
        </w:tc>
        <w:tc>
          <w:tcPr>
            <w:tcW w:w="6810" w:type="dxa"/>
            <w:gridSpan w:val="8"/>
          </w:tcPr>
          <w:p w14:paraId="51649D61" w14:textId="77777777" w:rsidR="006D602E" w:rsidRPr="006C208E" w:rsidRDefault="006D602E" w:rsidP="006C208E">
            <w:pPr>
              <w:pStyle w:val="NoSpacing"/>
              <w:contextualSpacing/>
              <w:rPr>
                <w:rFonts w:ascii="Times New Roman" w:hAnsi="Times New Roman" w:cs="Times New Roman"/>
                <w:sz w:val="24"/>
                <w:szCs w:val="24"/>
              </w:rPr>
            </w:pPr>
          </w:p>
          <w:p w14:paraId="1BF6614A" w14:textId="77777777" w:rsidR="006D602E" w:rsidRPr="006C208E" w:rsidRDefault="006D602E" w:rsidP="006C208E">
            <w:pPr>
              <w:pStyle w:val="NoSpacing"/>
              <w:contextualSpacing/>
              <w:rPr>
                <w:rFonts w:ascii="Times New Roman" w:hAnsi="Times New Roman" w:cs="Times New Roman"/>
                <w:sz w:val="24"/>
                <w:szCs w:val="24"/>
              </w:rPr>
            </w:pPr>
          </w:p>
          <w:p w14:paraId="55FF1F8F" w14:textId="77777777" w:rsidR="006D602E" w:rsidRPr="006C208E" w:rsidRDefault="006D602E" w:rsidP="006C208E">
            <w:pPr>
              <w:pStyle w:val="NoSpacing"/>
              <w:contextualSpacing/>
              <w:rPr>
                <w:rFonts w:ascii="Times New Roman" w:hAnsi="Times New Roman" w:cs="Times New Roman"/>
                <w:sz w:val="24"/>
                <w:szCs w:val="24"/>
              </w:rPr>
            </w:pPr>
          </w:p>
        </w:tc>
      </w:tr>
      <w:tr w:rsidR="00F139FF" w:rsidRPr="006C208E" w14:paraId="39E85A1E" w14:textId="77777777" w:rsidTr="00261B63">
        <w:trPr>
          <w:cantSplit/>
          <w:trHeight w:val="20"/>
        </w:trPr>
        <w:tc>
          <w:tcPr>
            <w:tcW w:w="535" w:type="dxa"/>
            <w:vAlign w:val="center"/>
          </w:tcPr>
          <w:p w14:paraId="0FFBDACC" w14:textId="0DF61F5C" w:rsidR="006D602E" w:rsidRPr="006C208E" w:rsidRDefault="006D602E" w:rsidP="001F3827">
            <w:pPr>
              <w:pStyle w:val="NoSpacing"/>
              <w:numPr>
                <w:ilvl w:val="0"/>
                <w:numId w:val="44"/>
              </w:numPr>
              <w:contextualSpacing/>
              <w:rPr>
                <w:rFonts w:ascii="Times New Roman" w:hAnsi="Times New Roman" w:cs="Times New Roman"/>
                <w:sz w:val="24"/>
                <w:szCs w:val="24"/>
              </w:rPr>
            </w:pPr>
          </w:p>
        </w:tc>
        <w:tc>
          <w:tcPr>
            <w:tcW w:w="2047" w:type="dxa"/>
            <w:vAlign w:val="center"/>
          </w:tcPr>
          <w:p w14:paraId="4C0571E4" w14:textId="77777777" w:rsidR="006D602E" w:rsidRPr="006C208E" w:rsidRDefault="006D602E" w:rsidP="006C208E">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Nature of business</w:t>
            </w:r>
          </w:p>
        </w:tc>
        <w:tc>
          <w:tcPr>
            <w:tcW w:w="6810" w:type="dxa"/>
            <w:gridSpan w:val="8"/>
          </w:tcPr>
          <w:p w14:paraId="07EF10FF" w14:textId="77777777" w:rsidR="006D602E" w:rsidRPr="006C208E" w:rsidRDefault="006D602E" w:rsidP="006C208E">
            <w:pPr>
              <w:pStyle w:val="NoSpacing"/>
              <w:contextualSpacing/>
              <w:rPr>
                <w:rFonts w:ascii="Times New Roman" w:hAnsi="Times New Roman" w:cs="Times New Roman"/>
                <w:sz w:val="24"/>
                <w:szCs w:val="24"/>
              </w:rPr>
            </w:pPr>
          </w:p>
          <w:p w14:paraId="796BBFF4" w14:textId="77777777" w:rsidR="006D602E" w:rsidRPr="006C208E" w:rsidRDefault="006D602E" w:rsidP="006C208E">
            <w:pPr>
              <w:pStyle w:val="NoSpacing"/>
              <w:contextualSpacing/>
              <w:rPr>
                <w:rFonts w:ascii="Times New Roman" w:hAnsi="Times New Roman" w:cs="Times New Roman"/>
                <w:sz w:val="24"/>
                <w:szCs w:val="24"/>
              </w:rPr>
            </w:pPr>
          </w:p>
          <w:p w14:paraId="35AFF21F" w14:textId="77777777" w:rsidR="006D602E" w:rsidRPr="006C208E" w:rsidRDefault="006D602E" w:rsidP="006C208E">
            <w:pPr>
              <w:pStyle w:val="NoSpacing"/>
              <w:contextualSpacing/>
              <w:rPr>
                <w:rFonts w:ascii="Times New Roman" w:hAnsi="Times New Roman" w:cs="Times New Roman"/>
                <w:sz w:val="24"/>
                <w:szCs w:val="24"/>
              </w:rPr>
            </w:pPr>
          </w:p>
        </w:tc>
      </w:tr>
      <w:tr w:rsidR="00F139FF" w:rsidRPr="006C208E" w14:paraId="53364CE4" w14:textId="77777777" w:rsidTr="00261B63">
        <w:trPr>
          <w:cantSplit/>
          <w:trHeight w:val="20"/>
        </w:trPr>
        <w:tc>
          <w:tcPr>
            <w:tcW w:w="535" w:type="dxa"/>
            <w:vMerge w:val="restart"/>
            <w:vAlign w:val="center"/>
          </w:tcPr>
          <w:p w14:paraId="21D5F5FC" w14:textId="361DC811" w:rsidR="006D602E" w:rsidRPr="006C208E" w:rsidRDefault="006D602E" w:rsidP="001F3827">
            <w:pPr>
              <w:pStyle w:val="NoSpacing"/>
              <w:numPr>
                <w:ilvl w:val="0"/>
                <w:numId w:val="44"/>
              </w:numPr>
              <w:contextualSpacing/>
              <w:rPr>
                <w:rFonts w:ascii="Times New Roman" w:hAnsi="Times New Roman" w:cs="Times New Roman"/>
                <w:sz w:val="24"/>
                <w:szCs w:val="24"/>
              </w:rPr>
            </w:pPr>
          </w:p>
        </w:tc>
        <w:tc>
          <w:tcPr>
            <w:tcW w:w="2047" w:type="dxa"/>
            <w:vAlign w:val="center"/>
          </w:tcPr>
          <w:p w14:paraId="284A8A28" w14:textId="77777777" w:rsidR="006D602E" w:rsidRPr="006C208E" w:rsidRDefault="006D602E" w:rsidP="006C208E">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Address of the head office</w:t>
            </w:r>
          </w:p>
        </w:tc>
        <w:tc>
          <w:tcPr>
            <w:tcW w:w="6810" w:type="dxa"/>
            <w:gridSpan w:val="8"/>
          </w:tcPr>
          <w:p w14:paraId="4EA2F08E" w14:textId="77777777" w:rsidR="006D602E" w:rsidRPr="006C208E" w:rsidRDefault="006D602E" w:rsidP="006C208E">
            <w:pPr>
              <w:pStyle w:val="NoSpacing"/>
              <w:contextualSpacing/>
              <w:rPr>
                <w:rFonts w:ascii="Times New Roman" w:hAnsi="Times New Roman" w:cs="Times New Roman"/>
                <w:sz w:val="24"/>
                <w:szCs w:val="24"/>
              </w:rPr>
            </w:pPr>
          </w:p>
          <w:p w14:paraId="5BF35120" w14:textId="77777777" w:rsidR="006D602E" w:rsidRPr="006C208E" w:rsidRDefault="006D602E" w:rsidP="006C208E">
            <w:pPr>
              <w:pStyle w:val="NoSpacing"/>
              <w:contextualSpacing/>
              <w:rPr>
                <w:rFonts w:ascii="Times New Roman" w:hAnsi="Times New Roman" w:cs="Times New Roman"/>
                <w:sz w:val="24"/>
                <w:szCs w:val="24"/>
              </w:rPr>
            </w:pPr>
          </w:p>
          <w:p w14:paraId="207C14CA" w14:textId="77777777" w:rsidR="006D602E" w:rsidRPr="006C208E" w:rsidRDefault="006D602E" w:rsidP="006C208E">
            <w:pPr>
              <w:pStyle w:val="NoSpacing"/>
              <w:contextualSpacing/>
              <w:rPr>
                <w:rFonts w:ascii="Times New Roman" w:hAnsi="Times New Roman" w:cs="Times New Roman"/>
                <w:sz w:val="24"/>
                <w:szCs w:val="24"/>
              </w:rPr>
            </w:pPr>
          </w:p>
        </w:tc>
      </w:tr>
      <w:tr w:rsidR="00F139FF" w:rsidRPr="006C208E" w14:paraId="30A7A364" w14:textId="77777777" w:rsidTr="00261B63">
        <w:trPr>
          <w:cantSplit/>
          <w:trHeight w:val="20"/>
        </w:trPr>
        <w:tc>
          <w:tcPr>
            <w:tcW w:w="535" w:type="dxa"/>
            <w:vMerge/>
            <w:vAlign w:val="center"/>
          </w:tcPr>
          <w:p w14:paraId="6530B9EB" w14:textId="77777777" w:rsidR="006D602E" w:rsidRPr="006C208E" w:rsidRDefault="006D602E" w:rsidP="001F3827">
            <w:pPr>
              <w:pStyle w:val="NoSpacing"/>
              <w:numPr>
                <w:ilvl w:val="0"/>
                <w:numId w:val="44"/>
              </w:numPr>
              <w:contextualSpacing/>
              <w:rPr>
                <w:rFonts w:ascii="Times New Roman" w:hAnsi="Times New Roman" w:cs="Times New Roman"/>
                <w:sz w:val="24"/>
                <w:szCs w:val="24"/>
              </w:rPr>
            </w:pPr>
          </w:p>
        </w:tc>
        <w:tc>
          <w:tcPr>
            <w:tcW w:w="2047" w:type="dxa"/>
            <w:vAlign w:val="center"/>
          </w:tcPr>
          <w:p w14:paraId="19594636" w14:textId="77777777" w:rsidR="006D602E" w:rsidRPr="006C208E" w:rsidRDefault="006D602E" w:rsidP="006C208E">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Telephone</w:t>
            </w:r>
          </w:p>
        </w:tc>
        <w:tc>
          <w:tcPr>
            <w:tcW w:w="2168" w:type="dxa"/>
            <w:gridSpan w:val="3"/>
            <w:vAlign w:val="center"/>
          </w:tcPr>
          <w:p w14:paraId="10E7574B" w14:textId="77777777" w:rsidR="006D602E" w:rsidRPr="006C208E" w:rsidRDefault="006D602E" w:rsidP="006C208E">
            <w:pPr>
              <w:pStyle w:val="NoSpacing"/>
              <w:contextualSpacing/>
              <w:rPr>
                <w:rFonts w:ascii="Times New Roman" w:hAnsi="Times New Roman" w:cs="Times New Roman"/>
                <w:sz w:val="24"/>
                <w:szCs w:val="24"/>
              </w:rPr>
            </w:pPr>
          </w:p>
          <w:p w14:paraId="160C8B46" w14:textId="77777777" w:rsidR="006D602E" w:rsidRPr="006C208E" w:rsidRDefault="006D602E" w:rsidP="006C208E">
            <w:pPr>
              <w:pStyle w:val="NoSpacing"/>
              <w:contextualSpacing/>
              <w:rPr>
                <w:rFonts w:ascii="Times New Roman" w:hAnsi="Times New Roman" w:cs="Times New Roman"/>
                <w:sz w:val="24"/>
                <w:szCs w:val="24"/>
              </w:rPr>
            </w:pPr>
          </w:p>
          <w:p w14:paraId="7A47CAA7" w14:textId="77777777" w:rsidR="006D602E" w:rsidRPr="006C208E" w:rsidRDefault="006D602E" w:rsidP="006C208E">
            <w:pPr>
              <w:pStyle w:val="NoSpacing"/>
              <w:contextualSpacing/>
              <w:rPr>
                <w:rFonts w:ascii="Times New Roman" w:hAnsi="Times New Roman" w:cs="Times New Roman"/>
                <w:sz w:val="24"/>
                <w:szCs w:val="24"/>
              </w:rPr>
            </w:pPr>
          </w:p>
        </w:tc>
        <w:tc>
          <w:tcPr>
            <w:tcW w:w="2334" w:type="dxa"/>
            <w:gridSpan w:val="3"/>
            <w:vAlign w:val="center"/>
          </w:tcPr>
          <w:p w14:paraId="2F365AC9" w14:textId="77777777" w:rsidR="006D602E" w:rsidRPr="006C208E" w:rsidRDefault="006D602E" w:rsidP="006C208E">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Alternate Mobile</w:t>
            </w:r>
          </w:p>
        </w:tc>
        <w:tc>
          <w:tcPr>
            <w:tcW w:w="2308" w:type="dxa"/>
            <w:gridSpan w:val="2"/>
          </w:tcPr>
          <w:p w14:paraId="53459D12" w14:textId="77777777" w:rsidR="006D602E" w:rsidRPr="006C208E" w:rsidRDefault="006D602E" w:rsidP="006C208E">
            <w:pPr>
              <w:pStyle w:val="NoSpacing"/>
              <w:contextualSpacing/>
              <w:rPr>
                <w:rFonts w:ascii="Times New Roman" w:hAnsi="Times New Roman" w:cs="Times New Roman"/>
                <w:sz w:val="24"/>
                <w:szCs w:val="24"/>
              </w:rPr>
            </w:pPr>
          </w:p>
        </w:tc>
      </w:tr>
      <w:tr w:rsidR="00F139FF" w:rsidRPr="006C208E" w14:paraId="670E6A9F" w14:textId="77777777" w:rsidTr="00261B63">
        <w:trPr>
          <w:cantSplit/>
          <w:trHeight w:val="20"/>
        </w:trPr>
        <w:tc>
          <w:tcPr>
            <w:tcW w:w="535" w:type="dxa"/>
            <w:vMerge/>
            <w:vAlign w:val="center"/>
          </w:tcPr>
          <w:p w14:paraId="2A3403BA" w14:textId="77777777" w:rsidR="006D602E" w:rsidRPr="006C208E" w:rsidRDefault="006D602E" w:rsidP="001F3827">
            <w:pPr>
              <w:pStyle w:val="NoSpacing"/>
              <w:numPr>
                <w:ilvl w:val="0"/>
                <w:numId w:val="44"/>
              </w:numPr>
              <w:contextualSpacing/>
              <w:rPr>
                <w:rFonts w:ascii="Times New Roman" w:hAnsi="Times New Roman" w:cs="Times New Roman"/>
                <w:sz w:val="24"/>
                <w:szCs w:val="24"/>
              </w:rPr>
            </w:pPr>
          </w:p>
        </w:tc>
        <w:tc>
          <w:tcPr>
            <w:tcW w:w="2047" w:type="dxa"/>
            <w:vAlign w:val="center"/>
          </w:tcPr>
          <w:p w14:paraId="287FCC97" w14:textId="77777777" w:rsidR="006D602E" w:rsidRPr="006C208E" w:rsidRDefault="006D602E" w:rsidP="006C208E">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E-mail</w:t>
            </w:r>
          </w:p>
        </w:tc>
        <w:tc>
          <w:tcPr>
            <w:tcW w:w="2168" w:type="dxa"/>
            <w:gridSpan w:val="3"/>
            <w:vAlign w:val="center"/>
          </w:tcPr>
          <w:p w14:paraId="49D88469" w14:textId="77777777" w:rsidR="006D602E" w:rsidRPr="006C208E" w:rsidRDefault="006D602E" w:rsidP="006C208E">
            <w:pPr>
              <w:pStyle w:val="NoSpacing"/>
              <w:contextualSpacing/>
              <w:rPr>
                <w:rFonts w:ascii="Times New Roman" w:hAnsi="Times New Roman" w:cs="Times New Roman"/>
                <w:sz w:val="24"/>
                <w:szCs w:val="24"/>
              </w:rPr>
            </w:pPr>
          </w:p>
          <w:p w14:paraId="125C9BE5" w14:textId="77777777" w:rsidR="006D602E" w:rsidRPr="006C208E" w:rsidRDefault="006D602E" w:rsidP="006C208E">
            <w:pPr>
              <w:pStyle w:val="NoSpacing"/>
              <w:contextualSpacing/>
              <w:rPr>
                <w:rFonts w:ascii="Times New Roman" w:hAnsi="Times New Roman" w:cs="Times New Roman"/>
                <w:sz w:val="24"/>
                <w:szCs w:val="24"/>
              </w:rPr>
            </w:pPr>
          </w:p>
          <w:p w14:paraId="05D55B50" w14:textId="77777777" w:rsidR="006D602E" w:rsidRPr="006C208E" w:rsidRDefault="006D602E" w:rsidP="006C208E">
            <w:pPr>
              <w:pStyle w:val="NoSpacing"/>
              <w:contextualSpacing/>
              <w:rPr>
                <w:rFonts w:ascii="Times New Roman" w:hAnsi="Times New Roman" w:cs="Times New Roman"/>
                <w:sz w:val="24"/>
                <w:szCs w:val="24"/>
              </w:rPr>
            </w:pPr>
          </w:p>
        </w:tc>
        <w:tc>
          <w:tcPr>
            <w:tcW w:w="2334" w:type="dxa"/>
            <w:gridSpan w:val="3"/>
            <w:vAlign w:val="center"/>
          </w:tcPr>
          <w:p w14:paraId="651CCB9A" w14:textId="77777777" w:rsidR="006D602E" w:rsidRPr="006C208E" w:rsidRDefault="006D602E" w:rsidP="006C208E">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Alternate E-mail</w:t>
            </w:r>
          </w:p>
        </w:tc>
        <w:tc>
          <w:tcPr>
            <w:tcW w:w="2308" w:type="dxa"/>
            <w:gridSpan w:val="2"/>
          </w:tcPr>
          <w:p w14:paraId="1CBBADFC" w14:textId="77777777" w:rsidR="006D602E" w:rsidRPr="006C208E" w:rsidRDefault="006D602E" w:rsidP="006C208E">
            <w:pPr>
              <w:pStyle w:val="NoSpacing"/>
              <w:contextualSpacing/>
              <w:rPr>
                <w:rFonts w:ascii="Times New Roman" w:hAnsi="Times New Roman" w:cs="Times New Roman"/>
                <w:sz w:val="24"/>
                <w:szCs w:val="24"/>
              </w:rPr>
            </w:pPr>
          </w:p>
        </w:tc>
      </w:tr>
      <w:tr w:rsidR="004A6E30" w:rsidRPr="006C208E" w14:paraId="66222FA9" w14:textId="77777777" w:rsidTr="00261B63">
        <w:trPr>
          <w:cantSplit/>
          <w:trHeight w:val="377"/>
        </w:trPr>
        <w:tc>
          <w:tcPr>
            <w:tcW w:w="535" w:type="dxa"/>
            <w:vMerge w:val="restart"/>
            <w:vAlign w:val="center"/>
          </w:tcPr>
          <w:p w14:paraId="2F1D39F1" w14:textId="2F90FE22" w:rsidR="004A6E30" w:rsidRPr="006C208E" w:rsidRDefault="004A6E30" w:rsidP="001F3827">
            <w:pPr>
              <w:pStyle w:val="NoSpacing"/>
              <w:numPr>
                <w:ilvl w:val="0"/>
                <w:numId w:val="44"/>
              </w:numPr>
              <w:contextualSpacing/>
              <w:rPr>
                <w:rFonts w:ascii="Times New Roman" w:hAnsi="Times New Roman" w:cs="Times New Roman"/>
                <w:sz w:val="24"/>
                <w:szCs w:val="24"/>
              </w:rPr>
            </w:pPr>
          </w:p>
        </w:tc>
        <w:tc>
          <w:tcPr>
            <w:tcW w:w="2047" w:type="dxa"/>
          </w:tcPr>
          <w:p w14:paraId="0F44A6C6" w14:textId="77777777" w:rsidR="004A6E30" w:rsidRPr="006C208E" w:rsidRDefault="004A6E30" w:rsidP="006C208E">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Registration</w:t>
            </w:r>
          </w:p>
        </w:tc>
        <w:tc>
          <w:tcPr>
            <w:tcW w:w="2168" w:type="dxa"/>
            <w:gridSpan w:val="3"/>
          </w:tcPr>
          <w:p w14:paraId="57BEB3B3" w14:textId="77777777" w:rsidR="004A6E30" w:rsidRPr="006C208E" w:rsidRDefault="004A6E30" w:rsidP="006C208E">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Registration Body</w:t>
            </w:r>
          </w:p>
        </w:tc>
        <w:tc>
          <w:tcPr>
            <w:tcW w:w="2334" w:type="dxa"/>
            <w:gridSpan w:val="3"/>
          </w:tcPr>
          <w:p w14:paraId="4A00B597" w14:textId="77777777" w:rsidR="004A6E30" w:rsidRPr="006C208E" w:rsidRDefault="004A6E30" w:rsidP="006C208E">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Registration no.</w:t>
            </w:r>
          </w:p>
        </w:tc>
        <w:tc>
          <w:tcPr>
            <w:tcW w:w="2308" w:type="dxa"/>
            <w:gridSpan w:val="2"/>
          </w:tcPr>
          <w:p w14:paraId="18433A59" w14:textId="1E7CC688" w:rsidR="004A6E30" w:rsidRPr="006C208E" w:rsidRDefault="004A6E30" w:rsidP="006C208E">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Date</w:t>
            </w:r>
            <w:r>
              <w:rPr>
                <w:rFonts w:ascii="Times New Roman" w:hAnsi="Times New Roman" w:cs="Times New Roman"/>
                <w:sz w:val="24"/>
                <w:szCs w:val="24"/>
              </w:rPr>
              <w:t xml:space="preserve"> and/ Year</w:t>
            </w:r>
          </w:p>
        </w:tc>
      </w:tr>
      <w:tr w:rsidR="004A6E30" w:rsidRPr="006C208E" w14:paraId="2AC5D865" w14:textId="77777777" w:rsidTr="00261B63">
        <w:trPr>
          <w:cantSplit/>
          <w:trHeight w:val="20"/>
        </w:trPr>
        <w:tc>
          <w:tcPr>
            <w:tcW w:w="535" w:type="dxa"/>
            <w:vMerge/>
          </w:tcPr>
          <w:p w14:paraId="488B6399" w14:textId="77777777" w:rsidR="004A6E30" w:rsidRPr="006C208E" w:rsidRDefault="004A6E30" w:rsidP="001F3827">
            <w:pPr>
              <w:pStyle w:val="NoSpacing"/>
              <w:numPr>
                <w:ilvl w:val="0"/>
                <w:numId w:val="44"/>
              </w:numPr>
              <w:contextualSpacing/>
              <w:rPr>
                <w:rFonts w:ascii="Times New Roman" w:hAnsi="Times New Roman" w:cs="Times New Roman"/>
                <w:sz w:val="24"/>
                <w:szCs w:val="24"/>
              </w:rPr>
            </w:pPr>
          </w:p>
        </w:tc>
        <w:tc>
          <w:tcPr>
            <w:tcW w:w="2047" w:type="dxa"/>
            <w:vAlign w:val="center"/>
          </w:tcPr>
          <w:p w14:paraId="2678D26E" w14:textId="77777777" w:rsidR="004A6E30" w:rsidRPr="006C208E" w:rsidRDefault="004A6E30" w:rsidP="006C208E">
            <w:pPr>
              <w:pStyle w:val="NoSpacing"/>
              <w:contextualSpacing/>
              <w:jc w:val="center"/>
              <w:rPr>
                <w:rFonts w:ascii="Times New Roman" w:hAnsi="Times New Roman" w:cs="Times New Roman"/>
                <w:sz w:val="24"/>
                <w:szCs w:val="24"/>
              </w:rPr>
            </w:pPr>
            <w:r w:rsidRPr="006C208E">
              <w:rPr>
                <w:rFonts w:ascii="Times New Roman" w:hAnsi="Times New Roman" w:cs="Times New Roman"/>
                <w:sz w:val="24"/>
                <w:szCs w:val="24"/>
              </w:rPr>
              <w:t>i.</w:t>
            </w:r>
          </w:p>
        </w:tc>
        <w:tc>
          <w:tcPr>
            <w:tcW w:w="2168" w:type="dxa"/>
            <w:gridSpan w:val="3"/>
          </w:tcPr>
          <w:p w14:paraId="042D8461" w14:textId="7D65168A" w:rsidR="004A6E30" w:rsidRPr="006C208E" w:rsidRDefault="004A6E30" w:rsidP="006C208E">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 xml:space="preserve">Malawi </w:t>
            </w:r>
            <w:r>
              <w:rPr>
                <w:rFonts w:ascii="Times New Roman" w:hAnsi="Times New Roman" w:cs="Times New Roman"/>
                <w:sz w:val="24"/>
                <w:szCs w:val="24"/>
              </w:rPr>
              <w:t>Registrar General,</w:t>
            </w:r>
            <w:r w:rsidRPr="006C208E">
              <w:rPr>
                <w:rFonts w:ascii="Times New Roman" w:hAnsi="Times New Roman" w:cs="Times New Roman"/>
                <w:sz w:val="24"/>
                <w:szCs w:val="24"/>
              </w:rPr>
              <w:t xml:space="preserve"> if applicable </w:t>
            </w:r>
          </w:p>
        </w:tc>
        <w:tc>
          <w:tcPr>
            <w:tcW w:w="2334" w:type="dxa"/>
            <w:gridSpan w:val="3"/>
          </w:tcPr>
          <w:p w14:paraId="613C3C7A" w14:textId="77777777" w:rsidR="004A6E30" w:rsidRPr="006C208E" w:rsidRDefault="004A6E30" w:rsidP="006C208E">
            <w:pPr>
              <w:pStyle w:val="NoSpacing"/>
              <w:contextualSpacing/>
              <w:rPr>
                <w:rFonts w:ascii="Times New Roman" w:hAnsi="Times New Roman" w:cs="Times New Roman"/>
                <w:sz w:val="24"/>
                <w:szCs w:val="24"/>
              </w:rPr>
            </w:pPr>
          </w:p>
        </w:tc>
        <w:tc>
          <w:tcPr>
            <w:tcW w:w="2308" w:type="dxa"/>
            <w:gridSpan w:val="2"/>
          </w:tcPr>
          <w:p w14:paraId="5EE8F9D9" w14:textId="77777777" w:rsidR="004A6E30" w:rsidRPr="006C208E" w:rsidRDefault="004A6E30" w:rsidP="006C208E">
            <w:pPr>
              <w:pStyle w:val="NoSpacing"/>
              <w:contextualSpacing/>
              <w:rPr>
                <w:rFonts w:ascii="Times New Roman" w:hAnsi="Times New Roman" w:cs="Times New Roman"/>
                <w:sz w:val="24"/>
                <w:szCs w:val="24"/>
              </w:rPr>
            </w:pPr>
          </w:p>
        </w:tc>
      </w:tr>
      <w:tr w:rsidR="004A6E30" w:rsidRPr="006C208E" w14:paraId="2608BA35" w14:textId="77777777" w:rsidTr="00261B63">
        <w:trPr>
          <w:cantSplit/>
          <w:trHeight w:val="20"/>
        </w:trPr>
        <w:tc>
          <w:tcPr>
            <w:tcW w:w="535" w:type="dxa"/>
            <w:vMerge/>
          </w:tcPr>
          <w:p w14:paraId="030B5703" w14:textId="77777777" w:rsidR="004A6E30" w:rsidRPr="006C208E" w:rsidRDefault="004A6E30" w:rsidP="001F3827">
            <w:pPr>
              <w:pStyle w:val="NoSpacing"/>
              <w:numPr>
                <w:ilvl w:val="0"/>
                <w:numId w:val="44"/>
              </w:numPr>
              <w:contextualSpacing/>
              <w:rPr>
                <w:rFonts w:ascii="Times New Roman" w:hAnsi="Times New Roman" w:cs="Times New Roman"/>
                <w:sz w:val="24"/>
                <w:szCs w:val="24"/>
              </w:rPr>
            </w:pPr>
          </w:p>
        </w:tc>
        <w:tc>
          <w:tcPr>
            <w:tcW w:w="2047" w:type="dxa"/>
            <w:vAlign w:val="center"/>
          </w:tcPr>
          <w:p w14:paraId="6515CA08" w14:textId="77777777" w:rsidR="004A6E30" w:rsidRPr="006C208E" w:rsidRDefault="004A6E30" w:rsidP="007A1CFD">
            <w:pPr>
              <w:pStyle w:val="NoSpacing"/>
              <w:contextualSpacing/>
              <w:jc w:val="center"/>
              <w:rPr>
                <w:rFonts w:ascii="Times New Roman" w:hAnsi="Times New Roman" w:cs="Times New Roman"/>
                <w:sz w:val="24"/>
                <w:szCs w:val="24"/>
              </w:rPr>
            </w:pPr>
            <w:r w:rsidRPr="006C208E">
              <w:rPr>
                <w:rFonts w:ascii="Times New Roman" w:hAnsi="Times New Roman" w:cs="Times New Roman"/>
                <w:sz w:val="24"/>
                <w:szCs w:val="24"/>
              </w:rPr>
              <w:t>ii.</w:t>
            </w:r>
          </w:p>
        </w:tc>
        <w:tc>
          <w:tcPr>
            <w:tcW w:w="2168" w:type="dxa"/>
            <w:gridSpan w:val="3"/>
          </w:tcPr>
          <w:p w14:paraId="0FF47ABD" w14:textId="2A1E9F13" w:rsidR="004A6E30" w:rsidRPr="006C208E" w:rsidRDefault="004A6E30" w:rsidP="007A1CFD">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 xml:space="preserve">Malawi Energy Regulatory Authority (MERA), if applicable </w:t>
            </w:r>
          </w:p>
        </w:tc>
        <w:tc>
          <w:tcPr>
            <w:tcW w:w="2334" w:type="dxa"/>
            <w:gridSpan w:val="3"/>
          </w:tcPr>
          <w:p w14:paraId="3115695F" w14:textId="77777777" w:rsidR="004A6E30" w:rsidRPr="006C208E" w:rsidRDefault="004A6E30" w:rsidP="007A1CFD">
            <w:pPr>
              <w:pStyle w:val="NoSpacing"/>
              <w:contextualSpacing/>
              <w:rPr>
                <w:rFonts w:ascii="Times New Roman" w:hAnsi="Times New Roman" w:cs="Times New Roman"/>
                <w:sz w:val="24"/>
                <w:szCs w:val="24"/>
              </w:rPr>
            </w:pPr>
          </w:p>
        </w:tc>
        <w:tc>
          <w:tcPr>
            <w:tcW w:w="2308" w:type="dxa"/>
            <w:gridSpan w:val="2"/>
          </w:tcPr>
          <w:p w14:paraId="1D782AA5" w14:textId="77777777" w:rsidR="004A6E30" w:rsidRPr="006C208E" w:rsidRDefault="004A6E30" w:rsidP="007A1CFD">
            <w:pPr>
              <w:pStyle w:val="NoSpacing"/>
              <w:contextualSpacing/>
              <w:rPr>
                <w:rFonts w:ascii="Times New Roman" w:hAnsi="Times New Roman" w:cs="Times New Roman"/>
                <w:sz w:val="24"/>
                <w:szCs w:val="24"/>
              </w:rPr>
            </w:pPr>
          </w:p>
        </w:tc>
      </w:tr>
      <w:tr w:rsidR="004A6E30" w:rsidRPr="006C208E" w14:paraId="13762FF1" w14:textId="77777777" w:rsidTr="00261B63">
        <w:trPr>
          <w:cantSplit/>
          <w:trHeight w:val="20"/>
        </w:trPr>
        <w:tc>
          <w:tcPr>
            <w:tcW w:w="535" w:type="dxa"/>
            <w:vMerge/>
          </w:tcPr>
          <w:p w14:paraId="37DC5AEC" w14:textId="77777777" w:rsidR="004A6E30" w:rsidRPr="006C208E" w:rsidRDefault="004A6E30" w:rsidP="001F3827">
            <w:pPr>
              <w:pStyle w:val="NoSpacing"/>
              <w:numPr>
                <w:ilvl w:val="0"/>
                <w:numId w:val="44"/>
              </w:numPr>
              <w:contextualSpacing/>
              <w:rPr>
                <w:rFonts w:ascii="Times New Roman" w:hAnsi="Times New Roman" w:cs="Times New Roman"/>
                <w:sz w:val="24"/>
                <w:szCs w:val="24"/>
              </w:rPr>
            </w:pPr>
          </w:p>
        </w:tc>
        <w:tc>
          <w:tcPr>
            <w:tcW w:w="2047" w:type="dxa"/>
            <w:vAlign w:val="center"/>
          </w:tcPr>
          <w:p w14:paraId="1B98D725" w14:textId="77777777" w:rsidR="004A6E30" w:rsidRPr="006C208E" w:rsidRDefault="004A6E30" w:rsidP="007A1CFD">
            <w:pPr>
              <w:pStyle w:val="NoSpacing"/>
              <w:contextualSpacing/>
              <w:jc w:val="center"/>
              <w:rPr>
                <w:rFonts w:ascii="Times New Roman" w:hAnsi="Times New Roman" w:cs="Times New Roman"/>
                <w:sz w:val="24"/>
                <w:szCs w:val="24"/>
              </w:rPr>
            </w:pPr>
            <w:r w:rsidRPr="006C208E">
              <w:rPr>
                <w:rFonts w:ascii="Times New Roman" w:hAnsi="Times New Roman" w:cs="Times New Roman"/>
                <w:sz w:val="24"/>
                <w:szCs w:val="24"/>
              </w:rPr>
              <w:t>iii.</w:t>
            </w:r>
          </w:p>
        </w:tc>
        <w:tc>
          <w:tcPr>
            <w:tcW w:w="2168" w:type="dxa"/>
            <w:gridSpan w:val="3"/>
          </w:tcPr>
          <w:p w14:paraId="51825DE3" w14:textId="73C967F4" w:rsidR="004A6E30" w:rsidRPr="006C208E" w:rsidRDefault="004A6E30" w:rsidP="007A1CFD">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Malawi Revenue Authority (MRA)</w:t>
            </w:r>
          </w:p>
        </w:tc>
        <w:tc>
          <w:tcPr>
            <w:tcW w:w="2334" w:type="dxa"/>
            <w:gridSpan w:val="3"/>
          </w:tcPr>
          <w:p w14:paraId="1158B731" w14:textId="77777777" w:rsidR="004A6E30" w:rsidRPr="006C208E" w:rsidRDefault="004A6E30" w:rsidP="007A1CFD">
            <w:pPr>
              <w:pStyle w:val="NoSpacing"/>
              <w:contextualSpacing/>
              <w:rPr>
                <w:rFonts w:ascii="Times New Roman" w:hAnsi="Times New Roman" w:cs="Times New Roman"/>
                <w:sz w:val="24"/>
                <w:szCs w:val="24"/>
              </w:rPr>
            </w:pPr>
          </w:p>
        </w:tc>
        <w:tc>
          <w:tcPr>
            <w:tcW w:w="2308" w:type="dxa"/>
            <w:gridSpan w:val="2"/>
          </w:tcPr>
          <w:p w14:paraId="13789198" w14:textId="77777777" w:rsidR="004A6E30" w:rsidRPr="006C208E" w:rsidRDefault="004A6E30" w:rsidP="007A1CFD">
            <w:pPr>
              <w:pStyle w:val="NoSpacing"/>
              <w:contextualSpacing/>
              <w:rPr>
                <w:rFonts w:ascii="Times New Roman" w:hAnsi="Times New Roman" w:cs="Times New Roman"/>
                <w:sz w:val="24"/>
                <w:szCs w:val="24"/>
              </w:rPr>
            </w:pPr>
          </w:p>
        </w:tc>
      </w:tr>
      <w:tr w:rsidR="004A6E30" w:rsidRPr="006C208E" w14:paraId="6D022515" w14:textId="77777777" w:rsidTr="00261B63">
        <w:trPr>
          <w:cantSplit/>
          <w:trHeight w:val="20"/>
        </w:trPr>
        <w:tc>
          <w:tcPr>
            <w:tcW w:w="535" w:type="dxa"/>
            <w:vMerge/>
          </w:tcPr>
          <w:p w14:paraId="3819DB1C" w14:textId="77777777" w:rsidR="004A6E30" w:rsidRPr="006C208E" w:rsidRDefault="004A6E30" w:rsidP="001F3827">
            <w:pPr>
              <w:pStyle w:val="NoSpacing"/>
              <w:numPr>
                <w:ilvl w:val="0"/>
                <w:numId w:val="44"/>
              </w:numPr>
              <w:contextualSpacing/>
              <w:rPr>
                <w:rFonts w:ascii="Times New Roman" w:hAnsi="Times New Roman" w:cs="Times New Roman"/>
                <w:sz w:val="24"/>
                <w:szCs w:val="24"/>
              </w:rPr>
            </w:pPr>
          </w:p>
        </w:tc>
        <w:tc>
          <w:tcPr>
            <w:tcW w:w="2047" w:type="dxa"/>
            <w:vAlign w:val="center"/>
          </w:tcPr>
          <w:p w14:paraId="52F7A19B" w14:textId="77777777" w:rsidR="004A6E30" w:rsidRPr="006C208E" w:rsidRDefault="004A6E30" w:rsidP="007A1CFD">
            <w:pPr>
              <w:pStyle w:val="NoSpacing"/>
              <w:contextualSpacing/>
              <w:jc w:val="center"/>
              <w:rPr>
                <w:rFonts w:ascii="Times New Roman" w:hAnsi="Times New Roman" w:cs="Times New Roman"/>
                <w:sz w:val="24"/>
                <w:szCs w:val="24"/>
              </w:rPr>
            </w:pPr>
            <w:r w:rsidRPr="006C208E">
              <w:rPr>
                <w:rFonts w:ascii="Times New Roman" w:hAnsi="Times New Roman" w:cs="Times New Roman"/>
                <w:sz w:val="24"/>
                <w:szCs w:val="24"/>
              </w:rPr>
              <w:t>iv.</w:t>
            </w:r>
          </w:p>
        </w:tc>
        <w:tc>
          <w:tcPr>
            <w:tcW w:w="2168" w:type="dxa"/>
            <w:gridSpan w:val="3"/>
          </w:tcPr>
          <w:p w14:paraId="00FF8863" w14:textId="10A5E37F" w:rsidR="004A6E30" w:rsidRPr="006C208E" w:rsidRDefault="004A6E30" w:rsidP="007A1CFD">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Public Procurement and Disposal of Assets Authority (PPDA)</w:t>
            </w:r>
          </w:p>
        </w:tc>
        <w:tc>
          <w:tcPr>
            <w:tcW w:w="2334" w:type="dxa"/>
            <w:gridSpan w:val="3"/>
          </w:tcPr>
          <w:p w14:paraId="661FDF9B" w14:textId="77777777" w:rsidR="004A6E30" w:rsidRPr="006C208E" w:rsidRDefault="004A6E30" w:rsidP="007A1CFD">
            <w:pPr>
              <w:pStyle w:val="NoSpacing"/>
              <w:contextualSpacing/>
              <w:rPr>
                <w:rFonts w:ascii="Times New Roman" w:hAnsi="Times New Roman" w:cs="Times New Roman"/>
                <w:sz w:val="24"/>
                <w:szCs w:val="24"/>
              </w:rPr>
            </w:pPr>
          </w:p>
        </w:tc>
        <w:tc>
          <w:tcPr>
            <w:tcW w:w="2308" w:type="dxa"/>
            <w:gridSpan w:val="2"/>
          </w:tcPr>
          <w:p w14:paraId="6FD22C80" w14:textId="77777777" w:rsidR="004A6E30" w:rsidRPr="006C208E" w:rsidRDefault="004A6E30" w:rsidP="007A1CFD">
            <w:pPr>
              <w:pStyle w:val="NoSpacing"/>
              <w:contextualSpacing/>
              <w:rPr>
                <w:rFonts w:ascii="Times New Roman" w:hAnsi="Times New Roman" w:cs="Times New Roman"/>
                <w:sz w:val="24"/>
                <w:szCs w:val="24"/>
              </w:rPr>
            </w:pPr>
          </w:p>
        </w:tc>
      </w:tr>
      <w:tr w:rsidR="004A6E30" w:rsidRPr="006C208E" w14:paraId="4B524101" w14:textId="77777777" w:rsidTr="00261B63">
        <w:trPr>
          <w:cantSplit/>
          <w:trHeight w:val="494"/>
        </w:trPr>
        <w:tc>
          <w:tcPr>
            <w:tcW w:w="535" w:type="dxa"/>
            <w:vMerge/>
          </w:tcPr>
          <w:p w14:paraId="5F12D7EC" w14:textId="77777777" w:rsidR="004A6E30" w:rsidRPr="006C208E" w:rsidRDefault="004A6E30" w:rsidP="001F3827">
            <w:pPr>
              <w:pStyle w:val="NoSpacing"/>
              <w:numPr>
                <w:ilvl w:val="0"/>
                <w:numId w:val="44"/>
              </w:numPr>
              <w:contextualSpacing/>
              <w:rPr>
                <w:rFonts w:ascii="Times New Roman" w:hAnsi="Times New Roman" w:cs="Times New Roman"/>
                <w:sz w:val="24"/>
                <w:szCs w:val="24"/>
              </w:rPr>
            </w:pPr>
          </w:p>
        </w:tc>
        <w:tc>
          <w:tcPr>
            <w:tcW w:w="2047" w:type="dxa"/>
            <w:vAlign w:val="center"/>
          </w:tcPr>
          <w:p w14:paraId="70F26D05" w14:textId="4A4938DC" w:rsidR="004A6E30" w:rsidRPr="006C208E" w:rsidRDefault="004A6E30" w:rsidP="007A1CFD">
            <w:pPr>
              <w:pStyle w:val="NoSpacing"/>
              <w:contextualSpacing/>
              <w:jc w:val="center"/>
              <w:rPr>
                <w:rFonts w:ascii="Times New Roman" w:hAnsi="Times New Roman" w:cs="Times New Roman"/>
                <w:sz w:val="24"/>
                <w:szCs w:val="24"/>
              </w:rPr>
            </w:pPr>
            <w:r>
              <w:rPr>
                <w:rFonts w:ascii="Times New Roman" w:hAnsi="Times New Roman" w:cs="Times New Roman"/>
                <w:sz w:val="24"/>
                <w:szCs w:val="24"/>
              </w:rPr>
              <w:t xml:space="preserve">v. </w:t>
            </w:r>
          </w:p>
        </w:tc>
        <w:tc>
          <w:tcPr>
            <w:tcW w:w="2168" w:type="dxa"/>
            <w:gridSpan w:val="3"/>
          </w:tcPr>
          <w:p w14:paraId="1F4D556D" w14:textId="27822949" w:rsidR="004A6E30" w:rsidRPr="006C208E" w:rsidRDefault="004A6E30" w:rsidP="007A1CFD">
            <w:pPr>
              <w:pStyle w:val="NoSpacing"/>
              <w:contextualSpacing/>
              <w:rPr>
                <w:rFonts w:ascii="Times New Roman" w:hAnsi="Times New Roman" w:cs="Times New Roman"/>
                <w:i/>
                <w:iCs/>
                <w:sz w:val="24"/>
                <w:szCs w:val="24"/>
              </w:rPr>
            </w:pPr>
            <w:r w:rsidRPr="00E829C5">
              <w:rPr>
                <w:rFonts w:ascii="Times New Roman" w:hAnsi="Times New Roman" w:cs="Times New Roman"/>
                <w:sz w:val="24"/>
                <w:szCs w:val="24"/>
              </w:rPr>
              <w:t>Tax Clearance Certificate (TCC)</w:t>
            </w:r>
          </w:p>
        </w:tc>
        <w:tc>
          <w:tcPr>
            <w:tcW w:w="2334" w:type="dxa"/>
            <w:gridSpan w:val="3"/>
          </w:tcPr>
          <w:p w14:paraId="74D2ECC5" w14:textId="77777777" w:rsidR="004A6E30" w:rsidRPr="006C208E" w:rsidRDefault="004A6E30" w:rsidP="007A1CFD">
            <w:pPr>
              <w:pStyle w:val="NoSpacing"/>
              <w:contextualSpacing/>
              <w:rPr>
                <w:rFonts w:ascii="Times New Roman" w:hAnsi="Times New Roman" w:cs="Times New Roman"/>
                <w:sz w:val="24"/>
                <w:szCs w:val="24"/>
              </w:rPr>
            </w:pPr>
          </w:p>
        </w:tc>
        <w:tc>
          <w:tcPr>
            <w:tcW w:w="2308" w:type="dxa"/>
            <w:gridSpan w:val="2"/>
          </w:tcPr>
          <w:p w14:paraId="5AD227EB" w14:textId="77777777" w:rsidR="004A6E30" w:rsidRPr="006C208E" w:rsidRDefault="004A6E30" w:rsidP="007A1CFD">
            <w:pPr>
              <w:pStyle w:val="NoSpacing"/>
              <w:contextualSpacing/>
              <w:rPr>
                <w:rFonts w:ascii="Times New Roman" w:hAnsi="Times New Roman" w:cs="Times New Roman"/>
                <w:sz w:val="24"/>
                <w:szCs w:val="24"/>
              </w:rPr>
            </w:pPr>
          </w:p>
        </w:tc>
      </w:tr>
      <w:tr w:rsidR="004A6E30" w:rsidRPr="006C208E" w14:paraId="12F526B3" w14:textId="77777777" w:rsidTr="00261B63">
        <w:trPr>
          <w:cantSplit/>
          <w:trHeight w:val="20"/>
        </w:trPr>
        <w:tc>
          <w:tcPr>
            <w:tcW w:w="535" w:type="dxa"/>
            <w:vMerge/>
          </w:tcPr>
          <w:p w14:paraId="05931A45" w14:textId="77777777" w:rsidR="004A6E30" w:rsidRPr="006C208E" w:rsidRDefault="004A6E30" w:rsidP="001F3827">
            <w:pPr>
              <w:pStyle w:val="NoSpacing"/>
              <w:numPr>
                <w:ilvl w:val="0"/>
                <w:numId w:val="44"/>
              </w:numPr>
              <w:contextualSpacing/>
              <w:rPr>
                <w:rFonts w:ascii="Times New Roman" w:hAnsi="Times New Roman" w:cs="Times New Roman"/>
                <w:sz w:val="24"/>
                <w:szCs w:val="24"/>
              </w:rPr>
            </w:pPr>
          </w:p>
        </w:tc>
        <w:tc>
          <w:tcPr>
            <w:tcW w:w="2047" w:type="dxa"/>
            <w:vAlign w:val="center"/>
          </w:tcPr>
          <w:p w14:paraId="776382C2" w14:textId="77777777" w:rsidR="004A6E30" w:rsidRPr="006C208E" w:rsidRDefault="004A6E30" w:rsidP="007A1CFD">
            <w:pPr>
              <w:pStyle w:val="NoSpacing"/>
              <w:contextualSpacing/>
              <w:jc w:val="center"/>
              <w:rPr>
                <w:rFonts w:ascii="Times New Roman" w:hAnsi="Times New Roman" w:cs="Times New Roman"/>
                <w:sz w:val="24"/>
                <w:szCs w:val="24"/>
              </w:rPr>
            </w:pPr>
          </w:p>
        </w:tc>
        <w:tc>
          <w:tcPr>
            <w:tcW w:w="2168" w:type="dxa"/>
            <w:gridSpan w:val="3"/>
          </w:tcPr>
          <w:p w14:paraId="3F9C476F" w14:textId="3D974B2A" w:rsidR="004A6E30" w:rsidRPr="006C208E" w:rsidRDefault="004A6E30" w:rsidP="007A1CFD">
            <w:pPr>
              <w:pStyle w:val="NoSpacing"/>
              <w:contextualSpacing/>
              <w:rPr>
                <w:rFonts w:ascii="Times New Roman" w:hAnsi="Times New Roman" w:cs="Times New Roman"/>
                <w:i/>
                <w:iCs/>
                <w:sz w:val="24"/>
                <w:szCs w:val="24"/>
              </w:rPr>
            </w:pPr>
            <w:r w:rsidRPr="006C208E">
              <w:rPr>
                <w:rFonts w:ascii="Times New Roman" w:hAnsi="Times New Roman" w:cs="Times New Roman"/>
                <w:i/>
                <w:iCs/>
                <w:sz w:val="24"/>
                <w:szCs w:val="24"/>
              </w:rPr>
              <w:t>[Please add any other registration bodies as required]</w:t>
            </w:r>
          </w:p>
        </w:tc>
        <w:tc>
          <w:tcPr>
            <w:tcW w:w="2334" w:type="dxa"/>
            <w:gridSpan w:val="3"/>
          </w:tcPr>
          <w:p w14:paraId="696D4A02" w14:textId="77777777" w:rsidR="004A6E30" w:rsidRPr="006C208E" w:rsidRDefault="004A6E30" w:rsidP="007A1CFD">
            <w:pPr>
              <w:pStyle w:val="NoSpacing"/>
              <w:contextualSpacing/>
              <w:rPr>
                <w:rFonts w:ascii="Times New Roman" w:hAnsi="Times New Roman" w:cs="Times New Roman"/>
                <w:sz w:val="24"/>
                <w:szCs w:val="24"/>
              </w:rPr>
            </w:pPr>
          </w:p>
        </w:tc>
        <w:tc>
          <w:tcPr>
            <w:tcW w:w="2308" w:type="dxa"/>
            <w:gridSpan w:val="2"/>
          </w:tcPr>
          <w:p w14:paraId="20BD2304" w14:textId="77777777" w:rsidR="004A6E30" w:rsidRPr="006C208E" w:rsidRDefault="004A6E30" w:rsidP="007A1CFD">
            <w:pPr>
              <w:pStyle w:val="NoSpacing"/>
              <w:contextualSpacing/>
              <w:rPr>
                <w:rFonts w:ascii="Times New Roman" w:hAnsi="Times New Roman" w:cs="Times New Roman"/>
                <w:sz w:val="24"/>
                <w:szCs w:val="24"/>
              </w:rPr>
            </w:pPr>
          </w:p>
        </w:tc>
      </w:tr>
      <w:tr w:rsidR="00F139FF" w:rsidRPr="006C208E" w14:paraId="2ACBFF9C" w14:textId="77777777" w:rsidTr="00261B63">
        <w:trPr>
          <w:cantSplit/>
          <w:trHeight w:val="20"/>
        </w:trPr>
        <w:tc>
          <w:tcPr>
            <w:tcW w:w="535" w:type="dxa"/>
            <w:vMerge w:val="restart"/>
            <w:vAlign w:val="center"/>
          </w:tcPr>
          <w:p w14:paraId="065576C4" w14:textId="68721C8A" w:rsidR="006D602E" w:rsidRPr="006C208E" w:rsidRDefault="006D602E" w:rsidP="001F3827">
            <w:pPr>
              <w:pStyle w:val="NoSpacing"/>
              <w:numPr>
                <w:ilvl w:val="0"/>
                <w:numId w:val="44"/>
              </w:numPr>
              <w:contextualSpacing/>
              <w:rPr>
                <w:rFonts w:ascii="Times New Roman" w:hAnsi="Times New Roman" w:cs="Times New Roman"/>
                <w:sz w:val="24"/>
                <w:szCs w:val="24"/>
              </w:rPr>
            </w:pPr>
          </w:p>
        </w:tc>
        <w:tc>
          <w:tcPr>
            <w:tcW w:w="2047" w:type="dxa"/>
            <w:vAlign w:val="center"/>
          </w:tcPr>
          <w:p w14:paraId="17B9F27B" w14:textId="77777777" w:rsidR="006D602E" w:rsidRPr="006C208E" w:rsidRDefault="006D602E" w:rsidP="006C208E">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Address of the regis</w:t>
            </w:r>
            <w:r w:rsidRPr="006C208E">
              <w:rPr>
                <w:rFonts w:ascii="Times New Roman" w:hAnsi="Times New Roman" w:cs="Times New Roman"/>
                <w:sz w:val="24"/>
                <w:szCs w:val="24"/>
              </w:rPr>
              <w:softHyphen/>
              <w:t>tered office, if differ</w:t>
            </w:r>
            <w:r w:rsidRPr="006C208E">
              <w:rPr>
                <w:rFonts w:ascii="Times New Roman" w:hAnsi="Times New Roman" w:cs="Times New Roman"/>
                <w:sz w:val="24"/>
                <w:szCs w:val="24"/>
              </w:rPr>
              <w:softHyphen/>
              <w:t>ent from head office</w:t>
            </w:r>
          </w:p>
        </w:tc>
        <w:tc>
          <w:tcPr>
            <w:tcW w:w="6810" w:type="dxa"/>
            <w:gridSpan w:val="8"/>
            <w:vAlign w:val="center"/>
          </w:tcPr>
          <w:p w14:paraId="539811C7" w14:textId="77777777" w:rsidR="006D602E" w:rsidRPr="006C208E" w:rsidRDefault="006D602E" w:rsidP="006C208E">
            <w:pPr>
              <w:pStyle w:val="NoSpacing"/>
              <w:contextualSpacing/>
              <w:rPr>
                <w:rFonts w:ascii="Times New Roman" w:hAnsi="Times New Roman" w:cs="Times New Roman"/>
                <w:sz w:val="24"/>
                <w:szCs w:val="24"/>
              </w:rPr>
            </w:pPr>
          </w:p>
          <w:p w14:paraId="0BEEE8DF" w14:textId="77777777" w:rsidR="006D602E" w:rsidRPr="006C208E" w:rsidRDefault="006D602E" w:rsidP="006C208E">
            <w:pPr>
              <w:pStyle w:val="NoSpacing"/>
              <w:contextualSpacing/>
              <w:rPr>
                <w:rFonts w:ascii="Times New Roman" w:hAnsi="Times New Roman" w:cs="Times New Roman"/>
                <w:sz w:val="24"/>
                <w:szCs w:val="24"/>
              </w:rPr>
            </w:pPr>
          </w:p>
          <w:p w14:paraId="676863DD" w14:textId="77777777" w:rsidR="006D602E" w:rsidRPr="006C208E" w:rsidRDefault="006D602E" w:rsidP="006C208E">
            <w:pPr>
              <w:pStyle w:val="NoSpacing"/>
              <w:contextualSpacing/>
              <w:rPr>
                <w:rFonts w:ascii="Times New Roman" w:hAnsi="Times New Roman" w:cs="Times New Roman"/>
                <w:sz w:val="24"/>
                <w:szCs w:val="24"/>
              </w:rPr>
            </w:pPr>
          </w:p>
        </w:tc>
      </w:tr>
      <w:tr w:rsidR="00F139FF" w:rsidRPr="006C208E" w14:paraId="246AE5FB" w14:textId="77777777" w:rsidTr="00261B63">
        <w:trPr>
          <w:cantSplit/>
          <w:trHeight w:val="20"/>
        </w:trPr>
        <w:tc>
          <w:tcPr>
            <w:tcW w:w="535" w:type="dxa"/>
            <w:vMerge/>
          </w:tcPr>
          <w:p w14:paraId="6F19D3D8" w14:textId="77777777" w:rsidR="006D602E" w:rsidRPr="006C208E" w:rsidRDefault="006D602E" w:rsidP="001F3827">
            <w:pPr>
              <w:pStyle w:val="NoSpacing"/>
              <w:numPr>
                <w:ilvl w:val="0"/>
                <w:numId w:val="44"/>
              </w:numPr>
              <w:contextualSpacing/>
              <w:rPr>
                <w:rFonts w:ascii="Times New Roman" w:hAnsi="Times New Roman" w:cs="Times New Roman"/>
                <w:sz w:val="24"/>
                <w:szCs w:val="24"/>
              </w:rPr>
            </w:pPr>
          </w:p>
        </w:tc>
        <w:tc>
          <w:tcPr>
            <w:tcW w:w="2047" w:type="dxa"/>
            <w:vAlign w:val="center"/>
          </w:tcPr>
          <w:p w14:paraId="4CE0ECF2" w14:textId="77777777" w:rsidR="006D602E" w:rsidRPr="006C208E" w:rsidRDefault="006D602E" w:rsidP="006C208E">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Telephone</w:t>
            </w:r>
          </w:p>
        </w:tc>
        <w:tc>
          <w:tcPr>
            <w:tcW w:w="2168" w:type="dxa"/>
            <w:gridSpan w:val="3"/>
            <w:vAlign w:val="center"/>
          </w:tcPr>
          <w:p w14:paraId="6BEED3E8" w14:textId="77777777" w:rsidR="006D602E" w:rsidRPr="006C208E" w:rsidRDefault="006D602E" w:rsidP="006C208E">
            <w:pPr>
              <w:pStyle w:val="NoSpacing"/>
              <w:contextualSpacing/>
              <w:rPr>
                <w:rFonts w:ascii="Times New Roman" w:hAnsi="Times New Roman" w:cs="Times New Roman"/>
                <w:sz w:val="24"/>
                <w:szCs w:val="24"/>
              </w:rPr>
            </w:pPr>
          </w:p>
          <w:p w14:paraId="44445CDF" w14:textId="77777777" w:rsidR="006D602E" w:rsidRPr="006C208E" w:rsidRDefault="006D602E" w:rsidP="006C208E">
            <w:pPr>
              <w:pStyle w:val="NoSpacing"/>
              <w:contextualSpacing/>
              <w:rPr>
                <w:rFonts w:ascii="Times New Roman" w:hAnsi="Times New Roman" w:cs="Times New Roman"/>
                <w:sz w:val="24"/>
                <w:szCs w:val="24"/>
              </w:rPr>
            </w:pPr>
          </w:p>
          <w:p w14:paraId="0DABBEF1" w14:textId="77777777" w:rsidR="006D602E" w:rsidRPr="006C208E" w:rsidRDefault="006D602E" w:rsidP="006C208E">
            <w:pPr>
              <w:pStyle w:val="NoSpacing"/>
              <w:contextualSpacing/>
              <w:rPr>
                <w:rFonts w:ascii="Times New Roman" w:hAnsi="Times New Roman" w:cs="Times New Roman"/>
                <w:sz w:val="24"/>
                <w:szCs w:val="24"/>
              </w:rPr>
            </w:pPr>
          </w:p>
        </w:tc>
        <w:tc>
          <w:tcPr>
            <w:tcW w:w="2334" w:type="dxa"/>
            <w:gridSpan w:val="3"/>
            <w:vAlign w:val="center"/>
          </w:tcPr>
          <w:p w14:paraId="10C8D48F" w14:textId="77777777" w:rsidR="006D602E" w:rsidRPr="006C208E" w:rsidRDefault="006D602E" w:rsidP="006C208E">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Alternate Mobile</w:t>
            </w:r>
          </w:p>
        </w:tc>
        <w:tc>
          <w:tcPr>
            <w:tcW w:w="2308" w:type="dxa"/>
            <w:gridSpan w:val="2"/>
          </w:tcPr>
          <w:p w14:paraId="038F1D7D" w14:textId="77777777" w:rsidR="006D602E" w:rsidRPr="006C208E" w:rsidRDefault="006D602E" w:rsidP="006C208E">
            <w:pPr>
              <w:pStyle w:val="NoSpacing"/>
              <w:contextualSpacing/>
              <w:rPr>
                <w:rFonts w:ascii="Times New Roman" w:hAnsi="Times New Roman" w:cs="Times New Roman"/>
                <w:sz w:val="24"/>
                <w:szCs w:val="24"/>
              </w:rPr>
            </w:pPr>
          </w:p>
        </w:tc>
      </w:tr>
      <w:tr w:rsidR="00F139FF" w:rsidRPr="006C208E" w14:paraId="683D4892" w14:textId="77777777" w:rsidTr="00261B63">
        <w:trPr>
          <w:cantSplit/>
          <w:trHeight w:val="449"/>
        </w:trPr>
        <w:tc>
          <w:tcPr>
            <w:tcW w:w="535" w:type="dxa"/>
            <w:vMerge/>
          </w:tcPr>
          <w:p w14:paraId="3405900C" w14:textId="77777777" w:rsidR="006D602E" w:rsidRPr="006C208E" w:rsidRDefault="006D602E" w:rsidP="001F3827">
            <w:pPr>
              <w:pStyle w:val="NoSpacing"/>
              <w:numPr>
                <w:ilvl w:val="0"/>
                <w:numId w:val="44"/>
              </w:numPr>
              <w:contextualSpacing/>
              <w:rPr>
                <w:rFonts w:ascii="Times New Roman" w:hAnsi="Times New Roman" w:cs="Times New Roman"/>
                <w:sz w:val="24"/>
                <w:szCs w:val="24"/>
              </w:rPr>
            </w:pPr>
          </w:p>
        </w:tc>
        <w:tc>
          <w:tcPr>
            <w:tcW w:w="2047" w:type="dxa"/>
            <w:vAlign w:val="center"/>
          </w:tcPr>
          <w:p w14:paraId="5473E93C" w14:textId="77777777" w:rsidR="006D602E" w:rsidRPr="006C208E" w:rsidRDefault="006D602E" w:rsidP="006C208E">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E-mail</w:t>
            </w:r>
          </w:p>
        </w:tc>
        <w:tc>
          <w:tcPr>
            <w:tcW w:w="2168" w:type="dxa"/>
            <w:gridSpan w:val="3"/>
            <w:vAlign w:val="center"/>
          </w:tcPr>
          <w:p w14:paraId="7DC78A92" w14:textId="77777777" w:rsidR="006D602E" w:rsidRPr="006C208E" w:rsidRDefault="006D602E" w:rsidP="006C208E">
            <w:pPr>
              <w:pStyle w:val="NoSpacing"/>
              <w:contextualSpacing/>
              <w:rPr>
                <w:rFonts w:ascii="Times New Roman" w:hAnsi="Times New Roman" w:cs="Times New Roman"/>
                <w:sz w:val="24"/>
                <w:szCs w:val="24"/>
              </w:rPr>
            </w:pPr>
          </w:p>
        </w:tc>
        <w:tc>
          <w:tcPr>
            <w:tcW w:w="2334" w:type="dxa"/>
            <w:gridSpan w:val="3"/>
            <w:vAlign w:val="center"/>
          </w:tcPr>
          <w:p w14:paraId="6B1BF2D4" w14:textId="77777777" w:rsidR="006D602E" w:rsidRPr="006C208E" w:rsidRDefault="006D602E" w:rsidP="006C208E">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Alternate E-mail</w:t>
            </w:r>
          </w:p>
        </w:tc>
        <w:tc>
          <w:tcPr>
            <w:tcW w:w="2308" w:type="dxa"/>
            <w:gridSpan w:val="2"/>
          </w:tcPr>
          <w:p w14:paraId="2A3FAF85" w14:textId="77777777" w:rsidR="006D602E" w:rsidRPr="006C208E" w:rsidRDefault="006D602E" w:rsidP="006C208E">
            <w:pPr>
              <w:pStyle w:val="NoSpacing"/>
              <w:contextualSpacing/>
              <w:rPr>
                <w:rFonts w:ascii="Times New Roman" w:hAnsi="Times New Roman" w:cs="Times New Roman"/>
                <w:sz w:val="24"/>
                <w:szCs w:val="24"/>
              </w:rPr>
            </w:pPr>
          </w:p>
        </w:tc>
      </w:tr>
      <w:tr w:rsidR="00F139FF" w:rsidRPr="006C208E" w14:paraId="30743AB8" w14:textId="77777777" w:rsidTr="00261B63">
        <w:trPr>
          <w:cantSplit/>
          <w:trHeight w:val="20"/>
        </w:trPr>
        <w:tc>
          <w:tcPr>
            <w:tcW w:w="535" w:type="dxa"/>
            <w:vAlign w:val="center"/>
          </w:tcPr>
          <w:p w14:paraId="1215FF47" w14:textId="7CBDD131" w:rsidR="006D602E" w:rsidRPr="006C208E" w:rsidRDefault="006D602E" w:rsidP="001F3827">
            <w:pPr>
              <w:pStyle w:val="NoSpacing"/>
              <w:numPr>
                <w:ilvl w:val="0"/>
                <w:numId w:val="44"/>
              </w:numPr>
              <w:contextualSpacing/>
              <w:rPr>
                <w:rFonts w:ascii="Times New Roman" w:hAnsi="Times New Roman" w:cs="Times New Roman"/>
                <w:sz w:val="24"/>
                <w:szCs w:val="24"/>
              </w:rPr>
            </w:pPr>
          </w:p>
        </w:tc>
        <w:tc>
          <w:tcPr>
            <w:tcW w:w="2047" w:type="dxa"/>
            <w:vAlign w:val="center"/>
          </w:tcPr>
          <w:p w14:paraId="70EF1265" w14:textId="065C92EE" w:rsidR="006D602E" w:rsidRPr="006C208E" w:rsidRDefault="00F441CA" w:rsidP="006C208E">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 xml:space="preserve">Shareholding </w:t>
            </w:r>
            <w:r w:rsidR="006D602E" w:rsidRPr="006C208E">
              <w:rPr>
                <w:rFonts w:ascii="Times New Roman" w:hAnsi="Times New Roman" w:cs="Times New Roman"/>
                <w:sz w:val="24"/>
                <w:szCs w:val="24"/>
              </w:rPr>
              <w:t>structure of the organization</w:t>
            </w:r>
          </w:p>
        </w:tc>
        <w:tc>
          <w:tcPr>
            <w:tcW w:w="6810" w:type="dxa"/>
            <w:gridSpan w:val="8"/>
            <w:vAlign w:val="center"/>
          </w:tcPr>
          <w:p w14:paraId="1AEA7AC3" w14:textId="65C5ED8D" w:rsidR="006D602E" w:rsidRPr="006C208E" w:rsidRDefault="00F441CA" w:rsidP="006C208E">
            <w:pPr>
              <w:pStyle w:val="NoSpacing"/>
              <w:contextualSpacing/>
              <w:jc w:val="both"/>
              <w:rPr>
                <w:rFonts w:ascii="Times New Roman" w:hAnsi="Times New Roman" w:cs="Times New Roman"/>
                <w:sz w:val="24"/>
                <w:szCs w:val="24"/>
              </w:rPr>
            </w:pPr>
            <w:r w:rsidRPr="006C208E">
              <w:rPr>
                <w:rFonts w:ascii="Times New Roman" w:hAnsi="Times New Roman" w:cs="Times New Roman"/>
                <w:i/>
                <w:iCs/>
                <w:sz w:val="24"/>
                <w:szCs w:val="24"/>
              </w:rPr>
              <w:t>[Please mention name of shareholders</w:t>
            </w:r>
            <w:r w:rsidR="006C20DF">
              <w:rPr>
                <w:rFonts w:ascii="Times New Roman" w:hAnsi="Times New Roman" w:cs="Times New Roman"/>
                <w:i/>
                <w:iCs/>
                <w:sz w:val="24"/>
                <w:szCs w:val="24"/>
              </w:rPr>
              <w:t>, number of shares</w:t>
            </w:r>
            <w:r w:rsidRPr="006C208E">
              <w:rPr>
                <w:rFonts w:ascii="Times New Roman" w:hAnsi="Times New Roman" w:cs="Times New Roman"/>
                <w:i/>
                <w:iCs/>
                <w:sz w:val="24"/>
                <w:szCs w:val="24"/>
              </w:rPr>
              <w:t xml:space="preserve"> and their percentage holdings]</w:t>
            </w:r>
          </w:p>
        </w:tc>
      </w:tr>
      <w:tr w:rsidR="00F139FF" w:rsidRPr="006C208E" w14:paraId="40C843FC" w14:textId="77777777" w:rsidTr="00261B63">
        <w:trPr>
          <w:cantSplit/>
          <w:trHeight w:val="20"/>
        </w:trPr>
        <w:tc>
          <w:tcPr>
            <w:tcW w:w="535" w:type="dxa"/>
            <w:vAlign w:val="center"/>
          </w:tcPr>
          <w:p w14:paraId="75FD814D" w14:textId="190F36B2" w:rsidR="006D602E" w:rsidRPr="006C208E" w:rsidRDefault="006D602E" w:rsidP="001F3827">
            <w:pPr>
              <w:pStyle w:val="NoSpacing"/>
              <w:numPr>
                <w:ilvl w:val="0"/>
                <w:numId w:val="44"/>
              </w:numPr>
              <w:contextualSpacing/>
              <w:rPr>
                <w:rFonts w:ascii="Times New Roman" w:hAnsi="Times New Roman" w:cs="Times New Roman"/>
                <w:sz w:val="24"/>
                <w:szCs w:val="24"/>
              </w:rPr>
            </w:pPr>
          </w:p>
        </w:tc>
        <w:tc>
          <w:tcPr>
            <w:tcW w:w="2047" w:type="dxa"/>
          </w:tcPr>
          <w:p w14:paraId="19566CB9" w14:textId="77777777" w:rsidR="006D602E" w:rsidRPr="006C208E" w:rsidRDefault="006D602E" w:rsidP="006C208E">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Name of Chairperson of Board</w:t>
            </w:r>
          </w:p>
        </w:tc>
        <w:tc>
          <w:tcPr>
            <w:tcW w:w="6810" w:type="dxa"/>
            <w:gridSpan w:val="8"/>
          </w:tcPr>
          <w:p w14:paraId="2395B187" w14:textId="77777777" w:rsidR="006D602E" w:rsidRPr="006C208E" w:rsidRDefault="006D602E" w:rsidP="006C208E">
            <w:pPr>
              <w:pStyle w:val="NoSpacing"/>
              <w:contextualSpacing/>
              <w:rPr>
                <w:rFonts w:ascii="Times New Roman" w:hAnsi="Times New Roman" w:cs="Times New Roman"/>
                <w:sz w:val="24"/>
                <w:szCs w:val="24"/>
              </w:rPr>
            </w:pPr>
          </w:p>
        </w:tc>
      </w:tr>
      <w:tr w:rsidR="00F139FF" w:rsidRPr="006C208E" w14:paraId="2BDE79FA" w14:textId="77777777" w:rsidTr="00261B63">
        <w:trPr>
          <w:cantSplit/>
          <w:trHeight w:val="638"/>
        </w:trPr>
        <w:tc>
          <w:tcPr>
            <w:tcW w:w="535" w:type="dxa"/>
            <w:vAlign w:val="center"/>
          </w:tcPr>
          <w:p w14:paraId="5DE5005F" w14:textId="77B201BC" w:rsidR="006D602E" w:rsidRPr="006C208E" w:rsidRDefault="006D602E" w:rsidP="001F3827">
            <w:pPr>
              <w:pStyle w:val="NoSpacing"/>
              <w:numPr>
                <w:ilvl w:val="0"/>
                <w:numId w:val="44"/>
              </w:numPr>
              <w:contextualSpacing/>
              <w:rPr>
                <w:rFonts w:ascii="Times New Roman" w:hAnsi="Times New Roman" w:cs="Times New Roman"/>
                <w:sz w:val="24"/>
                <w:szCs w:val="24"/>
              </w:rPr>
            </w:pPr>
          </w:p>
        </w:tc>
        <w:tc>
          <w:tcPr>
            <w:tcW w:w="2047" w:type="dxa"/>
          </w:tcPr>
          <w:p w14:paraId="354C36F2" w14:textId="0D48CCED" w:rsidR="006D602E" w:rsidRPr="006C208E" w:rsidRDefault="006D602E" w:rsidP="006C208E">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Name of C</w:t>
            </w:r>
            <w:r w:rsidR="00F441CA" w:rsidRPr="006C208E">
              <w:rPr>
                <w:rFonts w:ascii="Times New Roman" w:hAnsi="Times New Roman" w:cs="Times New Roman"/>
                <w:sz w:val="24"/>
                <w:szCs w:val="24"/>
              </w:rPr>
              <w:t>EO</w:t>
            </w:r>
            <w:r w:rsidR="00FE2043" w:rsidRPr="006C208E">
              <w:rPr>
                <w:rFonts w:ascii="Times New Roman" w:hAnsi="Times New Roman" w:cs="Times New Roman"/>
                <w:sz w:val="24"/>
                <w:szCs w:val="24"/>
              </w:rPr>
              <w:t xml:space="preserve"> </w:t>
            </w:r>
            <w:r w:rsidRPr="006C208E">
              <w:rPr>
                <w:rFonts w:ascii="Times New Roman" w:hAnsi="Times New Roman" w:cs="Times New Roman"/>
                <w:sz w:val="24"/>
                <w:szCs w:val="24"/>
              </w:rPr>
              <w:t>/</w:t>
            </w:r>
            <w:r w:rsidR="00FE2043" w:rsidRPr="006C208E">
              <w:rPr>
                <w:rFonts w:ascii="Times New Roman" w:hAnsi="Times New Roman" w:cs="Times New Roman"/>
                <w:sz w:val="24"/>
                <w:szCs w:val="24"/>
              </w:rPr>
              <w:t xml:space="preserve"> </w:t>
            </w:r>
            <w:r w:rsidRPr="006C208E">
              <w:rPr>
                <w:rFonts w:ascii="Times New Roman" w:hAnsi="Times New Roman" w:cs="Times New Roman"/>
                <w:sz w:val="24"/>
                <w:szCs w:val="24"/>
              </w:rPr>
              <w:t>M</w:t>
            </w:r>
            <w:r w:rsidR="00F441CA" w:rsidRPr="006C208E">
              <w:rPr>
                <w:rFonts w:ascii="Times New Roman" w:hAnsi="Times New Roman" w:cs="Times New Roman"/>
                <w:sz w:val="24"/>
                <w:szCs w:val="24"/>
              </w:rPr>
              <w:t>D</w:t>
            </w:r>
            <w:r w:rsidR="00FE2043" w:rsidRPr="006C208E">
              <w:rPr>
                <w:rFonts w:ascii="Times New Roman" w:hAnsi="Times New Roman" w:cs="Times New Roman"/>
                <w:sz w:val="24"/>
                <w:szCs w:val="24"/>
              </w:rPr>
              <w:t xml:space="preserve"> </w:t>
            </w:r>
          </w:p>
        </w:tc>
        <w:tc>
          <w:tcPr>
            <w:tcW w:w="6810" w:type="dxa"/>
            <w:gridSpan w:val="8"/>
          </w:tcPr>
          <w:p w14:paraId="47E4B41C" w14:textId="77777777" w:rsidR="006D602E" w:rsidRPr="006C208E" w:rsidRDefault="006D602E" w:rsidP="006C208E">
            <w:pPr>
              <w:pStyle w:val="NoSpacing"/>
              <w:contextualSpacing/>
              <w:rPr>
                <w:rFonts w:ascii="Times New Roman" w:hAnsi="Times New Roman" w:cs="Times New Roman"/>
                <w:sz w:val="24"/>
                <w:szCs w:val="24"/>
              </w:rPr>
            </w:pPr>
          </w:p>
        </w:tc>
      </w:tr>
      <w:tr w:rsidR="006D602E" w:rsidRPr="006C208E" w14:paraId="3060F8CB" w14:textId="77777777" w:rsidTr="00261B63">
        <w:trPr>
          <w:cantSplit/>
          <w:trHeight w:val="20"/>
        </w:trPr>
        <w:tc>
          <w:tcPr>
            <w:tcW w:w="535" w:type="dxa"/>
            <w:vAlign w:val="center"/>
          </w:tcPr>
          <w:p w14:paraId="10FA4391" w14:textId="02F9768C" w:rsidR="006D602E" w:rsidRPr="006C208E" w:rsidRDefault="006D602E" w:rsidP="001F3827">
            <w:pPr>
              <w:pStyle w:val="NoSpacing"/>
              <w:numPr>
                <w:ilvl w:val="0"/>
                <w:numId w:val="44"/>
              </w:numPr>
              <w:contextualSpacing/>
              <w:rPr>
                <w:rFonts w:ascii="Times New Roman" w:hAnsi="Times New Roman" w:cs="Times New Roman"/>
                <w:sz w:val="24"/>
                <w:szCs w:val="24"/>
              </w:rPr>
            </w:pPr>
          </w:p>
        </w:tc>
        <w:tc>
          <w:tcPr>
            <w:tcW w:w="2047" w:type="dxa"/>
            <w:vAlign w:val="center"/>
          </w:tcPr>
          <w:p w14:paraId="6BFEB9AF" w14:textId="5CCB916C" w:rsidR="006D602E" w:rsidRPr="006C208E" w:rsidRDefault="006D602E" w:rsidP="006C208E">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List the core activi</w:t>
            </w:r>
            <w:r w:rsidRPr="006C208E">
              <w:rPr>
                <w:rFonts w:ascii="Times New Roman" w:hAnsi="Times New Roman" w:cs="Times New Roman"/>
                <w:sz w:val="24"/>
                <w:szCs w:val="24"/>
              </w:rPr>
              <w:softHyphen/>
              <w:t>ties/</w:t>
            </w:r>
            <w:r w:rsidR="006D1C37" w:rsidRPr="006C208E">
              <w:rPr>
                <w:rFonts w:ascii="Times New Roman" w:hAnsi="Times New Roman" w:cs="Times New Roman"/>
                <w:sz w:val="24"/>
                <w:szCs w:val="24"/>
              </w:rPr>
              <w:t xml:space="preserve"> </w:t>
            </w:r>
            <w:r w:rsidRPr="006C208E">
              <w:rPr>
                <w:rFonts w:ascii="Times New Roman" w:hAnsi="Times New Roman" w:cs="Times New Roman"/>
                <w:sz w:val="24"/>
                <w:szCs w:val="24"/>
              </w:rPr>
              <w:t>programs</w:t>
            </w:r>
          </w:p>
        </w:tc>
        <w:tc>
          <w:tcPr>
            <w:tcW w:w="6810" w:type="dxa"/>
            <w:gridSpan w:val="8"/>
          </w:tcPr>
          <w:p w14:paraId="26266EA1" w14:textId="77777777" w:rsidR="006D602E" w:rsidRPr="006C208E" w:rsidRDefault="006D602E" w:rsidP="006C208E">
            <w:pPr>
              <w:pStyle w:val="NoSpacing"/>
              <w:contextualSpacing/>
              <w:rPr>
                <w:rFonts w:ascii="Times New Roman" w:hAnsi="Times New Roman" w:cs="Times New Roman"/>
                <w:sz w:val="24"/>
                <w:szCs w:val="24"/>
              </w:rPr>
            </w:pPr>
          </w:p>
          <w:p w14:paraId="2B6EDA4D" w14:textId="77777777" w:rsidR="006D602E" w:rsidRPr="006C208E" w:rsidRDefault="006D602E" w:rsidP="006C208E">
            <w:pPr>
              <w:pStyle w:val="NoSpacing"/>
              <w:contextualSpacing/>
              <w:rPr>
                <w:rFonts w:ascii="Times New Roman" w:hAnsi="Times New Roman" w:cs="Times New Roman"/>
                <w:sz w:val="24"/>
                <w:szCs w:val="24"/>
              </w:rPr>
            </w:pPr>
          </w:p>
          <w:p w14:paraId="56B97E35" w14:textId="77777777" w:rsidR="006D602E" w:rsidRPr="006C208E" w:rsidRDefault="006D602E" w:rsidP="006C208E">
            <w:pPr>
              <w:pStyle w:val="NoSpacing"/>
              <w:contextualSpacing/>
              <w:rPr>
                <w:rFonts w:ascii="Times New Roman" w:hAnsi="Times New Roman" w:cs="Times New Roman"/>
                <w:sz w:val="24"/>
                <w:szCs w:val="24"/>
              </w:rPr>
            </w:pPr>
          </w:p>
          <w:p w14:paraId="252BA6F9" w14:textId="77777777" w:rsidR="006D602E" w:rsidRPr="006C208E" w:rsidRDefault="006D602E" w:rsidP="006C208E">
            <w:pPr>
              <w:pStyle w:val="NoSpacing"/>
              <w:contextualSpacing/>
              <w:rPr>
                <w:rFonts w:ascii="Times New Roman" w:hAnsi="Times New Roman" w:cs="Times New Roman"/>
                <w:sz w:val="24"/>
                <w:szCs w:val="24"/>
              </w:rPr>
            </w:pPr>
          </w:p>
          <w:p w14:paraId="16B171A1" w14:textId="77777777" w:rsidR="006D602E" w:rsidRPr="006C208E" w:rsidRDefault="006D602E" w:rsidP="006C208E">
            <w:pPr>
              <w:pStyle w:val="NoSpacing"/>
              <w:contextualSpacing/>
              <w:rPr>
                <w:rFonts w:ascii="Times New Roman" w:hAnsi="Times New Roman" w:cs="Times New Roman"/>
                <w:sz w:val="24"/>
                <w:szCs w:val="24"/>
              </w:rPr>
            </w:pPr>
          </w:p>
        </w:tc>
      </w:tr>
      <w:tr w:rsidR="00F139FF" w:rsidRPr="006C208E" w14:paraId="10B83545" w14:textId="77777777" w:rsidTr="00A31929">
        <w:trPr>
          <w:cantSplit/>
          <w:trHeight w:val="2006"/>
        </w:trPr>
        <w:tc>
          <w:tcPr>
            <w:tcW w:w="535" w:type="dxa"/>
          </w:tcPr>
          <w:p w14:paraId="13354C48" w14:textId="3745860B" w:rsidR="006D602E" w:rsidRPr="006C208E" w:rsidRDefault="006D602E" w:rsidP="001F3827">
            <w:pPr>
              <w:pStyle w:val="NoSpacing"/>
              <w:numPr>
                <w:ilvl w:val="0"/>
                <w:numId w:val="44"/>
              </w:numPr>
              <w:contextualSpacing/>
              <w:rPr>
                <w:rFonts w:ascii="Times New Roman" w:hAnsi="Times New Roman" w:cs="Times New Roman"/>
                <w:sz w:val="24"/>
                <w:szCs w:val="24"/>
              </w:rPr>
            </w:pPr>
          </w:p>
        </w:tc>
        <w:tc>
          <w:tcPr>
            <w:tcW w:w="2047" w:type="dxa"/>
          </w:tcPr>
          <w:p w14:paraId="7EBC1309" w14:textId="7FECCC2F" w:rsidR="006D602E" w:rsidRPr="006C208E" w:rsidRDefault="006D602E" w:rsidP="006C208E">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Area of operation</w:t>
            </w:r>
            <w:r w:rsidR="00FE2043" w:rsidRPr="006C208E">
              <w:rPr>
                <w:rFonts w:ascii="Times New Roman" w:hAnsi="Times New Roman" w:cs="Times New Roman"/>
                <w:sz w:val="24"/>
                <w:szCs w:val="24"/>
              </w:rPr>
              <w:t xml:space="preserve"> in Malawi</w:t>
            </w:r>
            <w:r w:rsidRPr="006C208E">
              <w:rPr>
                <w:rFonts w:ascii="Times New Roman" w:hAnsi="Times New Roman" w:cs="Times New Roman"/>
                <w:sz w:val="24"/>
                <w:szCs w:val="24"/>
              </w:rPr>
              <w:t xml:space="preserve"> </w:t>
            </w:r>
          </w:p>
        </w:tc>
        <w:tc>
          <w:tcPr>
            <w:tcW w:w="6810" w:type="dxa"/>
            <w:gridSpan w:val="8"/>
          </w:tcPr>
          <w:p w14:paraId="7A016631" w14:textId="77777777" w:rsidR="001965A6" w:rsidRPr="006C208E" w:rsidRDefault="001965A6" w:rsidP="006C208E">
            <w:pPr>
              <w:pStyle w:val="NoSpacing"/>
              <w:contextual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228"/>
              <w:gridCol w:w="3229"/>
            </w:tblGrid>
            <w:tr w:rsidR="001965A6" w:rsidRPr="006C208E" w14:paraId="036BD2B9" w14:textId="77777777" w:rsidTr="00711771">
              <w:tc>
                <w:tcPr>
                  <w:tcW w:w="3228" w:type="dxa"/>
                  <w:vAlign w:val="center"/>
                </w:tcPr>
                <w:p w14:paraId="7F19DCE4" w14:textId="67119DB0" w:rsidR="001965A6" w:rsidRPr="006C208E" w:rsidRDefault="001965A6" w:rsidP="006C208E">
                  <w:pPr>
                    <w:pStyle w:val="NoSpacing"/>
                    <w:contextualSpacing/>
                    <w:jc w:val="center"/>
                    <w:rPr>
                      <w:rFonts w:ascii="Times New Roman" w:hAnsi="Times New Roman" w:cs="Times New Roman"/>
                      <w:b/>
                      <w:bCs/>
                      <w:sz w:val="24"/>
                      <w:szCs w:val="24"/>
                    </w:rPr>
                  </w:pPr>
                  <w:r w:rsidRPr="006C208E">
                    <w:rPr>
                      <w:rFonts w:ascii="Times New Roman" w:hAnsi="Times New Roman" w:cs="Times New Roman"/>
                      <w:b/>
                      <w:bCs/>
                      <w:sz w:val="24"/>
                      <w:szCs w:val="24"/>
                    </w:rPr>
                    <w:t>Particulars</w:t>
                  </w:r>
                </w:p>
              </w:tc>
              <w:tc>
                <w:tcPr>
                  <w:tcW w:w="3229" w:type="dxa"/>
                  <w:vAlign w:val="center"/>
                </w:tcPr>
                <w:p w14:paraId="1E3C1E87" w14:textId="46849A52" w:rsidR="001965A6" w:rsidRPr="006C208E" w:rsidRDefault="001965A6" w:rsidP="006C208E">
                  <w:pPr>
                    <w:pStyle w:val="NoSpacing"/>
                    <w:contextualSpacing/>
                    <w:jc w:val="center"/>
                    <w:rPr>
                      <w:rFonts w:ascii="Times New Roman" w:hAnsi="Times New Roman" w:cs="Times New Roman"/>
                      <w:b/>
                      <w:bCs/>
                      <w:sz w:val="24"/>
                      <w:szCs w:val="24"/>
                    </w:rPr>
                  </w:pPr>
                  <w:r w:rsidRPr="006C208E">
                    <w:rPr>
                      <w:rFonts w:ascii="Times New Roman" w:hAnsi="Times New Roman" w:cs="Times New Roman"/>
                      <w:b/>
                      <w:bCs/>
                      <w:sz w:val="24"/>
                      <w:szCs w:val="24"/>
                    </w:rPr>
                    <w:t>Name of districts</w:t>
                  </w:r>
                </w:p>
              </w:tc>
            </w:tr>
            <w:tr w:rsidR="001965A6" w:rsidRPr="006C208E" w14:paraId="3BC7C555" w14:textId="77777777" w:rsidTr="00E829C5">
              <w:trPr>
                <w:trHeight w:val="485"/>
              </w:trPr>
              <w:tc>
                <w:tcPr>
                  <w:tcW w:w="3228" w:type="dxa"/>
                  <w:vAlign w:val="center"/>
                </w:tcPr>
                <w:p w14:paraId="5A7FC717" w14:textId="525B7D5A" w:rsidR="001965A6" w:rsidRPr="006C208E" w:rsidRDefault="001965A6" w:rsidP="006C208E">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Existing operation areas</w:t>
                  </w:r>
                </w:p>
              </w:tc>
              <w:tc>
                <w:tcPr>
                  <w:tcW w:w="3229" w:type="dxa"/>
                  <w:vAlign w:val="center"/>
                </w:tcPr>
                <w:p w14:paraId="7305ACEC" w14:textId="77777777" w:rsidR="001965A6" w:rsidRPr="006C208E" w:rsidRDefault="001965A6" w:rsidP="006C208E">
                  <w:pPr>
                    <w:pStyle w:val="NoSpacing"/>
                    <w:contextualSpacing/>
                    <w:jc w:val="center"/>
                    <w:rPr>
                      <w:rFonts w:ascii="Times New Roman" w:hAnsi="Times New Roman" w:cs="Times New Roman"/>
                      <w:sz w:val="24"/>
                      <w:szCs w:val="24"/>
                    </w:rPr>
                  </w:pPr>
                </w:p>
              </w:tc>
            </w:tr>
            <w:tr w:rsidR="001965A6" w:rsidRPr="006C208E" w14:paraId="792DD5AC" w14:textId="77777777" w:rsidTr="008F28DA">
              <w:tc>
                <w:tcPr>
                  <w:tcW w:w="3228" w:type="dxa"/>
                  <w:vAlign w:val="center"/>
                </w:tcPr>
                <w:p w14:paraId="79EA216C" w14:textId="3DB8BEE1" w:rsidR="001965A6" w:rsidRPr="006C208E" w:rsidRDefault="001965A6" w:rsidP="006C208E">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Proposed operation areas for CCS distribution under ASCENT MW</w:t>
                  </w:r>
                </w:p>
              </w:tc>
              <w:tc>
                <w:tcPr>
                  <w:tcW w:w="3229" w:type="dxa"/>
                  <w:vAlign w:val="center"/>
                </w:tcPr>
                <w:p w14:paraId="26111A62" w14:textId="77777777" w:rsidR="001965A6" w:rsidRPr="006C208E" w:rsidRDefault="001965A6" w:rsidP="006C208E">
                  <w:pPr>
                    <w:pStyle w:val="NoSpacing"/>
                    <w:contextualSpacing/>
                    <w:jc w:val="center"/>
                    <w:rPr>
                      <w:rFonts w:ascii="Times New Roman" w:hAnsi="Times New Roman" w:cs="Times New Roman"/>
                      <w:sz w:val="24"/>
                      <w:szCs w:val="24"/>
                    </w:rPr>
                  </w:pPr>
                </w:p>
              </w:tc>
            </w:tr>
          </w:tbl>
          <w:p w14:paraId="5A3079A9" w14:textId="77777777" w:rsidR="001965A6" w:rsidRPr="006C208E" w:rsidRDefault="001965A6" w:rsidP="006C208E">
            <w:pPr>
              <w:pStyle w:val="NoSpacing"/>
              <w:contextualSpacing/>
              <w:rPr>
                <w:rFonts w:ascii="Times New Roman" w:hAnsi="Times New Roman" w:cs="Times New Roman"/>
                <w:sz w:val="24"/>
                <w:szCs w:val="24"/>
              </w:rPr>
            </w:pPr>
          </w:p>
        </w:tc>
      </w:tr>
      <w:tr w:rsidR="00F139FF" w:rsidRPr="006C208E" w14:paraId="673618C9" w14:textId="77777777" w:rsidTr="00261B63">
        <w:trPr>
          <w:cantSplit/>
          <w:trHeight w:val="20"/>
        </w:trPr>
        <w:tc>
          <w:tcPr>
            <w:tcW w:w="535" w:type="dxa"/>
            <w:vAlign w:val="center"/>
          </w:tcPr>
          <w:p w14:paraId="05E048A0" w14:textId="01341BC9" w:rsidR="006D602E" w:rsidRPr="006C208E" w:rsidRDefault="006D602E" w:rsidP="001F3827">
            <w:pPr>
              <w:pStyle w:val="NoSpacing"/>
              <w:numPr>
                <w:ilvl w:val="0"/>
                <w:numId w:val="44"/>
              </w:numPr>
              <w:contextualSpacing/>
              <w:rPr>
                <w:rFonts w:ascii="Times New Roman" w:hAnsi="Times New Roman" w:cs="Times New Roman"/>
                <w:sz w:val="24"/>
                <w:szCs w:val="24"/>
              </w:rPr>
            </w:pPr>
          </w:p>
        </w:tc>
        <w:tc>
          <w:tcPr>
            <w:tcW w:w="2047" w:type="dxa"/>
            <w:vAlign w:val="center"/>
          </w:tcPr>
          <w:p w14:paraId="084ECA37" w14:textId="6A462E14" w:rsidR="006D602E" w:rsidRPr="006C208E" w:rsidRDefault="006D602E" w:rsidP="006C208E">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 xml:space="preserve">Total </w:t>
            </w:r>
            <w:r w:rsidR="00FE2043" w:rsidRPr="006C208E">
              <w:rPr>
                <w:rFonts w:ascii="Times New Roman" w:hAnsi="Times New Roman" w:cs="Times New Roman"/>
                <w:sz w:val="24"/>
                <w:szCs w:val="24"/>
              </w:rPr>
              <w:t xml:space="preserve">HO </w:t>
            </w:r>
            <w:r w:rsidRPr="006C208E">
              <w:rPr>
                <w:rFonts w:ascii="Times New Roman" w:hAnsi="Times New Roman" w:cs="Times New Roman"/>
                <w:sz w:val="24"/>
                <w:szCs w:val="24"/>
              </w:rPr>
              <w:t>staff strength (permanent)</w:t>
            </w:r>
          </w:p>
        </w:tc>
        <w:tc>
          <w:tcPr>
            <w:tcW w:w="6810" w:type="dxa"/>
            <w:gridSpan w:val="8"/>
            <w:vAlign w:val="center"/>
          </w:tcPr>
          <w:p w14:paraId="51B05A46" w14:textId="77777777" w:rsidR="006D602E" w:rsidRPr="006C208E" w:rsidRDefault="006D602E" w:rsidP="006C208E">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Male:</w:t>
            </w:r>
          </w:p>
          <w:p w14:paraId="75841567" w14:textId="77777777" w:rsidR="006D602E" w:rsidRPr="006C208E" w:rsidRDefault="006D602E" w:rsidP="006C208E">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Female:</w:t>
            </w:r>
          </w:p>
        </w:tc>
      </w:tr>
      <w:tr w:rsidR="00F139FF" w:rsidRPr="006C208E" w14:paraId="1D3A9902" w14:textId="77777777" w:rsidTr="00261B63">
        <w:trPr>
          <w:cantSplit/>
          <w:trHeight w:val="20"/>
        </w:trPr>
        <w:tc>
          <w:tcPr>
            <w:tcW w:w="535" w:type="dxa"/>
            <w:vAlign w:val="center"/>
          </w:tcPr>
          <w:p w14:paraId="2161C757" w14:textId="471A9296" w:rsidR="006D602E" w:rsidRPr="006C208E" w:rsidRDefault="006D602E" w:rsidP="001F3827">
            <w:pPr>
              <w:pStyle w:val="NoSpacing"/>
              <w:numPr>
                <w:ilvl w:val="0"/>
                <w:numId w:val="44"/>
              </w:numPr>
              <w:contextualSpacing/>
              <w:rPr>
                <w:rFonts w:ascii="Times New Roman" w:hAnsi="Times New Roman" w:cs="Times New Roman"/>
                <w:sz w:val="24"/>
                <w:szCs w:val="24"/>
              </w:rPr>
            </w:pPr>
          </w:p>
        </w:tc>
        <w:tc>
          <w:tcPr>
            <w:tcW w:w="2047" w:type="dxa"/>
            <w:vAlign w:val="center"/>
          </w:tcPr>
          <w:p w14:paraId="3F2912CC" w14:textId="0E6FDC0D" w:rsidR="006D602E" w:rsidRPr="006C208E" w:rsidRDefault="006D602E" w:rsidP="006C208E">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Total sales agents</w:t>
            </w:r>
            <w:r w:rsidR="00F441CA" w:rsidRPr="006C208E">
              <w:rPr>
                <w:rFonts w:ascii="Times New Roman" w:hAnsi="Times New Roman" w:cs="Times New Roman"/>
                <w:sz w:val="24"/>
                <w:szCs w:val="24"/>
              </w:rPr>
              <w:t xml:space="preserve"> in Malawi</w:t>
            </w:r>
          </w:p>
        </w:tc>
        <w:tc>
          <w:tcPr>
            <w:tcW w:w="6810" w:type="dxa"/>
            <w:gridSpan w:val="8"/>
          </w:tcPr>
          <w:p w14:paraId="25C2ECCF" w14:textId="77777777" w:rsidR="006D602E" w:rsidRPr="006C208E" w:rsidRDefault="006D602E" w:rsidP="006C208E">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Male:</w:t>
            </w:r>
          </w:p>
          <w:p w14:paraId="42038CBA" w14:textId="77777777" w:rsidR="006D602E" w:rsidRPr="006C208E" w:rsidRDefault="006D602E" w:rsidP="006C208E">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Female:</w:t>
            </w:r>
          </w:p>
        </w:tc>
      </w:tr>
      <w:tr w:rsidR="00F139FF" w:rsidRPr="006C208E" w14:paraId="0710CA02" w14:textId="77777777" w:rsidTr="00261B63">
        <w:trPr>
          <w:cantSplit/>
          <w:trHeight w:val="20"/>
        </w:trPr>
        <w:tc>
          <w:tcPr>
            <w:tcW w:w="535" w:type="dxa"/>
            <w:vAlign w:val="center"/>
          </w:tcPr>
          <w:p w14:paraId="6C0CA89B" w14:textId="6176508B" w:rsidR="006D602E" w:rsidRPr="006C208E" w:rsidRDefault="006D602E" w:rsidP="001F3827">
            <w:pPr>
              <w:pStyle w:val="NoSpacing"/>
              <w:numPr>
                <w:ilvl w:val="0"/>
                <w:numId w:val="44"/>
              </w:numPr>
              <w:contextualSpacing/>
              <w:rPr>
                <w:rFonts w:ascii="Times New Roman" w:hAnsi="Times New Roman" w:cs="Times New Roman"/>
                <w:sz w:val="24"/>
                <w:szCs w:val="24"/>
              </w:rPr>
            </w:pPr>
          </w:p>
        </w:tc>
        <w:tc>
          <w:tcPr>
            <w:tcW w:w="2047" w:type="dxa"/>
            <w:vAlign w:val="center"/>
          </w:tcPr>
          <w:p w14:paraId="3CAD3C11" w14:textId="19AA526E" w:rsidR="006D602E" w:rsidRPr="006C208E" w:rsidRDefault="006D602E" w:rsidP="006C208E">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Total number of branch offices</w:t>
            </w:r>
            <w:r w:rsidR="00F441CA" w:rsidRPr="006C208E">
              <w:rPr>
                <w:rFonts w:ascii="Times New Roman" w:hAnsi="Times New Roman" w:cs="Times New Roman"/>
                <w:sz w:val="24"/>
                <w:szCs w:val="24"/>
              </w:rPr>
              <w:t xml:space="preserve"> in Malawi</w:t>
            </w:r>
          </w:p>
        </w:tc>
        <w:tc>
          <w:tcPr>
            <w:tcW w:w="6810" w:type="dxa"/>
            <w:gridSpan w:val="8"/>
          </w:tcPr>
          <w:p w14:paraId="5CE63875" w14:textId="77777777" w:rsidR="006D602E" w:rsidRPr="006C208E" w:rsidRDefault="006D602E" w:rsidP="006C208E">
            <w:pPr>
              <w:pStyle w:val="NoSpacing"/>
              <w:contextualSpacing/>
              <w:rPr>
                <w:rFonts w:ascii="Times New Roman" w:hAnsi="Times New Roman" w:cs="Times New Roman"/>
                <w:sz w:val="24"/>
                <w:szCs w:val="24"/>
              </w:rPr>
            </w:pPr>
          </w:p>
        </w:tc>
      </w:tr>
      <w:tr w:rsidR="00F139FF" w:rsidRPr="006C208E" w14:paraId="4045ACAA" w14:textId="77777777" w:rsidTr="00261B63">
        <w:trPr>
          <w:cantSplit/>
          <w:trHeight w:val="3140"/>
        </w:trPr>
        <w:tc>
          <w:tcPr>
            <w:tcW w:w="535" w:type="dxa"/>
            <w:vMerge w:val="restart"/>
            <w:vAlign w:val="center"/>
          </w:tcPr>
          <w:p w14:paraId="2A22589D" w14:textId="12FCD7D0" w:rsidR="006D602E" w:rsidRPr="006C208E" w:rsidRDefault="006D602E" w:rsidP="001F3827">
            <w:pPr>
              <w:pStyle w:val="NoSpacing"/>
              <w:numPr>
                <w:ilvl w:val="0"/>
                <w:numId w:val="44"/>
              </w:numPr>
              <w:contextualSpacing/>
              <w:rPr>
                <w:rFonts w:ascii="Times New Roman" w:hAnsi="Times New Roman" w:cs="Times New Roman"/>
                <w:sz w:val="24"/>
                <w:szCs w:val="24"/>
              </w:rPr>
            </w:pPr>
          </w:p>
        </w:tc>
        <w:tc>
          <w:tcPr>
            <w:tcW w:w="2047" w:type="dxa"/>
            <w:vAlign w:val="center"/>
          </w:tcPr>
          <w:p w14:paraId="02AE471F" w14:textId="08F00EF2" w:rsidR="006D602E" w:rsidRPr="006C208E" w:rsidRDefault="006D602E" w:rsidP="006C208E">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 xml:space="preserve">Number of </w:t>
            </w:r>
            <w:r w:rsidR="000D038C" w:rsidRPr="006C208E">
              <w:rPr>
                <w:rFonts w:ascii="Times New Roman" w:hAnsi="Times New Roman" w:cs="Times New Roman"/>
                <w:sz w:val="24"/>
                <w:szCs w:val="24"/>
              </w:rPr>
              <w:t>CCS</w:t>
            </w:r>
            <w:r w:rsidR="00F441CA" w:rsidRPr="006C208E">
              <w:rPr>
                <w:rFonts w:ascii="Times New Roman" w:hAnsi="Times New Roman" w:cs="Times New Roman"/>
                <w:sz w:val="24"/>
                <w:szCs w:val="24"/>
              </w:rPr>
              <w:t>s</w:t>
            </w:r>
            <w:r w:rsidRPr="006C208E">
              <w:rPr>
                <w:rFonts w:ascii="Times New Roman" w:hAnsi="Times New Roman" w:cs="Times New Roman"/>
                <w:sz w:val="24"/>
                <w:szCs w:val="24"/>
              </w:rPr>
              <w:t xml:space="preserve"> </w:t>
            </w:r>
            <w:r w:rsidR="00DA43E8">
              <w:rPr>
                <w:rFonts w:ascii="Times New Roman" w:hAnsi="Times New Roman" w:cs="Times New Roman"/>
                <w:sz w:val="24"/>
                <w:szCs w:val="24"/>
              </w:rPr>
              <w:t>deployed</w:t>
            </w:r>
            <w:r w:rsidR="00DA43E8" w:rsidRPr="006C208E">
              <w:rPr>
                <w:rFonts w:ascii="Times New Roman" w:hAnsi="Times New Roman" w:cs="Times New Roman"/>
                <w:sz w:val="24"/>
                <w:szCs w:val="24"/>
              </w:rPr>
              <w:t xml:space="preserve"> </w:t>
            </w:r>
          </w:p>
        </w:tc>
        <w:tc>
          <w:tcPr>
            <w:tcW w:w="6810" w:type="dxa"/>
            <w:gridSpan w:val="8"/>
          </w:tcPr>
          <w:tbl>
            <w:tblPr>
              <w:tblStyle w:val="TableGrid"/>
              <w:tblW w:w="5000" w:type="pct"/>
              <w:tblLook w:val="04A0" w:firstRow="1" w:lastRow="0" w:firstColumn="1" w:lastColumn="0" w:noHBand="0" w:noVBand="1"/>
            </w:tblPr>
            <w:tblGrid>
              <w:gridCol w:w="1106"/>
              <w:gridCol w:w="772"/>
              <w:gridCol w:w="770"/>
              <w:gridCol w:w="772"/>
              <w:gridCol w:w="841"/>
              <w:gridCol w:w="772"/>
              <w:gridCol w:w="772"/>
              <w:gridCol w:w="762"/>
            </w:tblGrid>
            <w:tr w:rsidR="008A3C8C" w:rsidRPr="006C208E" w14:paraId="38BEB42A" w14:textId="77E069AC" w:rsidTr="00E829C5">
              <w:trPr>
                <w:trHeight w:val="278"/>
              </w:trPr>
              <w:tc>
                <w:tcPr>
                  <w:tcW w:w="842" w:type="pct"/>
                  <w:vMerge w:val="restart"/>
                  <w:vAlign w:val="center"/>
                </w:tcPr>
                <w:p w14:paraId="4A13D4E1" w14:textId="2254CBB2" w:rsidR="008A3C8C" w:rsidRPr="006C208E" w:rsidRDefault="008A3C8C" w:rsidP="006C208E">
                  <w:pPr>
                    <w:pStyle w:val="NoSpacing"/>
                    <w:contextualSpacing/>
                    <w:jc w:val="center"/>
                    <w:rPr>
                      <w:rFonts w:ascii="Times New Roman" w:hAnsi="Times New Roman" w:cs="Times New Roman"/>
                      <w:b/>
                      <w:bCs/>
                      <w:sz w:val="16"/>
                      <w:szCs w:val="16"/>
                    </w:rPr>
                  </w:pPr>
                  <w:r w:rsidRPr="006C208E">
                    <w:rPr>
                      <w:rFonts w:ascii="Times New Roman" w:hAnsi="Times New Roman" w:cs="Times New Roman"/>
                      <w:b/>
                      <w:bCs/>
                      <w:sz w:val="16"/>
                      <w:szCs w:val="16"/>
                    </w:rPr>
                    <w:t>Tier</w:t>
                  </w:r>
                </w:p>
              </w:tc>
              <w:tc>
                <w:tcPr>
                  <w:tcW w:w="1762" w:type="pct"/>
                  <w:gridSpan w:val="3"/>
                </w:tcPr>
                <w:p w14:paraId="33C6A195" w14:textId="0FC1C4EC" w:rsidR="008A3C8C" w:rsidRPr="006C208E" w:rsidRDefault="008A3C8C" w:rsidP="006C208E">
                  <w:pPr>
                    <w:pStyle w:val="NoSpacing"/>
                    <w:contextualSpacing/>
                    <w:jc w:val="center"/>
                    <w:rPr>
                      <w:rFonts w:ascii="Times New Roman" w:hAnsi="Times New Roman" w:cs="Times New Roman"/>
                      <w:b/>
                      <w:bCs/>
                      <w:sz w:val="16"/>
                      <w:szCs w:val="16"/>
                    </w:rPr>
                  </w:pPr>
                  <w:r w:rsidRPr="006C208E">
                    <w:rPr>
                      <w:rFonts w:ascii="Times New Roman" w:hAnsi="Times New Roman" w:cs="Times New Roman"/>
                      <w:b/>
                      <w:bCs/>
                      <w:sz w:val="16"/>
                      <w:szCs w:val="16"/>
                    </w:rPr>
                    <w:t>In Malawi</w:t>
                  </w:r>
                </w:p>
              </w:tc>
              <w:tc>
                <w:tcPr>
                  <w:tcW w:w="1815" w:type="pct"/>
                  <w:gridSpan w:val="3"/>
                </w:tcPr>
                <w:p w14:paraId="19F995B9" w14:textId="39684416" w:rsidR="008A3C8C" w:rsidRPr="006C208E" w:rsidRDefault="008A3C8C" w:rsidP="006C208E">
                  <w:pPr>
                    <w:pStyle w:val="NoSpacing"/>
                    <w:contextualSpacing/>
                    <w:jc w:val="center"/>
                    <w:rPr>
                      <w:rFonts w:ascii="Times New Roman" w:hAnsi="Times New Roman" w:cs="Times New Roman"/>
                      <w:b/>
                      <w:bCs/>
                      <w:sz w:val="16"/>
                      <w:szCs w:val="16"/>
                    </w:rPr>
                  </w:pPr>
                  <w:r w:rsidRPr="006C208E">
                    <w:rPr>
                      <w:rFonts w:ascii="Times New Roman" w:hAnsi="Times New Roman" w:cs="Times New Roman"/>
                      <w:b/>
                      <w:bCs/>
                      <w:sz w:val="16"/>
                      <w:szCs w:val="16"/>
                    </w:rPr>
                    <w:t>In Africa (excluding Malawi)</w:t>
                  </w:r>
                </w:p>
              </w:tc>
              <w:tc>
                <w:tcPr>
                  <w:tcW w:w="581" w:type="pct"/>
                  <w:vMerge w:val="restart"/>
                  <w:vAlign w:val="center"/>
                </w:tcPr>
                <w:p w14:paraId="7742D38F" w14:textId="6342AF46" w:rsidR="008A3C8C" w:rsidRPr="006C208E" w:rsidRDefault="008A3C8C" w:rsidP="006C208E">
                  <w:pPr>
                    <w:pStyle w:val="NoSpacing"/>
                    <w:contextualSpacing/>
                    <w:jc w:val="center"/>
                    <w:rPr>
                      <w:rFonts w:ascii="Times New Roman" w:hAnsi="Times New Roman" w:cs="Times New Roman"/>
                      <w:b/>
                      <w:bCs/>
                      <w:sz w:val="16"/>
                      <w:szCs w:val="16"/>
                    </w:rPr>
                  </w:pPr>
                  <w:r w:rsidRPr="006C208E">
                    <w:rPr>
                      <w:rFonts w:ascii="Times New Roman" w:hAnsi="Times New Roman" w:cs="Times New Roman"/>
                      <w:b/>
                      <w:bCs/>
                      <w:sz w:val="16"/>
                      <w:szCs w:val="16"/>
                    </w:rPr>
                    <w:t>Total</w:t>
                  </w:r>
                </w:p>
              </w:tc>
            </w:tr>
            <w:tr w:rsidR="008A3C8C" w:rsidRPr="006C208E" w14:paraId="65BAC6F7" w14:textId="3CF9BE82" w:rsidTr="008A3C8C">
              <w:tc>
                <w:tcPr>
                  <w:tcW w:w="842" w:type="pct"/>
                  <w:vMerge/>
                  <w:vAlign w:val="center"/>
                </w:tcPr>
                <w:p w14:paraId="1540EF3B" w14:textId="77777777" w:rsidR="008A3C8C" w:rsidRPr="006C208E" w:rsidRDefault="008A3C8C" w:rsidP="006C208E">
                  <w:pPr>
                    <w:pStyle w:val="NoSpacing"/>
                    <w:contextualSpacing/>
                    <w:jc w:val="center"/>
                    <w:rPr>
                      <w:rFonts w:ascii="Times New Roman" w:hAnsi="Times New Roman" w:cs="Times New Roman"/>
                      <w:sz w:val="16"/>
                      <w:szCs w:val="16"/>
                    </w:rPr>
                  </w:pPr>
                </w:p>
              </w:tc>
              <w:tc>
                <w:tcPr>
                  <w:tcW w:w="588" w:type="pct"/>
                  <w:vAlign w:val="center"/>
                </w:tcPr>
                <w:p w14:paraId="772662B4" w14:textId="199F1B86" w:rsidR="008A3C8C" w:rsidRPr="006C208E" w:rsidRDefault="008A3C8C" w:rsidP="006C208E">
                  <w:pPr>
                    <w:pStyle w:val="NoSpacing"/>
                    <w:contextualSpacing/>
                    <w:jc w:val="center"/>
                    <w:rPr>
                      <w:rFonts w:ascii="Times New Roman" w:hAnsi="Times New Roman" w:cs="Times New Roman"/>
                      <w:sz w:val="16"/>
                      <w:szCs w:val="16"/>
                    </w:rPr>
                  </w:pPr>
                  <w:r w:rsidRPr="006C208E">
                    <w:rPr>
                      <w:rFonts w:ascii="Times New Roman" w:hAnsi="Times New Roman" w:cs="Times New Roman"/>
                      <w:sz w:val="16"/>
                      <w:szCs w:val="16"/>
                    </w:rPr>
                    <w:t>1-Jan-21 to 31-Dec-23</w:t>
                  </w:r>
                </w:p>
              </w:tc>
              <w:tc>
                <w:tcPr>
                  <w:tcW w:w="586" w:type="pct"/>
                </w:tcPr>
                <w:p w14:paraId="536D151D" w14:textId="17A0DC60" w:rsidR="008A3C8C" w:rsidRPr="006C208E" w:rsidRDefault="008A3C8C" w:rsidP="006C208E">
                  <w:pPr>
                    <w:pStyle w:val="NoSpacing"/>
                    <w:contextualSpacing/>
                    <w:jc w:val="center"/>
                    <w:rPr>
                      <w:rFonts w:ascii="Times New Roman" w:hAnsi="Times New Roman" w:cs="Times New Roman"/>
                      <w:sz w:val="16"/>
                      <w:szCs w:val="16"/>
                    </w:rPr>
                  </w:pPr>
                  <w:r w:rsidRPr="006C208E">
                    <w:rPr>
                      <w:rFonts w:ascii="Times New Roman" w:hAnsi="Times New Roman" w:cs="Times New Roman"/>
                      <w:sz w:val="16"/>
                      <w:szCs w:val="16"/>
                    </w:rPr>
                    <w:t>1-Jan-24 to 31-Dec-24</w:t>
                  </w:r>
                </w:p>
              </w:tc>
              <w:tc>
                <w:tcPr>
                  <w:tcW w:w="588" w:type="pct"/>
                  <w:vAlign w:val="center"/>
                </w:tcPr>
                <w:p w14:paraId="557E8573" w14:textId="50407248" w:rsidR="008A3C8C" w:rsidRPr="006C208E" w:rsidRDefault="008A3C8C" w:rsidP="006C208E">
                  <w:pPr>
                    <w:pStyle w:val="NoSpacing"/>
                    <w:contextualSpacing/>
                    <w:jc w:val="center"/>
                    <w:rPr>
                      <w:rFonts w:ascii="Times New Roman" w:hAnsi="Times New Roman" w:cs="Times New Roman"/>
                      <w:sz w:val="16"/>
                      <w:szCs w:val="16"/>
                    </w:rPr>
                  </w:pPr>
                  <w:r w:rsidRPr="006C208E">
                    <w:rPr>
                      <w:rFonts w:ascii="Times New Roman" w:hAnsi="Times New Roman" w:cs="Times New Roman"/>
                      <w:sz w:val="16"/>
                      <w:szCs w:val="16"/>
                    </w:rPr>
                    <w:t>1-Jan-25 to 31-Dec-25</w:t>
                  </w:r>
                </w:p>
              </w:tc>
              <w:tc>
                <w:tcPr>
                  <w:tcW w:w="640" w:type="pct"/>
                  <w:vAlign w:val="center"/>
                </w:tcPr>
                <w:p w14:paraId="16A57D0B" w14:textId="57C4A9C7" w:rsidR="008A3C8C" w:rsidRPr="006C208E" w:rsidRDefault="008A3C8C" w:rsidP="006C208E">
                  <w:pPr>
                    <w:pStyle w:val="NoSpacing"/>
                    <w:contextualSpacing/>
                    <w:jc w:val="center"/>
                    <w:rPr>
                      <w:rFonts w:ascii="Times New Roman" w:hAnsi="Times New Roman" w:cs="Times New Roman"/>
                      <w:sz w:val="16"/>
                      <w:szCs w:val="16"/>
                    </w:rPr>
                  </w:pPr>
                  <w:r w:rsidRPr="006C208E">
                    <w:rPr>
                      <w:rFonts w:ascii="Times New Roman" w:hAnsi="Times New Roman" w:cs="Times New Roman"/>
                      <w:sz w:val="16"/>
                      <w:szCs w:val="16"/>
                    </w:rPr>
                    <w:t>1-Jan-21 to 31-Dec-23</w:t>
                  </w:r>
                </w:p>
              </w:tc>
              <w:tc>
                <w:tcPr>
                  <w:tcW w:w="588" w:type="pct"/>
                </w:tcPr>
                <w:p w14:paraId="2A015323" w14:textId="113306B3" w:rsidR="008A3C8C" w:rsidRPr="006C208E" w:rsidRDefault="008A3C8C" w:rsidP="006C208E">
                  <w:pPr>
                    <w:pStyle w:val="NoSpacing"/>
                    <w:contextualSpacing/>
                    <w:jc w:val="center"/>
                    <w:rPr>
                      <w:rFonts w:ascii="Times New Roman" w:hAnsi="Times New Roman" w:cs="Times New Roman"/>
                      <w:sz w:val="16"/>
                      <w:szCs w:val="16"/>
                    </w:rPr>
                  </w:pPr>
                  <w:r w:rsidRPr="006C208E">
                    <w:rPr>
                      <w:rFonts w:ascii="Times New Roman" w:hAnsi="Times New Roman" w:cs="Times New Roman"/>
                      <w:sz w:val="16"/>
                      <w:szCs w:val="16"/>
                    </w:rPr>
                    <w:t>1-Jan-24 to 31-Dec-24</w:t>
                  </w:r>
                </w:p>
              </w:tc>
              <w:tc>
                <w:tcPr>
                  <w:tcW w:w="588" w:type="pct"/>
                  <w:vAlign w:val="center"/>
                </w:tcPr>
                <w:p w14:paraId="743A179C" w14:textId="7B092C9C" w:rsidR="008A3C8C" w:rsidRPr="006C208E" w:rsidRDefault="008A3C8C" w:rsidP="006C208E">
                  <w:pPr>
                    <w:pStyle w:val="NoSpacing"/>
                    <w:contextualSpacing/>
                    <w:jc w:val="center"/>
                    <w:rPr>
                      <w:rFonts w:ascii="Times New Roman" w:hAnsi="Times New Roman" w:cs="Times New Roman"/>
                      <w:sz w:val="16"/>
                      <w:szCs w:val="16"/>
                    </w:rPr>
                  </w:pPr>
                  <w:r w:rsidRPr="006C208E">
                    <w:rPr>
                      <w:rFonts w:ascii="Times New Roman" w:hAnsi="Times New Roman" w:cs="Times New Roman"/>
                      <w:sz w:val="16"/>
                      <w:szCs w:val="16"/>
                    </w:rPr>
                    <w:t>1-Jan-25 to 31-Dec-25</w:t>
                  </w:r>
                </w:p>
              </w:tc>
              <w:tc>
                <w:tcPr>
                  <w:tcW w:w="581" w:type="pct"/>
                  <w:vMerge/>
                  <w:vAlign w:val="center"/>
                </w:tcPr>
                <w:p w14:paraId="540E5EA9" w14:textId="77777777" w:rsidR="008A3C8C" w:rsidRPr="006C208E" w:rsidRDefault="008A3C8C" w:rsidP="006C208E">
                  <w:pPr>
                    <w:pStyle w:val="NoSpacing"/>
                    <w:contextualSpacing/>
                    <w:jc w:val="center"/>
                    <w:rPr>
                      <w:rFonts w:ascii="Times New Roman" w:hAnsi="Times New Roman" w:cs="Times New Roman"/>
                      <w:sz w:val="16"/>
                      <w:szCs w:val="16"/>
                    </w:rPr>
                  </w:pPr>
                </w:p>
              </w:tc>
            </w:tr>
            <w:tr w:rsidR="008A3C8C" w:rsidRPr="006C208E" w14:paraId="4F38447F" w14:textId="2AEC54AB" w:rsidTr="008E6320">
              <w:trPr>
                <w:trHeight w:val="288"/>
              </w:trPr>
              <w:tc>
                <w:tcPr>
                  <w:tcW w:w="842" w:type="pct"/>
                  <w:vAlign w:val="center"/>
                </w:tcPr>
                <w:p w14:paraId="07127E89" w14:textId="16F4A0CB" w:rsidR="008A3C8C" w:rsidRPr="006C208E" w:rsidRDefault="008A3C8C" w:rsidP="006C208E">
                  <w:pPr>
                    <w:pStyle w:val="NoSpacing"/>
                    <w:contextualSpacing/>
                    <w:jc w:val="center"/>
                    <w:rPr>
                      <w:rFonts w:ascii="Times New Roman" w:hAnsi="Times New Roman" w:cs="Times New Roman"/>
                      <w:sz w:val="16"/>
                      <w:szCs w:val="16"/>
                    </w:rPr>
                  </w:pPr>
                  <w:r w:rsidRPr="006C208E">
                    <w:rPr>
                      <w:rFonts w:ascii="Times New Roman" w:hAnsi="Times New Roman" w:cs="Times New Roman"/>
                      <w:sz w:val="16"/>
                      <w:szCs w:val="16"/>
                    </w:rPr>
                    <w:t xml:space="preserve">Tier </w:t>
                  </w:r>
                  <w:r w:rsidR="00B544EA" w:rsidRPr="006C208E">
                    <w:rPr>
                      <w:rFonts w:ascii="Times New Roman" w:hAnsi="Times New Roman" w:cs="Times New Roman"/>
                      <w:sz w:val="16"/>
                      <w:szCs w:val="16"/>
                    </w:rPr>
                    <w:t>1</w:t>
                  </w:r>
                </w:p>
              </w:tc>
              <w:tc>
                <w:tcPr>
                  <w:tcW w:w="588" w:type="pct"/>
                  <w:vAlign w:val="center"/>
                </w:tcPr>
                <w:p w14:paraId="6B8D07FD" w14:textId="77777777" w:rsidR="008A3C8C" w:rsidRPr="006C208E" w:rsidRDefault="008A3C8C" w:rsidP="006C208E">
                  <w:pPr>
                    <w:pStyle w:val="NoSpacing"/>
                    <w:contextualSpacing/>
                    <w:jc w:val="center"/>
                    <w:rPr>
                      <w:rFonts w:ascii="Times New Roman" w:hAnsi="Times New Roman" w:cs="Times New Roman"/>
                      <w:sz w:val="16"/>
                      <w:szCs w:val="16"/>
                    </w:rPr>
                  </w:pPr>
                </w:p>
              </w:tc>
              <w:tc>
                <w:tcPr>
                  <w:tcW w:w="586" w:type="pct"/>
                </w:tcPr>
                <w:p w14:paraId="3A0E40F0" w14:textId="77777777" w:rsidR="008A3C8C" w:rsidRPr="006C208E" w:rsidRDefault="008A3C8C" w:rsidP="006C208E">
                  <w:pPr>
                    <w:pStyle w:val="NoSpacing"/>
                    <w:contextualSpacing/>
                    <w:jc w:val="center"/>
                    <w:rPr>
                      <w:rFonts w:ascii="Times New Roman" w:hAnsi="Times New Roman" w:cs="Times New Roman"/>
                      <w:sz w:val="16"/>
                      <w:szCs w:val="16"/>
                    </w:rPr>
                  </w:pPr>
                </w:p>
              </w:tc>
              <w:tc>
                <w:tcPr>
                  <w:tcW w:w="588" w:type="pct"/>
                  <w:vAlign w:val="center"/>
                </w:tcPr>
                <w:p w14:paraId="5607039E" w14:textId="60BC7CD7" w:rsidR="008A3C8C" w:rsidRPr="006C208E" w:rsidRDefault="008A3C8C" w:rsidP="006C208E">
                  <w:pPr>
                    <w:pStyle w:val="NoSpacing"/>
                    <w:contextualSpacing/>
                    <w:jc w:val="center"/>
                    <w:rPr>
                      <w:rFonts w:ascii="Times New Roman" w:hAnsi="Times New Roman" w:cs="Times New Roman"/>
                      <w:sz w:val="16"/>
                      <w:szCs w:val="16"/>
                    </w:rPr>
                  </w:pPr>
                </w:p>
              </w:tc>
              <w:tc>
                <w:tcPr>
                  <w:tcW w:w="640" w:type="pct"/>
                  <w:vAlign w:val="center"/>
                </w:tcPr>
                <w:p w14:paraId="1C7853EC" w14:textId="33D6E474" w:rsidR="008A3C8C" w:rsidRPr="006C208E" w:rsidRDefault="008A3C8C" w:rsidP="006C208E">
                  <w:pPr>
                    <w:pStyle w:val="NoSpacing"/>
                    <w:contextualSpacing/>
                    <w:jc w:val="center"/>
                    <w:rPr>
                      <w:rFonts w:ascii="Times New Roman" w:hAnsi="Times New Roman" w:cs="Times New Roman"/>
                      <w:sz w:val="16"/>
                      <w:szCs w:val="16"/>
                    </w:rPr>
                  </w:pPr>
                </w:p>
              </w:tc>
              <w:tc>
                <w:tcPr>
                  <w:tcW w:w="588" w:type="pct"/>
                </w:tcPr>
                <w:p w14:paraId="296E33E2" w14:textId="77777777" w:rsidR="008A3C8C" w:rsidRPr="006C208E" w:rsidRDefault="008A3C8C" w:rsidP="006C208E">
                  <w:pPr>
                    <w:pStyle w:val="NoSpacing"/>
                    <w:contextualSpacing/>
                    <w:jc w:val="center"/>
                    <w:rPr>
                      <w:rFonts w:ascii="Times New Roman" w:hAnsi="Times New Roman" w:cs="Times New Roman"/>
                      <w:sz w:val="16"/>
                      <w:szCs w:val="16"/>
                    </w:rPr>
                  </w:pPr>
                </w:p>
              </w:tc>
              <w:tc>
                <w:tcPr>
                  <w:tcW w:w="588" w:type="pct"/>
                  <w:vAlign w:val="center"/>
                </w:tcPr>
                <w:p w14:paraId="03BC5E16" w14:textId="06E8BB83" w:rsidR="008A3C8C" w:rsidRPr="006C208E" w:rsidRDefault="008A3C8C" w:rsidP="006C208E">
                  <w:pPr>
                    <w:pStyle w:val="NoSpacing"/>
                    <w:contextualSpacing/>
                    <w:jc w:val="center"/>
                    <w:rPr>
                      <w:rFonts w:ascii="Times New Roman" w:hAnsi="Times New Roman" w:cs="Times New Roman"/>
                      <w:sz w:val="16"/>
                      <w:szCs w:val="16"/>
                    </w:rPr>
                  </w:pPr>
                </w:p>
              </w:tc>
              <w:tc>
                <w:tcPr>
                  <w:tcW w:w="581" w:type="pct"/>
                  <w:vAlign w:val="center"/>
                </w:tcPr>
                <w:p w14:paraId="4778E04A" w14:textId="77777777" w:rsidR="008A3C8C" w:rsidRPr="006C208E" w:rsidRDefault="008A3C8C" w:rsidP="006C208E">
                  <w:pPr>
                    <w:pStyle w:val="NoSpacing"/>
                    <w:contextualSpacing/>
                    <w:jc w:val="center"/>
                    <w:rPr>
                      <w:rFonts w:ascii="Times New Roman" w:hAnsi="Times New Roman" w:cs="Times New Roman"/>
                      <w:sz w:val="16"/>
                      <w:szCs w:val="16"/>
                    </w:rPr>
                  </w:pPr>
                </w:p>
              </w:tc>
            </w:tr>
            <w:tr w:rsidR="008A3C8C" w:rsidRPr="006C208E" w14:paraId="5CA1E54C" w14:textId="01A8511E" w:rsidTr="008E6320">
              <w:trPr>
                <w:trHeight w:val="288"/>
              </w:trPr>
              <w:tc>
                <w:tcPr>
                  <w:tcW w:w="842" w:type="pct"/>
                  <w:vAlign w:val="center"/>
                </w:tcPr>
                <w:p w14:paraId="3CA8AC15" w14:textId="663C64F7" w:rsidR="008A3C8C" w:rsidRPr="006C208E" w:rsidRDefault="008A3C8C" w:rsidP="006C208E">
                  <w:pPr>
                    <w:pStyle w:val="NoSpacing"/>
                    <w:contextualSpacing/>
                    <w:jc w:val="center"/>
                    <w:rPr>
                      <w:rFonts w:ascii="Times New Roman" w:hAnsi="Times New Roman" w:cs="Times New Roman"/>
                      <w:sz w:val="16"/>
                      <w:szCs w:val="16"/>
                    </w:rPr>
                  </w:pPr>
                  <w:r w:rsidRPr="006C208E">
                    <w:rPr>
                      <w:rFonts w:ascii="Times New Roman" w:hAnsi="Times New Roman" w:cs="Times New Roman"/>
                      <w:sz w:val="16"/>
                      <w:szCs w:val="16"/>
                    </w:rPr>
                    <w:t xml:space="preserve">Tier </w:t>
                  </w:r>
                  <w:r w:rsidR="00B544EA" w:rsidRPr="006C208E">
                    <w:rPr>
                      <w:rFonts w:ascii="Times New Roman" w:hAnsi="Times New Roman" w:cs="Times New Roman"/>
                      <w:sz w:val="16"/>
                      <w:szCs w:val="16"/>
                    </w:rPr>
                    <w:t>2</w:t>
                  </w:r>
                </w:p>
              </w:tc>
              <w:tc>
                <w:tcPr>
                  <w:tcW w:w="588" w:type="pct"/>
                  <w:vAlign w:val="center"/>
                </w:tcPr>
                <w:p w14:paraId="2DDE6358" w14:textId="77777777" w:rsidR="008A3C8C" w:rsidRPr="006C208E" w:rsidRDefault="008A3C8C" w:rsidP="006C208E">
                  <w:pPr>
                    <w:pStyle w:val="NoSpacing"/>
                    <w:contextualSpacing/>
                    <w:jc w:val="center"/>
                    <w:rPr>
                      <w:rFonts w:ascii="Times New Roman" w:hAnsi="Times New Roman" w:cs="Times New Roman"/>
                      <w:sz w:val="16"/>
                      <w:szCs w:val="16"/>
                    </w:rPr>
                  </w:pPr>
                </w:p>
              </w:tc>
              <w:tc>
                <w:tcPr>
                  <w:tcW w:w="586" w:type="pct"/>
                </w:tcPr>
                <w:p w14:paraId="32900097" w14:textId="77777777" w:rsidR="008A3C8C" w:rsidRPr="006C208E" w:rsidRDefault="008A3C8C" w:rsidP="006C208E">
                  <w:pPr>
                    <w:pStyle w:val="NoSpacing"/>
                    <w:contextualSpacing/>
                    <w:jc w:val="center"/>
                    <w:rPr>
                      <w:rFonts w:ascii="Times New Roman" w:hAnsi="Times New Roman" w:cs="Times New Roman"/>
                      <w:sz w:val="16"/>
                      <w:szCs w:val="16"/>
                    </w:rPr>
                  </w:pPr>
                </w:p>
              </w:tc>
              <w:tc>
                <w:tcPr>
                  <w:tcW w:w="588" w:type="pct"/>
                  <w:vAlign w:val="center"/>
                </w:tcPr>
                <w:p w14:paraId="72BB87BB" w14:textId="0A853006" w:rsidR="008A3C8C" w:rsidRPr="006C208E" w:rsidRDefault="008A3C8C" w:rsidP="006C208E">
                  <w:pPr>
                    <w:pStyle w:val="NoSpacing"/>
                    <w:contextualSpacing/>
                    <w:jc w:val="center"/>
                    <w:rPr>
                      <w:rFonts w:ascii="Times New Roman" w:hAnsi="Times New Roman" w:cs="Times New Roman"/>
                      <w:sz w:val="16"/>
                      <w:szCs w:val="16"/>
                    </w:rPr>
                  </w:pPr>
                </w:p>
              </w:tc>
              <w:tc>
                <w:tcPr>
                  <w:tcW w:w="640" w:type="pct"/>
                  <w:vAlign w:val="center"/>
                </w:tcPr>
                <w:p w14:paraId="4795E5E9" w14:textId="587DF20B" w:rsidR="008A3C8C" w:rsidRPr="006C208E" w:rsidRDefault="008A3C8C" w:rsidP="006C208E">
                  <w:pPr>
                    <w:pStyle w:val="NoSpacing"/>
                    <w:contextualSpacing/>
                    <w:jc w:val="center"/>
                    <w:rPr>
                      <w:rFonts w:ascii="Times New Roman" w:hAnsi="Times New Roman" w:cs="Times New Roman"/>
                      <w:sz w:val="16"/>
                      <w:szCs w:val="16"/>
                    </w:rPr>
                  </w:pPr>
                </w:p>
              </w:tc>
              <w:tc>
                <w:tcPr>
                  <w:tcW w:w="588" w:type="pct"/>
                </w:tcPr>
                <w:p w14:paraId="5BA6FFDF" w14:textId="77777777" w:rsidR="008A3C8C" w:rsidRPr="006C208E" w:rsidRDefault="008A3C8C" w:rsidP="006C208E">
                  <w:pPr>
                    <w:pStyle w:val="NoSpacing"/>
                    <w:contextualSpacing/>
                    <w:jc w:val="center"/>
                    <w:rPr>
                      <w:rFonts w:ascii="Times New Roman" w:hAnsi="Times New Roman" w:cs="Times New Roman"/>
                      <w:sz w:val="16"/>
                      <w:szCs w:val="16"/>
                    </w:rPr>
                  </w:pPr>
                </w:p>
              </w:tc>
              <w:tc>
                <w:tcPr>
                  <w:tcW w:w="588" w:type="pct"/>
                  <w:vAlign w:val="center"/>
                </w:tcPr>
                <w:p w14:paraId="029A94FF" w14:textId="68212C22" w:rsidR="008A3C8C" w:rsidRPr="006C208E" w:rsidRDefault="008A3C8C" w:rsidP="006C208E">
                  <w:pPr>
                    <w:pStyle w:val="NoSpacing"/>
                    <w:contextualSpacing/>
                    <w:jc w:val="center"/>
                    <w:rPr>
                      <w:rFonts w:ascii="Times New Roman" w:hAnsi="Times New Roman" w:cs="Times New Roman"/>
                      <w:sz w:val="16"/>
                      <w:szCs w:val="16"/>
                    </w:rPr>
                  </w:pPr>
                </w:p>
              </w:tc>
              <w:tc>
                <w:tcPr>
                  <w:tcW w:w="581" w:type="pct"/>
                  <w:vAlign w:val="center"/>
                </w:tcPr>
                <w:p w14:paraId="313C8F7E" w14:textId="77777777" w:rsidR="008A3C8C" w:rsidRPr="006C208E" w:rsidRDefault="008A3C8C" w:rsidP="006C208E">
                  <w:pPr>
                    <w:pStyle w:val="NoSpacing"/>
                    <w:contextualSpacing/>
                    <w:jc w:val="center"/>
                    <w:rPr>
                      <w:rFonts w:ascii="Times New Roman" w:hAnsi="Times New Roman" w:cs="Times New Roman"/>
                      <w:sz w:val="16"/>
                      <w:szCs w:val="16"/>
                    </w:rPr>
                  </w:pPr>
                </w:p>
              </w:tc>
            </w:tr>
            <w:tr w:rsidR="008A3C8C" w:rsidRPr="006C208E" w14:paraId="601CE53A" w14:textId="4B8629C0" w:rsidTr="008E6320">
              <w:trPr>
                <w:trHeight w:val="288"/>
              </w:trPr>
              <w:tc>
                <w:tcPr>
                  <w:tcW w:w="842" w:type="pct"/>
                  <w:vAlign w:val="center"/>
                </w:tcPr>
                <w:p w14:paraId="49E683A7" w14:textId="492775C6" w:rsidR="008A3C8C" w:rsidRPr="006C208E" w:rsidRDefault="008A3C8C" w:rsidP="006C208E">
                  <w:pPr>
                    <w:pStyle w:val="NoSpacing"/>
                    <w:contextualSpacing/>
                    <w:jc w:val="center"/>
                    <w:rPr>
                      <w:rFonts w:ascii="Times New Roman" w:hAnsi="Times New Roman" w:cs="Times New Roman"/>
                      <w:sz w:val="16"/>
                      <w:szCs w:val="16"/>
                    </w:rPr>
                  </w:pPr>
                  <w:r w:rsidRPr="006C208E">
                    <w:rPr>
                      <w:rFonts w:ascii="Times New Roman" w:hAnsi="Times New Roman" w:cs="Times New Roman"/>
                      <w:sz w:val="16"/>
                      <w:szCs w:val="16"/>
                    </w:rPr>
                    <w:t xml:space="preserve">Tier </w:t>
                  </w:r>
                  <w:r w:rsidR="00B544EA" w:rsidRPr="006C208E">
                    <w:rPr>
                      <w:rFonts w:ascii="Times New Roman" w:hAnsi="Times New Roman" w:cs="Times New Roman"/>
                      <w:sz w:val="16"/>
                      <w:szCs w:val="16"/>
                    </w:rPr>
                    <w:t>3</w:t>
                  </w:r>
                </w:p>
              </w:tc>
              <w:tc>
                <w:tcPr>
                  <w:tcW w:w="588" w:type="pct"/>
                  <w:vAlign w:val="center"/>
                </w:tcPr>
                <w:p w14:paraId="2B557EDA" w14:textId="77777777" w:rsidR="008A3C8C" w:rsidRPr="006C208E" w:rsidRDefault="008A3C8C" w:rsidP="006C208E">
                  <w:pPr>
                    <w:pStyle w:val="NoSpacing"/>
                    <w:contextualSpacing/>
                    <w:jc w:val="center"/>
                    <w:rPr>
                      <w:rFonts w:ascii="Times New Roman" w:hAnsi="Times New Roman" w:cs="Times New Roman"/>
                      <w:sz w:val="16"/>
                      <w:szCs w:val="16"/>
                    </w:rPr>
                  </w:pPr>
                </w:p>
              </w:tc>
              <w:tc>
                <w:tcPr>
                  <w:tcW w:w="586" w:type="pct"/>
                </w:tcPr>
                <w:p w14:paraId="02C8FD36" w14:textId="77777777" w:rsidR="008A3C8C" w:rsidRPr="006C208E" w:rsidRDefault="008A3C8C" w:rsidP="006C208E">
                  <w:pPr>
                    <w:pStyle w:val="NoSpacing"/>
                    <w:contextualSpacing/>
                    <w:jc w:val="center"/>
                    <w:rPr>
                      <w:rFonts w:ascii="Times New Roman" w:hAnsi="Times New Roman" w:cs="Times New Roman"/>
                      <w:sz w:val="16"/>
                      <w:szCs w:val="16"/>
                    </w:rPr>
                  </w:pPr>
                </w:p>
              </w:tc>
              <w:tc>
                <w:tcPr>
                  <w:tcW w:w="588" w:type="pct"/>
                  <w:vAlign w:val="center"/>
                </w:tcPr>
                <w:p w14:paraId="2BA0E688" w14:textId="20EEC359" w:rsidR="008A3C8C" w:rsidRPr="006C208E" w:rsidRDefault="008A3C8C" w:rsidP="006C208E">
                  <w:pPr>
                    <w:pStyle w:val="NoSpacing"/>
                    <w:contextualSpacing/>
                    <w:jc w:val="center"/>
                    <w:rPr>
                      <w:rFonts w:ascii="Times New Roman" w:hAnsi="Times New Roman" w:cs="Times New Roman"/>
                      <w:sz w:val="16"/>
                      <w:szCs w:val="16"/>
                    </w:rPr>
                  </w:pPr>
                </w:p>
              </w:tc>
              <w:tc>
                <w:tcPr>
                  <w:tcW w:w="640" w:type="pct"/>
                  <w:vAlign w:val="center"/>
                </w:tcPr>
                <w:p w14:paraId="09F03B3A" w14:textId="65DB5D8D" w:rsidR="008A3C8C" w:rsidRPr="006C208E" w:rsidRDefault="008A3C8C" w:rsidP="006C208E">
                  <w:pPr>
                    <w:pStyle w:val="NoSpacing"/>
                    <w:contextualSpacing/>
                    <w:jc w:val="center"/>
                    <w:rPr>
                      <w:rFonts w:ascii="Times New Roman" w:hAnsi="Times New Roman" w:cs="Times New Roman"/>
                      <w:sz w:val="16"/>
                      <w:szCs w:val="16"/>
                    </w:rPr>
                  </w:pPr>
                </w:p>
              </w:tc>
              <w:tc>
                <w:tcPr>
                  <w:tcW w:w="588" w:type="pct"/>
                </w:tcPr>
                <w:p w14:paraId="305906C9" w14:textId="77777777" w:rsidR="008A3C8C" w:rsidRPr="006C208E" w:rsidRDefault="008A3C8C" w:rsidP="006C208E">
                  <w:pPr>
                    <w:pStyle w:val="NoSpacing"/>
                    <w:contextualSpacing/>
                    <w:jc w:val="center"/>
                    <w:rPr>
                      <w:rFonts w:ascii="Times New Roman" w:hAnsi="Times New Roman" w:cs="Times New Roman"/>
                      <w:sz w:val="16"/>
                      <w:szCs w:val="16"/>
                    </w:rPr>
                  </w:pPr>
                </w:p>
              </w:tc>
              <w:tc>
                <w:tcPr>
                  <w:tcW w:w="588" w:type="pct"/>
                  <w:vAlign w:val="center"/>
                </w:tcPr>
                <w:p w14:paraId="0853D6B0" w14:textId="33431A69" w:rsidR="008A3C8C" w:rsidRPr="006C208E" w:rsidRDefault="008A3C8C" w:rsidP="006C208E">
                  <w:pPr>
                    <w:pStyle w:val="NoSpacing"/>
                    <w:contextualSpacing/>
                    <w:jc w:val="center"/>
                    <w:rPr>
                      <w:rFonts w:ascii="Times New Roman" w:hAnsi="Times New Roman" w:cs="Times New Roman"/>
                      <w:sz w:val="16"/>
                      <w:szCs w:val="16"/>
                    </w:rPr>
                  </w:pPr>
                </w:p>
              </w:tc>
              <w:tc>
                <w:tcPr>
                  <w:tcW w:w="581" w:type="pct"/>
                  <w:vAlign w:val="center"/>
                </w:tcPr>
                <w:p w14:paraId="74FC7FDE" w14:textId="77777777" w:rsidR="008A3C8C" w:rsidRPr="006C208E" w:rsidRDefault="008A3C8C" w:rsidP="006C208E">
                  <w:pPr>
                    <w:pStyle w:val="NoSpacing"/>
                    <w:contextualSpacing/>
                    <w:jc w:val="center"/>
                    <w:rPr>
                      <w:rFonts w:ascii="Times New Roman" w:hAnsi="Times New Roman" w:cs="Times New Roman"/>
                      <w:sz w:val="16"/>
                      <w:szCs w:val="16"/>
                    </w:rPr>
                  </w:pPr>
                </w:p>
              </w:tc>
            </w:tr>
            <w:tr w:rsidR="008A3C8C" w:rsidRPr="006C208E" w14:paraId="24C0E314" w14:textId="7361EDA5" w:rsidTr="008E6320">
              <w:trPr>
                <w:trHeight w:val="288"/>
              </w:trPr>
              <w:tc>
                <w:tcPr>
                  <w:tcW w:w="842" w:type="pct"/>
                  <w:vAlign w:val="center"/>
                </w:tcPr>
                <w:p w14:paraId="4F92D502" w14:textId="054B3E38" w:rsidR="008A3C8C" w:rsidRPr="006C208E" w:rsidRDefault="008A3C8C" w:rsidP="006C208E">
                  <w:pPr>
                    <w:pStyle w:val="NoSpacing"/>
                    <w:contextualSpacing/>
                    <w:jc w:val="center"/>
                    <w:rPr>
                      <w:rFonts w:ascii="Times New Roman" w:hAnsi="Times New Roman" w:cs="Times New Roman"/>
                      <w:sz w:val="16"/>
                      <w:szCs w:val="16"/>
                    </w:rPr>
                  </w:pPr>
                  <w:r w:rsidRPr="006C208E">
                    <w:rPr>
                      <w:rFonts w:ascii="Times New Roman" w:hAnsi="Times New Roman" w:cs="Times New Roman"/>
                      <w:sz w:val="16"/>
                      <w:szCs w:val="16"/>
                    </w:rPr>
                    <w:t xml:space="preserve">Tier </w:t>
                  </w:r>
                  <w:r w:rsidR="00B544EA" w:rsidRPr="006C208E">
                    <w:rPr>
                      <w:rFonts w:ascii="Times New Roman" w:hAnsi="Times New Roman" w:cs="Times New Roman"/>
                      <w:sz w:val="16"/>
                      <w:szCs w:val="16"/>
                    </w:rPr>
                    <w:t>4</w:t>
                  </w:r>
                </w:p>
              </w:tc>
              <w:tc>
                <w:tcPr>
                  <w:tcW w:w="588" w:type="pct"/>
                  <w:vAlign w:val="center"/>
                </w:tcPr>
                <w:p w14:paraId="4F029FFE" w14:textId="77777777" w:rsidR="008A3C8C" w:rsidRPr="006C208E" w:rsidRDefault="008A3C8C" w:rsidP="006C208E">
                  <w:pPr>
                    <w:pStyle w:val="NoSpacing"/>
                    <w:contextualSpacing/>
                    <w:jc w:val="center"/>
                    <w:rPr>
                      <w:rFonts w:ascii="Times New Roman" w:hAnsi="Times New Roman" w:cs="Times New Roman"/>
                      <w:sz w:val="16"/>
                      <w:szCs w:val="16"/>
                    </w:rPr>
                  </w:pPr>
                </w:p>
              </w:tc>
              <w:tc>
                <w:tcPr>
                  <w:tcW w:w="586" w:type="pct"/>
                </w:tcPr>
                <w:p w14:paraId="75BB51B5" w14:textId="77777777" w:rsidR="008A3C8C" w:rsidRPr="006C208E" w:rsidRDefault="008A3C8C" w:rsidP="006C208E">
                  <w:pPr>
                    <w:pStyle w:val="NoSpacing"/>
                    <w:contextualSpacing/>
                    <w:jc w:val="center"/>
                    <w:rPr>
                      <w:rFonts w:ascii="Times New Roman" w:hAnsi="Times New Roman" w:cs="Times New Roman"/>
                      <w:sz w:val="16"/>
                      <w:szCs w:val="16"/>
                    </w:rPr>
                  </w:pPr>
                </w:p>
              </w:tc>
              <w:tc>
                <w:tcPr>
                  <w:tcW w:w="588" w:type="pct"/>
                  <w:vAlign w:val="center"/>
                </w:tcPr>
                <w:p w14:paraId="6079CD7F" w14:textId="34532B92" w:rsidR="008A3C8C" w:rsidRPr="006C208E" w:rsidRDefault="008A3C8C" w:rsidP="006C208E">
                  <w:pPr>
                    <w:pStyle w:val="NoSpacing"/>
                    <w:contextualSpacing/>
                    <w:jc w:val="center"/>
                    <w:rPr>
                      <w:rFonts w:ascii="Times New Roman" w:hAnsi="Times New Roman" w:cs="Times New Roman"/>
                      <w:sz w:val="16"/>
                      <w:szCs w:val="16"/>
                    </w:rPr>
                  </w:pPr>
                </w:p>
              </w:tc>
              <w:tc>
                <w:tcPr>
                  <w:tcW w:w="640" w:type="pct"/>
                  <w:vAlign w:val="center"/>
                </w:tcPr>
                <w:p w14:paraId="32C0AD30" w14:textId="0FCDAD30" w:rsidR="008A3C8C" w:rsidRPr="006C208E" w:rsidRDefault="008A3C8C" w:rsidP="006C208E">
                  <w:pPr>
                    <w:pStyle w:val="NoSpacing"/>
                    <w:contextualSpacing/>
                    <w:jc w:val="center"/>
                    <w:rPr>
                      <w:rFonts w:ascii="Times New Roman" w:hAnsi="Times New Roman" w:cs="Times New Roman"/>
                      <w:sz w:val="16"/>
                      <w:szCs w:val="16"/>
                    </w:rPr>
                  </w:pPr>
                </w:p>
              </w:tc>
              <w:tc>
                <w:tcPr>
                  <w:tcW w:w="588" w:type="pct"/>
                </w:tcPr>
                <w:p w14:paraId="1EACC188" w14:textId="77777777" w:rsidR="008A3C8C" w:rsidRPr="006C208E" w:rsidRDefault="008A3C8C" w:rsidP="006C208E">
                  <w:pPr>
                    <w:pStyle w:val="NoSpacing"/>
                    <w:contextualSpacing/>
                    <w:jc w:val="center"/>
                    <w:rPr>
                      <w:rFonts w:ascii="Times New Roman" w:hAnsi="Times New Roman" w:cs="Times New Roman"/>
                      <w:sz w:val="16"/>
                      <w:szCs w:val="16"/>
                    </w:rPr>
                  </w:pPr>
                </w:p>
              </w:tc>
              <w:tc>
                <w:tcPr>
                  <w:tcW w:w="588" w:type="pct"/>
                  <w:vAlign w:val="center"/>
                </w:tcPr>
                <w:p w14:paraId="2A321A99" w14:textId="06164048" w:rsidR="008A3C8C" w:rsidRPr="006C208E" w:rsidRDefault="008A3C8C" w:rsidP="006C208E">
                  <w:pPr>
                    <w:pStyle w:val="NoSpacing"/>
                    <w:contextualSpacing/>
                    <w:jc w:val="center"/>
                    <w:rPr>
                      <w:rFonts w:ascii="Times New Roman" w:hAnsi="Times New Roman" w:cs="Times New Roman"/>
                      <w:sz w:val="16"/>
                      <w:szCs w:val="16"/>
                    </w:rPr>
                  </w:pPr>
                </w:p>
              </w:tc>
              <w:tc>
                <w:tcPr>
                  <w:tcW w:w="581" w:type="pct"/>
                  <w:vAlign w:val="center"/>
                </w:tcPr>
                <w:p w14:paraId="0EE6B89F" w14:textId="77777777" w:rsidR="008A3C8C" w:rsidRPr="006C208E" w:rsidRDefault="008A3C8C" w:rsidP="006C208E">
                  <w:pPr>
                    <w:pStyle w:val="NoSpacing"/>
                    <w:contextualSpacing/>
                    <w:jc w:val="center"/>
                    <w:rPr>
                      <w:rFonts w:ascii="Times New Roman" w:hAnsi="Times New Roman" w:cs="Times New Roman"/>
                      <w:sz w:val="16"/>
                      <w:szCs w:val="16"/>
                    </w:rPr>
                  </w:pPr>
                </w:p>
              </w:tc>
            </w:tr>
            <w:tr w:rsidR="008A3C8C" w:rsidRPr="006C208E" w14:paraId="66CD1515" w14:textId="17E2C570" w:rsidTr="008E6320">
              <w:trPr>
                <w:trHeight w:val="288"/>
              </w:trPr>
              <w:tc>
                <w:tcPr>
                  <w:tcW w:w="842" w:type="pct"/>
                  <w:vAlign w:val="center"/>
                </w:tcPr>
                <w:p w14:paraId="6C34D559" w14:textId="074D932B" w:rsidR="008A3C8C" w:rsidRPr="006C208E" w:rsidRDefault="008A3C8C" w:rsidP="006C208E">
                  <w:pPr>
                    <w:pStyle w:val="NoSpacing"/>
                    <w:contextualSpacing/>
                    <w:jc w:val="center"/>
                    <w:rPr>
                      <w:rFonts w:ascii="Times New Roman" w:hAnsi="Times New Roman" w:cs="Times New Roman"/>
                      <w:sz w:val="16"/>
                      <w:szCs w:val="16"/>
                    </w:rPr>
                  </w:pPr>
                  <w:r w:rsidRPr="006C208E">
                    <w:rPr>
                      <w:rFonts w:ascii="Times New Roman" w:hAnsi="Times New Roman" w:cs="Times New Roman"/>
                      <w:sz w:val="16"/>
                      <w:szCs w:val="16"/>
                    </w:rPr>
                    <w:t xml:space="preserve">Tier </w:t>
                  </w:r>
                  <w:r w:rsidR="00B544EA" w:rsidRPr="006C208E">
                    <w:rPr>
                      <w:rFonts w:ascii="Times New Roman" w:hAnsi="Times New Roman" w:cs="Times New Roman"/>
                      <w:sz w:val="16"/>
                      <w:szCs w:val="16"/>
                    </w:rPr>
                    <w:t>5</w:t>
                  </w:r>
                </w:p>
              </w:tc>
              <w:tc>
                <w:tcPr>
                  <w:tcW w:w="588" w:type="pct"/>
                  <w:vAlign w:val="center"/>
                </w:tcPr>
                <w:p w14:paraId="41E9A94C" w14:textId="77777777" w:rsidR="008A3C8C" w:rsidRPr="006C208E" w:rsidRDefault="008A3C8C" w:rsidP="006C208E">
                  <w:pPr>
                    <w:pStyle w:val="NoSpacing"/>
                    <w:contextualSpacing/>
                    <w:jc w:val="center"/>
                    <w:rPr>
                      <w:rFonts w:ascii="Times New Roman" w:hAnsi="Times New Roman" w:cs="Times New Roman"/>
                      <w:sz w:val="16"/>
                      <w:szCs w:val="16"/>
                    </w:rPr>
                  </w:pPr>
                </w:p>
              </w:tc>
              <w:tc>
                <w:tcPr>
                  <w:tcW w:w="586" w:type="pct"/>
                </w:tcPr>
                <w:p w14:paraId="7FDCED0E" w14:textId="77777777" w:rsidR="008A3C8C" w:rsidRPr="006C208E" w:rsidRDefault="008A3C8C" w:rsidP="006C208E">
                  <w:pPr>
                    <w:pStyle w:val="NoSpacing"/>
                    <w:contextualSpacing/>
                    <w:jc w:val="center"/>
                    <w:rPr>
                      <w:rFonts w:ascii="Times New Roman" w:hAnsi="Times New Roman" w:cs="Times New Roman"/>
                      <w:sz w:val="16"/>
                      <w:szCs w:val="16"/>
                    </w:rPr>
                  </w:pPr>
                </w:p>
              </w:tc>
              <w:tc>
                <w:tcPr>
                  <w:tcW w:w="588" w:type="pct"/>
                  <w:vAlign w:val="center"/>
                </w:tcPr>
                <w:p w14:paraId="64107D7C" w14:textId="3A057EC4" w:rsidR="008A3C8C" w:rsidRPr="006C208E" w:rsidRDefault="008A3C8C" w:rsidP="006C208E">
                  <w:pPr>
                    <w:pStyle w:val="NoSpacing"/>
                    <w:contextualSpacing/>
                    <w:jc w:val="center"/>
                    <w:rPr>
                      <w:rFonts w:ascii="Times New Roman" w:hAnsi="Times New Roman" w:cs="Times New Roman"/>
                      <w:sz w:val="16"/>
                      <w:szCs w:val="16"/>
                    </w:rPr>
                  </w:pPr>
                </w:p>
              </w:tc>
              <w:tc>
                <w:tcPr>
                  <w:tcW w:w="640" w:type="pct"/>
                  <w:vAlign w:val="center"/>
                </w:tcPr>
                <w:p w14:paraId="3C10AD17" w14:textId="02CBEB5A" w:rsidR="008A3C8C" w:rsidRPr="006C208E" w:rsidRDefault="008A3C8C" w:rsidP="006C208E">
                  <w:pPr>
                    <w:pStyle w:val="NoSpacing"/>
                    <w:contextualSpacing/>
                    <w:jc w:val="center"/>
                    <w:rPr>
                      <w:rFonts w:ascii="Times New Roman" w:hAnsi="Times New Roman" w:cs="Times New Roman"/>
                      <w:sz w:val="16"/>
                      <w:szCs w:val="16"/>
                    </w:rPr>
                  </w:pPr>
                </w:p>
              </w:tc>
              <w:tc>
                <w:tcPr>
                  <w:tcW w:w="588" w:type="pct"/>
                </w:tcPr>
                <w:p w14:paraId="6B77EE8A" w14:textId="77777777" w:rsidR="008A3C8C" w:rsidRPr="006C208E" w:rsidRDefault="008A3C8C" w:rsidP="006C208E">
                  <w:pPr>
                    <w:pStyle w:val="NoSpacing"/>
                    <w:contextualSpacing/>
                    <w:jc w:val="center"/>
                    <w:rPr>
                      <w:rFonts w:ascii="Times New Roman" w:hAnsi="Times New Roman" w:cs="Times New Roman"/>
                      <w:sz w:val="16"/>
                      <w:szCs w:val="16"/>
                    </w:rPr>
                  </w:pPr>
                </w:p>
              </w:tc>
              <w:tc>
                <w:tcPr>
                  <w:tcW w:w="588" w:type="pct"/>
                  <w:vAlign w:val="center"/>
                </w:tcPr>
                <w:p w14:paraId="513E666F" w14:textId="24625587" w:rsidR="008A3C8C" w:rsidRPr="006C208E" w:rsidRDefault="008A3C8C" w:rsidP="006C208E">
                  <w:pPr>
                    <w:pStyle w:val="NoSpacing"/>
                    <w:contextualSpacing/>
                    <w:jc w:val="center"/>
                    <w:rPr>
                      <w:rFonts w:ascii="Times New Roman" w:hAnsi="Times New Roman" w:cs="Times New Roman"/>
                      <w:sz w:val="16"/>
                      <w:szCs w:val="16"/>
                    </w:rPr>
                  </w:pPr>
                </w:p>
              </w:tc>
              <w:tc>
                <w:tcPr>
                  <w:tcW w:w="581" w:type="pct"/>
                  <w:vAlign w:val="center"/>
                </w:tcPr>
                <w:p w14:paraId="71BD127B" w14:textId="77777777" w:rsidR="008A3C8C" w:rsidRPr="006C208E" w:rsidRDefault="008A3C8C" w:rsidP="006C208E">
                  <w:pPr>
                    <w:pStyle w:val="NoSpacing"/>
                    <w:contextualSpacing/>
                    <w:jc w:val="center"/>
                    <w:rPr>
                      <w:rFonts w:ascii="Times New Roman" w:hAnsi="Times New Roman" w:cs="Times New Roman"/>
                      <w:sz w:val="16"/>
                      <w:szCs w:val="16"/>
                    </w:rPr>
                  </w:pPr>
                </w:p>
              </w:tc>
            </w:tr>
            <w:tr w:rsidR="008A3C8C" w:rsidRPr="006C208E" w14:paraId="33A062EB" w14:textId="7CF26BC2" w:rsidTr="008E6320">
              <w:trPr>
                <w:trHeight w:val="288"/>
              </w:trPr>
              <w:tc>
                <w:tcPr>
                  <w:tcW w:w="842" w:type="pct"/>
                  <w:vAlign w:val="center"/>
                </w:tcPr>
                <w:p w14:paraId="6BC41BA2" w14:textId="01043BBA" w:rsidR="008A3C8C" w:rsidRPr="006C208E" w:rsidRDefault="008A3C8C" w:rsidP="006C208E">
                  <w:pPr>
                    <w:pStyle w:val="NoSpacing"/>
                    <w:contextualSpacing/>
                    <w:jc w:val="center"/>
                    <w:rPr>
                      <w:rFonts w:ascii="Times New Roman" w:hAnsi="Times New Roman" w:cs="Times New Roman"/>
                      <w:b/>
                      <w:bCs/>
                      <w:sz w:val="16"/>
                      <w:szCs w:val="16"/>
                    </w:rPr>
                  </w:pPr>
                  <w:r w:rsidRPr="006C208E">
                    <w:rPr>
                      <w:rFonts w:ascii="Times New Roman" w:hAnsi="Times New Roman" w:cs="Times New Roman"/>
                      <w:b/>
                      <w:bCs/>
                      <w:sz w:val="16"/>
                      <w:szCs w:val="16"/>
                    </w:rPr>
                    <w:t>Total</w:t>
                  </w:r>
                </w:p>
              </w:tc>
              <w:tc>
                <w:tcPr>
                  <w:tcW w:w="588" w:type="pct"/>
                  <w:vAlign w:val="center"/>
                </w:tcPr>
                <w:p w14:paraId="5D65062B" w14:textId="77777777" w:rsidR="008A3C8C" w:rsidRPr="006C208E" w:rsidRDefault="008A3C8C" w:rsidP="006C208E">
                  <w:pPr>
                    <w:pStyle w:val="NoSpacing"/>
                    <w:contextualSpacing/>
                    <w:jc w:val="center"/>
                    <w:rPr>
                      <w:rFonts w:ascii="Times New Roman" w:hAnsi="Times New Roman" w:cs="Times New Roman"/>
                      <w:sz w:val="16"/>
                      <w:szCs w:val="16"/>
                    </w:rPr>
                  </w:pPr>
                </w:p>
              </w:tc>
              <w:tc>
                <w:tcPr>
                  <w:tcW w:w="586" w:type="pct"/>
                </w:tcPr>
                <w:p w14:paraId="0300DEE8" w14:textId="77777777" w:rsidR="008A3C8C" w:rsidRPr="006C208E" w:rsidRDefault="008A3C8C" w:rsidP="006C208E">
                  <w:pPr>
                    <w:pStyle w:val="NoSpacing"/>
                    <w:contextualSpacing/>
                    <w:jc w:val="center"/>
                    <w:rPr>
                      <w:rFonts w:ascii="Times New Roman" w:hAnsi="Times New Roman" w:cs="Times New Roman"/>
                      <w:sz w:val="16"/>
                      <w:szCs w:val="16"/>
                    </w:rPr>
                  </w:pPr>
                </w:p>
              </w:tc>
              <w:tc>
                <w:tcPr>
                  <w:tcW w:w="588" w:type="pct"/>
                  <w:vAlign w:val="center"/>
                </w:tcPr>
                <w:p w14:paraId="391E56F9" w14:textId="1F4A5DE5" w:rsidR="008A3C8C" w:rsidRPr="006C208E" w:rsidRDefault="008A3C8C" w:rsidP="006C208E">
                  <w:pPr>
                    <w:pStyle w:val="NoSpacing"/>
                    <w:contextualSpacing/>
                    <w:jc w:val="center"/>
                    <w:rPr>
                      <w:rFonts w:ascii="Times New Roman" w:hAnsi="Times New Roman" w:cs="Times New Roman"/>
                      <w:sz w:val="16"/>
                      <w:szCs w:val="16"/>
                    </w:rPr>
                  </w:pPr>
                </w:p>
              </w:tc>
              <w:tc>
                <w:tcPr>
                  <w:tcW w:w="640" w:type="pct"/>
                  <w:vAlign w:val="center"/>
                </w:tcPr>
                <w:p w14:paraId="07AA8441" w14:textId="44B6EFE7" w:rsidR="008A3C8C" w:rsidRPr="006C208E" w:rsidRDefault="008A3C8C" w:rsidP="006C208E">
                  <w:pPr>
                    <w:pStyle w:val="NoSpacing"/>
                    <w:contextualSpacing/>
                    <w:jc w:val="center"/>
                    <w:rPr>
                      <w:rFonts w:ascii="Times New Roman" w:hAnsi="Times New Roman" w:cs="Times New Roman"/>
                      <w:sz w:val="16"/>
                      <w:szCs w:val="16"/>
                    </w:rPr>
                  </w:pPr>
                </w:p>
              </w:tc>
              <w:tc>
                <w:tcPr>
                  <w:tcW w:w="588" w:type="pct"/>
                </w:tcPr>
                <w:p w14:paraId="57AD0021" w14:textId="77777777" w:rsidR="008A3C8C" w:rsidRPr="006C208E" w:rsidRDefault="008A3C8C" w:rsidP="006C208E">
                  <w:pPr>
                    <w:pStyle w:val="NoSpacing"/>
                    <w:contextualSpacing/>
                    <w:jc w:val="center"/>
                    <w:rPr>
                      <w:rFonts w:ascii="Times New Roman" w:hAnsi="Times New Roman" w:cs="Times New Roman"/>
                      <w:sz w:val="16"/>
                      <w:szCs w:val="16"/>
                    </w:rPr>
                  </w:pPr>
                </w:p>
              </w:tc>
              <w:tc>
                <w:tcPr>
                  <w:tcW w:w="588" w:type="pct"/>
                  <w:vAlign w:val="center"/>
                </w:tcPr>
                <w:p w14:paraId="27BCAAF5" w14:textId="6420C185" w:rsidR="008A3C8C" w:rsidRPr="006C208E" w:rsidRDefault="008A3C8C" w:rsidP="006C208E">
                  <w:pPr>
                    <w:pStyle w:val="NoSpacing"/>
                    <w:contextualSpacing/>
                    <w:jc w:val="center"/>
                    <w:rPr>
                      <w:rFonts w:ascii="Times New Roman" w:hAnsi="Times New Roman" w:cs="Times New Roman"/>
                      <w:sz w:val="16"/>
                      <w:szCs w:val="16"/>
                    </w:rPr>
                  </w:pPr>
                </w:p>
              </w:tc>
              <w:tc>
                <w:tcPr>
                  <w:tcW w:w="581" w:type="pct"/>
                  <w:vAlign w:val="center"/>
                </w:tcPr>
                <w:p w14:paraId="7B1CF905" w14:textId="77777777" w:rsidR="008A3C8C" w:rsidRPr="006C208E" w:rsidRDefault="008A3C8C" w:rsidP="006C208E">
                  <w:pPr>
                    <w:pStyle w:val="NoSpacing"/>
                    <w:contextualSpacing/>
                    <w:jc w:val="center"/>
                    <w:rPr>
                      <w:rFonts w:ascii="Times New Roman" w:hAnsi="Times New Roman" w:cs="Times New Roman"/>
                      <w:sz w:val="16"/>
                      <w:szCs w:val="16"/>
                    </w:rPr>
                  </w:pPr>
                </w:p>
              </w:tc>
            </w:tr>
          </w:tbl>
          <w:p w14:paraId="72EB19B2" w14:textId="1237288A" w:rsidR="00FE2043" w:rsidRPr="006C208E" w:rsidRDefault="00374F3D" w:rsidP="006C208E">
            <w:pPr>
              <w:pStyle w:val="NoSpacing"/>
              <w:contextualSpacing/>
              <w:jc w:val="both"/>
              <w:rPr>
                <w:rFonts w:ascii="Times New Roman" w:hAnsi="Times New Roman" w:cs="Times New Roman"/>
                <w:b/>
                <w:bCs/>
                <w:i/>
                <w:sz w:val="24"/>
                <w:szCs w:val="24"/>
              </w:rPr>
            </w:pPr>
            <w:r w:rsidRPr="006C208E">
              <w:rPr>
                <w:rFonts w:ascii="Times New Roman" w:hAnsi="Times New Roman" w:cs="Times New Roman"/>
                <w:b/>
                <w:bCs/>
                <w:i/>
                <w:sz w:val="24"/>
                <w:szCs w:val="24"/>
              </w:rPr>
              <w:t xml:space="preserve">Note: </w:t>
            </w:r>
            <w:r w:rsidR="00027403" w:rsidRPr="006C208E">
              <w:rPr>
                <w:rFonts w:ascii="Times New Roman" w:hAnsi="Times New Roman" w:cs="Times New Roman"/>
                <w:i/>
                <w:sz w:val="24"/>
                <w:szCs w:val="24"/>
              </w:rPr>
              <w:t>T</w:t>
            </w:r>
            <w:r w:rsidRPr="006C208E">
              <w:rPr>
                <w:rFonts w:ascii="Times New Roman" w:hAnsi="Times New Roman" w:cs="Times New Roman"/>
                <w:i/>
                <w:sz w:val="24"/>
                <w:szCs w:val="24"/>
              </w:rPr>
              <w:t xml:space="preserve">he applicant must attach </w:t>
            </w:r>
            <w:r w:rsidR="00F05938" w:rsidRPr="006C208E">
              <w:rPr>
                <w:rFonts w:ascii="Times New Roman" w:hAnsi="Times New Roman" w:cs="Times New Roman"/>
                <w:i/>
                <w:sz w:val="24"/>
                <w:szCs w:val="24"/>
              </w:rPr>
              <w:t xml:space="preserve">confirmation </w:t>
            </w:r>
            <w:r w:rsidR="00450A6D" w:rsidRPr="006C208E">
              <w:rPr>
                <w:rFonts w:ascii="Times New Roman" w:hAnsi="Times New Roman" w:cs="Times New Roman"/>
                <w:i/>
                <w:sz w:val="24"/>
                <w:szCs w:val="24"/>
              </w:rPr>
              <w:t>certificate</w:t>
            </w:r>
            <w:r w:rsidRPr="006C208E">
              <w:rPr>
                <w:rFonts w:ascii="Times New Roman" w:hAnsi="Times New Roman" w:cs="Times New Roman"/>
                <w:i/>
                <w:sz w:val="24"/>
                <w:szCs w:val="24"/>
              </w:rPr>
              <w:t xml:space="preserve"> issued by the</w:t>
            </w:r>
            <w:r w:rsidR="00450A6D" w:rsidRPr="006C208E">
              <w:rPr>
                <w:rFonts w:ascii="Times New Roman" w:hAnsi="Times New Roman" w:cs="Times New Roman"/>
                <w:i/>
                <w:sz w:val="24"/>
                <w:szCs w:val="24"/>
              </w:rPr>
              <w:t xml:space="preserve"> PIU / Fund Manager</w:t>
            </w:r>
            <w:r w:rsidRPr="006C208E">
              <w:rPr>
                <w:rFonts w:ascii="Times New Roman" w:hAnsi="Times New Roman" w:cs="Times New Roman"/>
                <w:i/>
                <w:sz w:val="24"/>
                <w:szCs w:val="24"/>
              </w:rPr>
              <w:t xml:space="preserve"> </w:t>
            </w:r>
            <w:r w:rsidR="00450A6D" w:rsidRPr="006C208E">
              <w:rPr>
                <w:rFonts w:ascii="Times New Roman" w:hAnsi="Times New Roman" w:cs="Times New Roman"/>
                <w:i/>
                <w:sz w:val="24"/>
                <w:szCs w:val="24"/>
              </w:rPr>
              <w:t xml:space="preserve">/ </w:t>
            </w:r>
            <w:r w:rsidR="00F05938" w:rsidRPr="006C208E">
              <w:rPr>
                <w:rFonts w:ascii="Times New Roman" w:hAnsi="Times New Roman" w:cs="Times New Roman"/>
                <w:i/>
                <w:sz w:val="24"/>
                <w:szCs w:val="24"/>
              </w:rPr>
              <w:t>Development Partner / any other authority to validate the claim of installation</w:t>
            </w:r>
            <w:r w:rsidR="00BC6C0C" w:rsidRPr="006C208E">
              <w:rPr>
                <w:rFonts w:ascii="Times New Roman" w:hAnsi="Times New Roman" w:cs="Times New Roman"/>
                <w:i/>
                <w:sz w:val="24"/>
                <w:szCs w:val="24"/>
              </w:rPr>
              <w:t>s</w:t>
            </w:r>
            <w:r w:rsidR="00F05938" w:rsidRPr="006C208E">
              <w:rPr>
                <w:rFonts w:ascii="Times New Roman" w:hAnsi="Times New Roman" w:cs="Times New Roman"/>
                <w:i/>
                <w:sz w:val="24"/>
                <w:szCs w:val="24"/>
              </w:rPr>
              <w:t xml:space="preserve">. </w:t>
            </w:r>
            <w:r w:rsidR="00845316" w:rsidRPr="006C208E">
              <w:rPr>
                <w:rFonts w:ascii="Times New Roman" w:hAnsi="Times New Roman" w:cs="Times New Roman"/>
                <w:i/>
                <w:sz w:val="24"/>
                <w:szCs w:val="24"/>
              </w:rPr>
              <w:t>Please refer</w:t>
            </w:r>
            <w:r w:rsidR="00F83A89">
              <w:rPr>
                <w:rFonts w:ascii="Times New Roman" w:hAnsi="Times New Roman" w:cs="Times New Roman"/>
                <w:i/>
                <w:sz w:val="24"/>
                <w:szCs w:val="24"/>
              </w:rPr>
              <w:t xml:space="preserve"> to</w:t>
            </w:r>
            <w:r w:rsidR="00845316" w:rsidRPr="006C208E">
              <w:rPr>
                <w:rFonts w:ascii="Times New Roman" w:hAnsi="Times New Roman" w:cs="Times New Roman"/>
                <w:i/>
                <w:sz w:val="24"/>
                <w:szCs w:val="24"/>
              </w:rPr>
              <w:t xml:space="preserve"> </w:t>
            </w:r>
            <w:r w:rsidR="009E1335" w:rsidRPr="00D021AA">
              <w:rPr>
                <w:rFonts w:ascii="Times New Roman" w:hAnsi="Times New Roman" w:cs="Times New Roman"/>
                <w:i/>
                <w:sz w:val="24"/>
                <w:szCs w:val="24"/>
              </w:rPr>
              <w:t>S</w:t>
            </w:r>
            <w:r w:rsidR="00BE607D" w:rsidRPr="00D021AA">
              <w:rPr>
                <w:rFonts w:ascii="Times New Roman" w:hAnsi="Times New Roman" w:cs="Times New Roman"/>
                <w:i/>
                <w:sz w:val="24"/>
                <w:szCs w:val="24"/>
              </w:rPr>
              <w:t>ection</w:t>
            </w:r>
            <w:r w:rsidR="00BE607D">
              <w:rPr>
                <w:rFonts w:ascii="Times New Roman" w:hAnsi="Times New Roman" w:cs="Times New Roman"/>
                <w:i/>
                <w:sz w:val="24"/>
                <w:szCs w:val="24"/>
              </w:rPr>
              <w:t xml:space="preserve"> 6</w:t>
            </w:r>
            <w:r w:rsidR="0097430A" w:rsidRPr="006C208E">
              <w:rPr>
                <w:rFonts w:ascii="Times New Roman" w:hAnsi="Times New Roman" w:cs="Times New Roman"/>
                <w:i/>
                <w:sz w:val="24"/>
                <w:szCs w:val="24"/>
              </w:rPr>
              <w:t xml:space="preserve"> </w:t>
            </w:r>
            <w:r w:rsidR="005C444F" w:rsidRPr="006C208E">
              <w:rPr>
                <w:rFonts w:ascii="Times New Roman" w:hAnsi="Times New Roman" w:cs="Times New Roman"/>
                <w:i/>
                <w:sz w:val="24"/>
                <w:szCs w:val="24"/>
              </w:rPr>
              <w:t>for the template.</w:t>
            </w:r>
          </w:p>
        </w:tc>
      </w:tr>
      <w:tr w:rsidR="00C11CFF" w:rsidRPr="006C208E" w14:paraId="501D3D43" w14:textId="77777777" w:rsidTr="00261B63">
        <w:trPr>
          <w:cantSplit/>
          <w:trHeight w:val="2330"/>
        </w:trPr>
        <w:tc>
          <w:tcPr>
            <w:tcW w:w="535" w:type="dxa"/>
            <w:vMerge/>
          </w:tcPr>
          <w:p w14:paraId="4BFDCEFF" w14:textId="77777777" w:rsidR="00C11CFF" w:rsidRPr="006C208E" w:rsidRDefault="00C11CFF" w:rsidP="001F3827">
            <w:pPr>
              <w:pStyle w:val="NoSpacing"/>
              <w:numPr>
                <w:ilvl w:val="0"/>
                <w:numId w:val="44"/>
              </w:numPr>
              <w:contextualSpacing/>
              <w:rPr>
                <w:rFonts w:ascii="Times New Roman" w:hAnsi="Times New Roman" w:cs="Times New Roman"/>
                <w:sz w:val="24"/>
                <w:szCs w:val="24"/>
              </w:rPr>
            </w:pPr>
          </w:p>
        </w:tc>
        <w:tc>
          <w:tcPr>
            <w:tcW w:w="2047" w:type="dxa"/>
            <w:vAlign w:val="center"/>
          </w:tcPr>
          <w:p w14:paraId="505431E0" w14:textId="4558E777" w:rsidR="00C11CFF" w:rsidRPr="006C208E" w:rsidRDefault="00C11CFF" w:rsidP="006C208E">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 xml:space="preserve">Model / Brand name </w:t>
            </w:r>
          </w:p>
        </w:tc>
        <w:tc>
          <w:tcPr>
            <w:tcW w:w="6810" w:type="dxa"/>
            <w:gridSpan w:val="8"/>
            <w:vAlign w:val="center"/>
          </w:tcPr>
          <w:tbl>
            <w:tblPr>
              <w:tblStyle w:val="TableGrid"/>
              <w:tblW w:w="0" w:type="auto"/>
              <w:tblLook w:val="04A0" w:firstRow="1" w:lastRow="0" w:firstColumn="1" w:lastColumn="0" w:noHBand="0" w:noVBand="1"/>
            </w:tblPr>
            <w:tblGrid>
              <w:gridCol w:w="878"/>
              <w:gridCol w:w="709"/>
              <w:gridCol w:w="768"/>
              <w:gridCol w:w="1026"/>
              <w:gridCol w:w="1026"/>
              <w:gridCol w:w="1194"/>
              <w:gridCol w:w="902"/>
            </w:tblGrid>
            <w:tr w:rsidR="00C11CFF" w:rsidRPr="006C208E" w14:paraId="62409050" w14:textId="77777777" w:rsidTr="00C11CFF">
              <w:trPr>
                <w:trHeight w:val="576"/>
              </w:trPr>
              <w:tc>
                <w:tcPr>
                  <w:tcW w:w="878" w:type="dxa"/>
                  <w:vAlign w:val="center"/>
                </w:tcPr>
                <w:p w14:paraId="5CF41D30" w14:textId="6F54B3F3" w:rsidR="00C11CFF" w:rsidRPr="006C208E" w:rsidRDefault="00160445" w:rsidP="006C208E">
                  <w:pPr>
                    <w:pStyle w:val="NoSpacing"/>
                    <w:contextualSpacing/>
                    <w:jc w:val="center"/>
                    <w:rPr>
                      <w:rFonts w:ascii="Times New Roman" w:hAnsi="Times New Roman" w:cs="Times New Roman"/>
                      <w:b/>
                      <w:bCs/>
                      <w:sz w:val="20"/>
                      <w:szCs w:val="20"/>
                    </w:rPr>
                  </w:pPr>
                  <w:r w:rsidRPr="006C208E">
                    <w:rPr>
                      <w:rFonts w:ascii="Times New Roman" w:hAnsi="Times New Roman" w:cs="Times New Roman"/>
                      <w:b/>
                      <w:bCs/>
                      <w:sz w:val="20"/>
                      <w:szCs w:val="20"/>
                    </w:rPr>
                    <w:t>Model /</w:t>
                  </w:r>
                  <w:r w:rsidR="00C11CFF" w:rsidRPr="006C208E">
                    <w:rPr>
                      <w:rFonts w:ascii="Times New Roman" w:hAnsi="Times New Roman" w:cs="Times New Roman"/>
                      <w:b/>
                      <w:bCs/>
                      <w:sz w:val="20"/>
                      <w:szCs w:val="20"/>
                    </w:rPr>
                    <w:t xml:space="preserve"> Brand name</w:t>
                  </w:r>
                </w:p>
                <w:p w14:paraId="1C10AD9B" w14:textId="77777777" w:rsidR="00C11CFF" w:rsidRPr="006C208E" w:rsidRDefault="00C11CFF" w:rsidP="006C208E">
                  <w:pPr>
                    <w:pStyle w:val="NoSpacing"/>
                    <w:contextualSpacing/>
                    <w:jc w:val="center"/>
                    <w:rPr>
                      <w:rFonts w:ascii="Times New Roman" w:hAnsi="Times New Roman" w:cs="Times New Roman"/>
                      <w:b/>
                      <w:bCs/>
                      <w:sz w:val="20"/>
                      <w:szCs w:val="20"/>
                    </w:rPr>
                  </w:pPr>
                </w:p>
              </w:tc>
              <w:tc>
                <w:tcPr>
                  <w:tcW w:w="709" w:type="dxa"/>
                  <w:vAlign w:val="center"/>
                </w:tcPr>
                <w:p w14:paraId="46E0CDC1" w14:textId="77777777" w:rsidR="00C11CFF" w:rsidRPr="006C208E" w:rsidRDefault="00C11CFF" w:rsidP="006C208E">
                  <w:pPr>
                    <w:pStyle w:val="NoSpacing"/>
                    <w:contextualSpacing/>
                    <w:jc w:val="center"/>
                    <w:rPr>
                      <w:rFonts w:ascii="Times New Roman" w:hAnsi="Times New Roman" w:cs="Times New Roman"/>
                      <w:b/>
                      <w:bCs/>
                      <w:sz w:val="20"/>
                      <w:szCs w:val="20"/>
                    </w:rPr>
                  </w:pPr>
                  <w:r w:rsidRPr="006C208E">
                    <w:rPr>
                      <w:rFonts w:ascii="Times New Roman" w:hAnsi="Times New Roman" w:cs="Times New Roman"/>
                      <w:b/>
                      <w:bCs/>
                      <w:sz w:val="20"/>
                      <w:szCs w:val="20"/>
                    </w:rPr>
                    <w:t>Tier</w:t>
                  </w:r>
                </w:p>
              </w:tc>
              <w:tc>
                <w:tcPr>
                  <w:tcW w:w="768" w:type="dxa"/>
                  <w:vAlign w:val="center"/>
                </w:tcPr>
                <w:p w14:paraId="394232AA" w14:textId="77777777" w:rsidR="00C11CFF" w:rsidRPr="006C208E" w:rsidRDefault="00C11CFF" w:rsidP="006C208E">
                  <w:pPr>
                    <w:pStyle w:val="NoSpacing"/>
                    <w:contextualSpacing/>
                    <w:jc w:val="center"/>
                    <w:rPr>
                      <w:rFonts w:ascii="Times New Roman" w:hAnsi="Times New Roman" w:cs="Times New Roman"/>
                      <w:b/>
                      <w:bCs/>
                      <w:sz w:val="20"/>
                      <w:szCs w:val="20"/>
                    </w:rPr>
                  </w:pPr>
                  <w:r w:rsidRPr="006C208E">
                    <w:rPr>
                      <w:rFonts w:ascii="Times New Roman" w:hAnsi="Times New Roman" w:cs="Times New Roman"/>
                      <w:b/>
                      <w:bCs/>
                      <w:sz w:val="20"/>
                      <w:szCs w:val="20"/>
                    </w:rPr>
                    <w:t>Cash price</w:t>
                  </w:r>
                </w:p>
              </w:tc>
              <w:tc>
                <w:tcPr>
                  <w:tcW w:w="1026" w:type="dxa"/>
                  <w:vAlign w:val="center"/>
                </w:tcPr>
                <w:p w14:paraId="3B9E7D86" w14:textId="77777777" w:rsidR="00C11CFF" w:rsidRPr="006C208E" w:rsidRDefault="00C11CFF" w:rsidP="006C208E">
                  <w:pPr>
                    <w:pStyle w:val="NoSpacing"/>
                    <w:contextualSpacing/>
                    <w:jc w:val="center"/>
                    <w:rPr>
                      <w:rFonts w:ascii="Times New Roman" w:hAnsi="Times New Roman" w:cs="Times New Roman"/>
                      <w:b/>
                      <w:bCs/>
                      <w:sz w:val="20"/>
                      <w:szCs w:val="20"/>
                    </w:rPr>
                  </w:pPr>
                  <w:r w:rsidRPr="006C208E">
                    <w:rPr>
                      <w:rFonts w:ascii="Times New Roman" w:hAnsi="Times New Roman" w:cs="Times New Roman"/>
                      <w:b/>
                      <w:bCs/>
                      <w:sz w:val="20"/>
                      <w:szCs w:val="20"/>
                    </w:rPr>
                    <w:t>PAYGO Price</w:t>
                  </w:r>
                </w:p>
              </w:tc>
              <w:tc>
                <w:tcPr>
                  <w:tcW w:w="1026" w:type="dxa"/>
                  <w:vAlign w:val="center"/>
                </w:tcPr>
                <w:p w14:paraId="4A424862" w14:textId="77777777" w:rsidR="00C11CFF" w:rsidRPr="006C208E" w:rsidRDefault="00C11CFF" w:rsidP="006C208E">
                  <w:pPr>
                    <w:pStyle w:val="NoSpacing"/>
                    <w:contextualSpacing/>
                    <w:jc w:val="center"/>
                    <w:rPr>
                      <w:rFonts w:ascii="Times New Roman" w:hAnsi="Times New Roman" w:cs="Times New Roman"/>
                      <w:b/>
                      <w:bCs/>
                      <w:sz w:val="20"/>
                      <w:szCs w:val="20"/>
                    </w:rPr>
                  </w:pPr>
                  <w:r w:rsidRPr="006C208E">
                    <w:rPr>
                      <w:rFonts w:ascii="Times New Roman" w:hAnsi="Times New Roman" w:cs="Times New Roman"/>
                      <w:b/>
                      <w:bCs/>
                      <w:sz w:val="20"/>
                      <w:szCs w:val="20"/>
                    </w:rPr>
                    <w:t>Down payment (%)</w:t>
                  </w:r>
                </w:p>
              </w:tc>
              <w:tc>
                <w:tcPr>
                  <w:tcW w:w="1148" w:type="dxa"/>
                  <w:vAlign w:val="center"/>
                </w:tcPr>
                <w:p w14:paraId="6BDFB51C" w14:textId="77777777" w:rsidR="00C11CFF" w:rsidRPr="006C208E" w:rsidRDefault="00C11CFF" w:rsidP="006C208E">
                  <w:pPr>
                    <w:pStyle w:val="NoSpacing"/>
                    <w:contextualSpacing/>
                    <w:jc w:val="center"/>
                    <w:rPr>
                      <w:rFonts w:ascii="Times New Roman" w:hAnsi="Times New Roman" w:cs="Times New Roman"/>
                      <w:b/>
                      <w:bCs/>
                      <w:sz w:val="20"/>
                      <w:szCs w:val="20"/>
                    </w:rPr>
                  </w:pPr>
                  <w:r w:rsidRPr="006C208E">
                    <w:rPr>
                      <w:rFonts w:ascii="Times New Roman" w:hAnsi="Times New Roman" w:cs="Times New Roman"/>
                      <w:b/>
                      <w:bCs/>
                      <w:sz w:val="20"/>
                      <w:szCs w:val="20"/>
                    </w:rPr>
                    <w:t>Repayment frequency</w:t>
                  </w:r>
                </w:p>
              </w:tc>
              <w:tc>
                <w:tcPr>
                  <w:tcW w:w="902" w:type="dxa"/>
                  <w:vAlign w:val="center"/>
                </w:tcPr>
                <w:p w14:paraId="0033E764" w14:textId="77777777" w:rsidR="00C11CFF" w:rsidRPr="006C208E" w:rsidRDefault="00C11CFF" w:rsidP="006C208E">
                  <w:pPr>
                    <w:pStyle w:val="NoSpacing"/>
                    <w:contextualSpacing/>
                    <w:jc w:val="center"/>
                    <w:rPr>
                      <w:rFonts w:ascii="Times New Roman" w:hAnsi="Times New Roman" w:cs="Times New Roman"/>
                      <w:b/>
                      <w:bCs/>
                      <w:sz w:val="20"/>
                      <w:szCs w:val="20"/>
                    </w:rPr>
                  </w:pPr>
                  <w:r w:rsidRPr="006C208E">
                    <w:rPr>
                      <w:rFonts w:ascii="Times New Roman" w:hAnsi="Times New Roman" w:cs="Times New Roman"/>
                      <w:b/>
                      <w:bCs/>
                      <w:sz w:val="20"/>
                      <w:szCs w:val="20"/>
                    </w:rPr>
                    <w:t>Tenor (years) / Other term, if any</w:t>
                  </w:r>
                </w:p>
              </w:tc>
            </w:tr>
            <w:tr w:rsidR="00C11CFF" w:rsidRPr="006C208E" w14:paraId="583735B8" w14:textId="77777777" w:rsidTr="008E6320">
              <w:trPr>
                <w:trHeight w:val="432"/>
              </w:trPr>
              <w:tc>
                <w:tcPr>
                  <w:tcW w:w="878" w:type="dxa"/>
                </w:tcPr>
                <w:p w14:paraId="61ED349D" w14:textId="77777777" w:rsidR="00C11CFF" w:rsidRPr="006C208E" w:rsidRDefault="00C11CFF" w:rsidP="006C208E">
                  <w:pPr>
                    <w:pStyle w:val="NoSpacing"/>
                    <w:contextualSpacing/>
                    <w:rPr>
                      <w:rFonts w:ascii="Times New Roman" w:hAnsi="Times New Roman" w:cs="Times New Roman"/>
                      <w:sz w:val="24"/>
                      <w:szCs w:val="24"/>
                    </w:rPr>
                  </w:pPr>
                </w:p>
              </w:tc>
              <w:tc>
                <w:tcPr>
                  <w:tcW w:w="709" w:type="dxa"/>
                </w:tcPr>
                <w:p w14:paraId="6408544F" w14:textId="77777777" w:rsidR="00C11CFF" w:rsidRPr="006C208E" w:rsidRDefault="00C11CFF" w:rsidP="006C208E">
                  <w:pPr>
                    <w:pStyle w:val="NoSpacing"/>
                    <w:contextualSpacing/>
                    <w:rPr>
                      <w:rFonts w:ascii="Times New Roman" w:hAnsi="Times New Roman" w:cs="Times New Roman"/>
                      <w:sz w:val="24"/>
                      <w:szCs w:val="24"/>
                    </w:rPr>
                  </w:pPr>
                </w:p>
              </w:tc>
              <w:tc>
                <w:tcPr>
                  <w:tcW w:w="768" w:type="dxa"/>
                </w:tcPr>
                <w:p w14:paraId="2E973C68" w14:textId="77777777" w:rsidR="00C11CFF" w:rsidRPr="006C208E" w:rsidRDefault="00C11CFF" w:rsidP="006C208E">
                  <w:pPr>
                    <w:pStyle w:val="NoSpacing"/>
                    <w:contextualSpacing/>
                    <w:rPr>
                      <w:rFonts w:ascii="Times New Roman" w:hAnsi="Times New Roman" w:cs="Times New Roman"/>
                      <w:sz w:val="24"/>
                      <w:szCs w:val="24"/>
                    </w:rPr>
                  </w:pPr>
                </w:p>
              </w:tc>
              <w:tc>
                <w:tcPr>
                  <w:tcW w:w="1026" w:type="dxa"/>
                </w:tcPr>
                <w:p w14:paraId="7AF53639" w14:textId="77777777" w:rsidR="00C11CFF" w:rsidRPr="006C208E" w:rsidRDefault="00C11CFF" w:rsidP="006C208E">
                  <w:pPr>
                    <w:pStyle w:val="NoSpacing"/>
                    <w:contextualSpacing/>
                    <w:rPr>
                      <w:rFonts w:ascii="Times New Roman" w:hAnsi="Times New Roman" w:cs="Times New Roman"/>
                      <w:sz w:val="24"/>
                      <w:szCs w:val="24"/>
                    </w:rPr>
                  </w:pPr>
                </w:p>
              </w:tc>
              <w:tc>
                <w:tcPr>
                  <w:tcW w:w="1026" w:type="dxa"/>
                </w:tcPr>
                <w:p w14:paraId="2C2E1DBF" w14:textId="77777777" w:rsidR="00C11CFF" w:rsidRPr="006C208E" w:rsidRDefault="00C11CFF" w:rsidP="006C208E">
                  <w:pPr>
                    <w:pStyle w:val="NoSpacing"/>
                    <w:contextualSpacing/>
                    <w:rPr>
                      <w:rFonts w:ascii="Times New Roman" w:hAnsi="Times New Roman" w:cs="Times New Roman"/>
                      <w:sz w:val="24"/>
                      <w:szCs w:val="24"/>
                    </w:rPr>
                  </w:pPr>
                </w:p>
              </w:tc>
              <w:tc>
                <w:tcPr>
                  <w:tcW w:w="1148" w:type="dxa"/>
                </w:tcPr>
                <w:p w14:paraId="0037F7BD" w14:textId="77777777" w:rsidR="00C11CFF" w:rsidRPr="006C208E" w:rsidRDefault="00C11CFF" w:rsidP="006C208E">
                  <w:pPr>
                    <w:pStyle w:val="NoSpacing"/>
                    <w:contextualSpacing/>
                    <w:rPr>
                      <w:rFonts w:ascii="Times New Roman" w:hAnsi="Times New Roman" w:cs="Times New Roman"/>
                      <w:sz w:val="24"/>
                      <w:szCs w:val="24"/>
                    </w:rPr>
                  </w:pPr>
                </w:p>
              </w:tc>
              <w:tc>
                <w:tcPr>
                  <w:tcW w:w="902" w:type="dxa"/>
                </w:tcPr>
                <w:p w14:paraId="7E27CED8" w14:textId="77777777" w:rsidR="00C11CFF" w:rsidRPr="006C208E" w:rsidRDefault="00C11CFF" w:rsidP="006C208E">
                  <w:pPr>
                    <w:pStyle w:val="NoSpacing"/>
                    <w:contextualSpacing/>
                    <w:rPr>
                      <w:rFonts w:ascii="Times New Roman" w:hAnsi="Times New Roman" w:cs="Times New Roman"/>
                      <w:sz w:val="24"/>
                      <w:szCs w:val="24"/>
                    </w:rPr>
                  </w:pPr>
                </w:p>
              </w:tc>
            </w:tr>
            <w:tr w:rsidR="00C11CFF" w:rsidRPr="006C208E" w14:paraId="137E9FCC" w14:textId="77777777" w:rsidTr="008E6320">
              <w:trPr>
                <w:trHeight w:val="432"/>
              </w:trPr>
              <w:tc>
                <w:tcPr>
                  <w:tcW w:w="878" w:type="dxa"/>
                </w:tcPr>
                <w:p w14:paraId="5914C8CE" w14:textId="77777777" w:rsidR="00C11CFF" w:rsidRPr="006C208E" w:rsidRDefault="00C11CFF" w:rsidP="006C208E">
                  <w:pPr>
                    <w:pStyle w:val="NoSpacing"/>
                    <w:contextualSpacing/>
                    <w:rPr>
                      <w:rFonts w:ascii="Times New Roman" w:hAnsi="Times New Roman" w:cs="Times New Roman"/>
                      <w:sz w:val="24"/>
                      <w:szCs w:val="24"/>
                    </w:rPr>
                  </w:pPr>
                </w:p>
              </w:tc>
              <w:tc>
                <w:tcPr>
                  <w:tcW w:w="709" w:type="dxa"/>
                </w:tcPr>
                <w:p w14:paraId="0D68756F" w14:textId="77777777" w:rsidR="00C11CFF" w:rsidRPr="006C208E" w:rsidRDefault="00C11CFF" w:rsidP="006C208E">
                  <w:pPr>
                    <w:pStyle w:val="NoSpacing"/>
                    <w:contextualSpacing/>
                    <w:rPr>
                      <w:rFonts w:ascii="Times New Roman" w:hAnsi="Times New Roman" w:cs="Times New Roman"/>
                      <w:sz w:val="24"/>
                      <w:szCs w:val="24"/>
                    </w:rPr>
                  </w:pPr>
                </w:p>
              </w:tc>
              <w:tc>
                <w:tcPr>
                  <w:tcW w:w="768" w:type="dxa"/>
                </w:tcPr>
                <w:p w14:paraId="7B6DDAB1" w14:textId="77777777" w:rsidR="00C11CFF" w:rsidRPr="006C208E" w:rsidRDefault="00C11CFF" w:rsidP="006C208E">
                  <w:pPr>
                    <w:pStyle w:val="NoSpacing"/>
                    <w:contextualSpacing/>
                    <w:rPr>
                      <w:rFonts w:ascii="Times New Roman" w:hAnsi="Times New Roman" w:cs="Times New Roman"/>
                      <w:sz w:val="24"/>
                      <w:szCs w:val="24"/>
                    </w:rPr>
                  </w:pPr>
                </w:p>
              </w:tc>
              <w:tc>
                <w:tcPr>
                  <w:tcW w:w="1026" w:type="dxa"/>
                </w:tcPr>
                <w:p w14:paraId="406BC16B" w14:textId="77777777" w:rsidR="00C11CFF" w:rsidRPr="006C208E" w:rsidRDefault="00C11CFF" w:rsidP="006C208E">
                  <w:pPr>
                    <w:pStyle w:val="NoSpacing"/>
                    <w:contextualSpacing/>
                    <w:rPr>
                      <w:rFonts w:ascii="Times New Roman" w:hAnsi="Times New Roman" w:cs="Times New Roman"/>
                      <w:sz w:val="24"/>
                      <w:szCs w:val="24"/>
                    </w:rPr>
                  </w:pPr>
                </w:p>
              </w:tc>
              <w:tc>
                <w:tcPr>
                  <w:tcW w:w="1026" w:type="dxa"/>
                </w:tcPr>
                <w:p w14:paraId="00E80F4D" w14:textId="77777777" w:rsidR="00C11CFF" w:rsidRPr="006C208E" w:rsidRDefault="00C11CFF" w:rsidP="006C208E">
                  <w:pPr>
                    <w:pStyle w:val="NoSpacing"/>
                    <w:contextualSpacing/>
                    <w:rPr>
                      <w:rFonts w:ascii="Times New Roman" w:hAnsi="Times New Roman" w:cs="Times New Roman"/>
                      <w:sz w:val="24"/>
                      <w:szCs w:val="24"/>
                    </w:rPr>
                  </w:pPr>
                </w:p>
              </w:tc>
              <w:tc>
                <w:tcPr>
                  <w:tcW w:w="1148" w:type="dxa"/>
                </w:tcPr>
                <w:p w14:paraId="619F9FE3" w14:textId="77777777" w:rsidR="00C11CFF" w:rsidRPr="006C208E" w:rsidRDefault="00C11CFF" w:rsidP="006C208E">
                  <w:pPr>
                    <w:pStyle w:val="NoSpacing"/>
                    <w:contextualSpacing/>
                    <w:rPr>
                      <w:rFonts w:ascii="Times New Roman" w:hAnsi="Times New Roman" w:cs="Times New Roman"/>
                      <w:sz w:val="24"/>
                      <w:szCs w:val="24"/>
                    </w:rPr>
                  </w:pPr>
                </w:p>
              </w:tc>
              <w:tc>
                <w:tcPr>
                  <w:tcW w:w="902" w:type="dxa"/>
                </w:tcPr>
                <w:p w14:paraId="43C5BA08" w14:textId="77777777" w:rsidR="00C11CFF" w:rsidRPr="006C208E" w:rsidRDefault="00C11CFF" w:rsidP="006C208E">
                  <w:pPr>
                    <w:pStyle w:val="NoSpacing"/>
                    <w:contextualSpacing/>
                    <w:rPr>
                      <w:rFonts w:ascii="Times New Roman" w:hAnsi="Times New Roman" w:cs="Times New Roman"/>
                      <w:sz w:val="24"/>
                      <w:szCs w:val="24"/>
                    </w:rPr>
                  </w:pPr>
                </w:p>
              </w:tc>
            </w:tr>
            <w:tr w:rsidR="00C11CFF" w:rsidRPr="006C208E" w14:paraId="63C60083" w14:textId="77777777" w:rsidTr="008E6320">
              <w:trPr>
                <w:trHeight w:val="432"/>
              </w:trPr>
              <w:tc>
                <w:tcPr>
                  <w:tcW w:w="878" w:type="dxa"/>
                </w:tcPr>
                <w:p w14:paraId="7BC5153F" w14:textId="77777777" w:rsidR="00C11CFF" w:rsidRPr="006C208E" w:rsidRDefault="00C11CFF" w:rsidP="006C208E">
                  <w:pPr>
                    <w:pStyle w:val="NoSpacing"/>
                    <w:contextualSpacing/>
                    <w:rPr>
                      <w:rFonts w:ascii="Times New Roman" w:hAnsi="Times New Roman" w:cs="Times New Roman"/>
                      <w:sz w:val="24"/>
                      <w:szCs w:val="24"/>
                    </w:rPr>
                  </w:pPr>
                </w:p>
              </w:tc>
              <w:tc>
                <w:tcPr>
                  <w:tcW w:w="709" w:type="dxa"/>
                </w:tcPr>
                <w:p w14:paraId="52CCFE4F" w14:textId="77777777" w:rsidR="00C11CFF" w:rsidRPr="006C208E" w:rsidRDefault="00C11CFF" w:rsidP="006C208E">
                  <w:pPr>
                    <w:pStyle w:val="NoSpacing"/>
                    <w:contextualSpacing/>
                    <w:rPr>
                      <w:rFonts w:ascii="Times New Roman" w:hAnsi="Times New Roman" w:cs="Times New Roman"/>
                      <w:sz w:val="24"/>
                      <w:szCs w:val="24"/>
                    </w:rPr>
                  </w:pPr>
                </w:p>
              </w:tc>
              <w:tc>
                <w:tcPr>
                  <w:tcW w:w="768" w:type="dxa"/>
                </w:tcPr>
                <w:p w14:paraId="1D44F03F" w14:textId="77777777" w:rsidR="00C11CFF" w:rsidRPr="006C208E" w:rsidRDefault="00C11CFF" w:rsidP="006C208E">
                  <w:pPr>
                    <w:pStyle w:val="NoSpacing"/>
                    <w:contextualSpacing/>
                    <w:rPr>
                      <w:rFonts w:ascii="Times New Roman" w:hAnsi="Times New Roman" w:cs="Times New Roman"/>
                      <w:sz w:val="24"/>
                      <w:szCs w:val="24"/>
                    </w:rPr>
                  </w:pPr>
                </w:p>
              </w:tc>
              <w:tc>
                <w:tcPr>
                  <w:tcW w:w="1026" w:type="dxa"/>
                </w:tcPr>
                <w:p w14:paraId="78C168AA" w14:textId="77777777" w:rsidR="00C11CFF" w:rsidRPr="006C208E" w:rsidRDefault="00C11CFF" w:rsidP="006C208E">
                  <w:pPr>
                    <w:pStyle w:val="NoSpacing"/>
                    <w:contextualSpacing/>
                    <w:rPr>
                      <w:rFonts w:ascii="Times New Roman" w:hAnsi="Times New Roman" w:cs="Times New Roman"/>
                      <w:sz w:val="24"/>
                      <w:szCs w:val="24"/>
                    </w:rPr>
                  </w:pPr>
                </w:p>
              </w:tc>
              <w:tc>
                <w:tcPr>
                  <w:tcW w:w="1026" w:type="dxa"/>
                </w:tcPr>
                <w:p w14:paraId="2ED94269" w14:textId="77777777" w:rsidR="00C11CFF" w:rsidRPr="006C208E" w:rsidRDefault="00C11CFF" w:rsidP="006C208E">
                  <w:pPr>
                    <w:pStyle w:val="NoSpacing"/>
                    <w:contextualSpacing/>
                    <w:rPr>
                      <w:rFonts w:ascii="Times New Roman" w:hAnsi="Times New Roman" w:cs="Times New Roman"/>
                      <w:sz w:val="24"/>
                      <w:szCs w:val="24"/>
                    </w:rPr>
                  </w:pPr>
                </w:p>
              </w:tc>
              <w:tc>
                <w:tcPr>
                  <w:tcW w:w="1148" w:type="dxa"/>
                </w:tcPr>
                <w:p w14:paraId="5FD58B56" w14:textId="77777777" w:rsidR="00C11CFF" w:rsidRPr="006C208E" w:rsidRDefault="00C11CFF" w:rsidP="006C208E">
                  <w:pPr>
                    <w:pStyle w:val="NoSpacing"/>
                    <w:contextualSpacing/>
                    <w:rPr>
                      <w:rFonts w:ascii="Times New Roman" w:hAnsi="Times New Roman" w:cs="Times New Roman"/>
                      <w:sz w:val="24"/>
                      <w:szCs w:val="24"/>
                    </w:rPr>
                  </w:pPr>
                </w:p>
              </w:tc>
              <w:tc>
                <w:tcPr>
                  <w:tcW w:w="902" w:type="dxa"/>
                </w:tcPr>
                <w:p w14:paraId="1E4F503D" w14:textId="77777777" w:rsidR="00C11CFF" w:rsidRPr="006C208E" w:rsidRDefault="00C11CFF" w:rsidP="006C208E">
                  <w:pPr>
                    <w:pStyle w:val="NoSpacing"/>
                    <w:contextualSpacing/>
                    <w:rPr>
                      <w:rFonts w:ascii="Times New Roman" w:hAnsi="Times New Roman" w:cs="Times New Roman"/>
                      <w:sz w:val="24"/>
                      <w:szCs w:val="24"/>
                    </w:rPr>
                  </w:pPr>
                </w:p>
              </w:tc>
            </w:tr>
          </w:tbl>
          <w:p w14:paraId="5DD50492" w14:textId="1F87E71E" w:rsidR="00C11CFF" w:rsidRPr="006C208E" w:rsidRDefault="00C11CFF" w:rsidP="006C208E">
            <w:pPr>
              <w:pStyle w:val="NoSpacing"/>
              <w:contextualSpacing/>
              <w:rPr>
                <w:rFonts w:ascii="Times New Roman" w:hAnsi="Times New Roman" w:cs="Times New Roman"/>
                <w:sz w:val="24"/>
                <w:szCs w:val="24"/>
              </w:rPr>
            </w:pPr>
          </w:p>
        </w:tc>
      </w:tr>
      <w:tr w:rsidR="00F139FF" w:rsidRPr="006C208E" w14:paraId="14AB4D09" w14:textId="77777777" w:rsidTr="00261B63">
        <w:trPr>
          <w:cantSplit/>
          <w:trHeight w:val="20"/>
        </w:trPr>
        <w:tc>
          <w:tcPr>
            <w:tcW w:w="535" w:type="dxa"/>
            <w:vMerge w:val="restart"/>
            <w:vAlign w:val="center"/>
          </w:tcPr>
          <w:p w14:paraId="02D588A6" w14:textId="7C7A1F38" w:rsidR="006D602E" w:rsidRPr="006C208E" w:rsidRDefault="006D602E" w:rsidP="00261B63">
            <w:pPr>
              <w:pStyle w:val="NoSpacing"/>
              <w:numPr>
                <w:ilvl w:val="0"/>
                <w:numId w:val="44"/>
              </w:numPr>
              <w:contextualSpacing/>
              <w:jc w:val="center"/>
              <w:rPr>
                <w:rFonts w:ascii="Times New Roman" w:hAnsi="Times New Roman" w:cs="Times New Roman"/>
                <w:sz w:val="24"/>
                <w:szCs w:val="24"/>
              </w:rPr>
            </w:pPr>
          </w:p>
        </w:tc>
        <w:tc>
          <w:tcPr>
            <w:tcW w:w="2047" w:type="dxa"/>
          </w:tcPr>
          <w:p w14:paraId="54E80CDD" w14:textId="13EB4CEB" w:rsidR="006D602E" w:rsidRPr="006C208E" w:rsidRDefault="006D602E" w:rsidP="006C208E">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 xml:space="preserve">Has experience in renewable energy projects other than </w:t>
            </w:r>
            <w:r w:rsidR="00530670" w:rsidRPr="006C208E">
              <w:rPr>
                <w:rFonts w:ascii="Times New Roman" w:hAnsi="Times New Roman" w:cs="Times New Roman"/>
                <w:sz w:val="24"/>
                <w:szCs w:val="24"/>
              </w:rPr>
              <w:t>CCS</w:t>
            </w:r>
            <w:r w:rsidRPr="006C208E">
              <w:rPr>
                <w:rFonts w:ascii="Times New Roman" w:hAnsi="Times New Roman" w:cs="Times New Roman"/>
                <w:sz w:val="24"/>
                <w:szCs w:val="24"/>
              </w:rPr>
              <w:t>?</w:t>
            </w:r>
          </w:p>
        </w:tc>
        <w:tc>
          <w:tcPr>
            <w:tcW w:w="2152" w:type="dxa"/>
            <w:gridSpan w:val="2"/>
            <w:vAlign w:val="center"/>
          </w:tcPr>
          <w:p w14:paraId="65425BD8" w14:textId="3948721C" w:rsidR="006D602E" w:rsidRPr="006C208E" w:rsidRDefault="00F441CA" w:rsidP="006C208E">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 xml:space="preserve">[___] </w:t>
            </w:r>
            <w:r w:rsidR="006D602E" w:rsidRPr="006C208E">
              <w:rPr>
                <w:rFonts w:ascii="Times New Roman" w:hAnsi="Times New Roman" w:cs="Times New Roman"/>
                <w:sz w:val="24"/>
                <w:szCs w:val="24"/>
              </w:rPr>
              <w:t>Yes</w:t>
            </w:r>
          </w:p>
        </w:tc>
        <w:tc>
          <w:tcPr>
            <w:tcW w:w="4658" w:type="dxa"/>
            <w:gridSpan w:val="6"/>
            <w:vAlign w:val="center"/>
          </w:tcPr>
          <w:p w14:paraId="3DCA4AFB" w14:textId="4A5ECA07" w:rsidR="006D602E" w:rsidRPr="006C208E" w:rsidRDefault="00F441CA" w:rsidP="006C208E">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 xml:space="preserve">[___] </w:t>
            </w:r>
            <w:r w:rsidR="006D602E" w:rsidRPr="006C208E">
              <w:rPr>
                <w:rFonts w:ascii="Times New Roman" w:hAnsi="Times New Roman" w:cs="Times New Roman"/>
                <w:sz w:val="24"/>
                <w:szCs w:val="24"/>
              </w:rPr>
              <w:t>No</w:t>
            </w:r>
          </w:p>
        </w:tc>
      </w:tr>
      <w:tr w:rsidR="00F139FF" w:rsidRPr="006C208E" w14:paraId="04098120" w14:textId="77777777" w:rsidTr="00261B63">
        <w:trPr>
          <w:cantSplit/>
          <w:trHeight w:val="20"/>
        </w:trPr>
        <w:tc>
          <w:tcPr>
            <w:tcW w:w="535" w:type="dxa"/>
            <w:vMerge/>
          </w:tcPr>
          <w:p w14:paraId="0AB7218C" w14:textId="77777777" w:rsidR="006D602E" w:rsidRPr="006C208E" w:rsidRDefault="006D602E" w:rsidP="001F3827">
            <w:pPr>
              <w:pStyle w:val="NoSpacing"/>
              <w:numPr>
                <w:ilvl w:val="0"/>
                <w:numId w:val="44"/>
              </w:numPr>
              <w:contextualSpacing/>
              <w:rPr>
                <w:rFonts w:ascii="Times New Roman" w:hAnsi="Times New Roman" w:cs="Times New Roman"/>
                <w:sz w:val="24"/>
                <w:szCs w:val="24"/>
              </w:rPr>
            </w:pPr>
          </w:p>
        </w:tc>
        <w:tc>
          <w:tcPr>
            <w:tcW w:w="2047" w:type="dxa"/>
            <w:vAlign w:val="center"/>
          </w:tcPr>
          <w:p w14:paraId="2E8EB214" w14:textId="6D4D5E03" w:rsidR="006D602E" w:rsidRPr="006C208E" w:rsidRDefault="006D602E" w:rsidP="006C208E">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If yes, name of project/</w:t>
            </w:r>
            <w:r w:rsidR="00FE2043" w:rsidRPr="006C208E">
              <w:rPr>
                <w:rFonts w:ascii="Times New Roman" w:hAnsi="Times New Roman" w:cs="Times New Roman"/>
                <w:sz w:val="24"/>
                <w:szCs w:val="24"/>
              </w:rPr>
              <w:t xml:space="preserve"> </w:t>
            </w:r>
            <w:r w:rsidRPr="006C208E">
              <w:rPr>
                <w:rFonts w:ascii="Times New Roman" w:hAnsi="Times New Roman" w:cs="Times New Roman"/>
                <w:sz w:val="24"/>
                <w:szCs w:val="24"/>
              </w:rPr>
              <w:t>technology</w:t>
            </w:r>
          </w:p>
        </w:tc>
        <w:tc>
          <w:tcPr>
            <w:tcW w:w="2152" w:type="dxa"/>
            <w:gridSpan w:val="2"/>
            <w:vAlign w:val="center"/>
          </w:tcPr>
          <w:p w14:paraId="33528847" w14:textId="77777777" w:rsidR="006D602E" w:rsidRPr="006C208E" w:rsidRDefault="006D602E" w:rsidP="006C208E">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Date of the project started</w:t>
            </w:r>
          </w:p>
        </w:tc>
        <w:tc>
          <w:tcPr>
            <w:tcW w:w="2306" w:type="dxa"/>
            <w:gridSpan w:val="3"/>
            <w:vAlign w:val="center"/>
          </w:tcPr>
          <w:p w14:paraId="0042CB90" w14:textId="77777777" w:rsidR="006D602E" w:rsidRPr="006C208E" w:rsidRDefault="006D602E" w:rsidP="006C208E">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No. of systems installed so far</w:t>
            </w:r>
          </w:p>
        </w:tc>
        <w:tc>
          <w:tcPr>
            <w:tcW w:w="2352" w:type="dxa"/>
            <w:gridSpan w:val="3"/>
            <w:vAlign w:val="center"/>
          </w:tcPr>
          <w:p w14:paraId="1D87F688" w14:textId="77777777" w:rsidR="006D602E" w:rsidRPr="006C208E" w:rsidRDefault="006D602E" w:rsidP="006C208E">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Source of funding</w:t>
            </w:r>
          </w:p>
        </w:tc>
      </w:tr>
      <w:tr w:rsidR="00F139FF" w:rsidRPr="006C208E" w14:paraId="1D2C65CC" w14:textId="77777777" w:rsidTr="00261B63">
        <w:trPr>
          <w:cantSplit/>
          <w:trHeight w:val="20"/>
        </w:trPr>
        <w:tc>
          <w:tcPr>
            <w:tcW w:w="535" w:type="dxa"/>
            <w:vMerge/>
          </w:tcPr>
          <w:p w14:paraId="7BAB4F96" w14:textId="77777777" w:rsidR="006D602E" w:rsidRPr="006C208E" w:rsidRDefault="006D602E" w:rsidP="001F3827">
            <w:pPr>
              <w:pStyle w:val="NoSpacing"/>
              <w:numPr>
                <w:ilvl w:val="0"/>
                <w:numId w:val="44"/>
              </w:numPr>
              <w:contextualSpacing/>
              <w:rPr>
                <w:rFonts w:ascii="Times New Roman" w:hAnsi="Times New Roman" w:cs="Times New Roman"/>
                <w:sz w:val="24"/>
                <w:szCs w:val="24"/>
              </w:rPr>
            </w:pPr>
          </w:p>
        </w:tc>
        <w:tc>
          <w:tcPr>
            <w:tcW w:w="2047" w:type="dxa"/>
            <w:vAlign w:val="center"/>
          </w:tcPr>
          <w:p w14:paraId="761918B6" w14:textId="16D18AFE" w:rsidR="006D602E" w:rsidRPr="006C208E" w:rsidRDefault="005A3FF5" w:rsidP="006C208E">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 xml:space="preserve">Solar Home Systems </w:t>
            </w:r>
          </w:p>
        </w:tc>
        <w:tc>
          <w:tcPr>
            <w:tcW w:w="2152" w:type="dxa"/>
            <w:gridSpan w:val="2"/>
          </w:tcPr>
          <w:p w14:paraId="3BD5FB9F" w14:textId="77777777" w:rsidR="006D602E" w:rsidRPr="006C208E" w:rsidRDefault="006D602E" w:rsidP="006C208E">
            <w:pPr>
              <w:pStyle w:val="NoSpacing"/>
              <w:contextualSpacing/>
              <w:rPr>
                <w:rFonts w:ascii="Times New Roman" w:hAnsi="Times New Roman" w:cs="Times New Roman"/>
                <w:sz w:val="24"/>
                <w:szCs w:val="24"/>
              </w:rPr>
            </w:pPr>
          </w:p>
        </w:tc>
        <w:tc>
          <w:tcPr>
            <w:tcW w:w="2306" w:type="dxa"/>
            <w:gridSpan w:val="3"/>
          </w:tcPr>
          <w:p w14:paraId="1B22E632" w14:textId="77777777" w:rsidR="006D602E" w:rsidRPr="006C208E" w:rsidRDefault="006D602E" w:rsidP="006C208E">
            <w:pPr>
              <w:pStyle w:val="NoSpacing"/>
              <w:contextualSpacing/>
              <w:rPr>
                <w:rFonts w:ascii="Times New Roman" w:hAnsi="Times New Roman" w:cs="Times New Roman"/>
                <w:sz w:val="24"/>
                <w:szCs w:val="24"/>
              </w:rPr>
            </w:pPr>
          </w:p>
        </w:tc>
        <w:tc>
          <w:tcPr>
            <w:tcW w:w="2352" w:type="dxa"/>
            <w:gridSpan w:val="3"/>
          </w:tcPr>
          <w:p w14:paraId="24E5C111" w14:textId="77777777" w:rsidR="006D602E" w:rsidRPr="006C208E" w:rsidRDefault="006D602E" w:rsidP="006C208E">
            <w:pPr>
              <w:pStyle w:val="NoSpacing"/>
              <w:contextualSpacing/>
              <w:rPr>
                <w:rFonts w:ascii="Times New Roman" w:hAnsi="Times New Roman" w:cs="Times New Roman"/>
                <w:sz w:val="24"/>
                <w:szCs w:val="24"/>
              </w:rPr>
            </w:pPr>
          </w:p>
        </w:tc>
      </w:tr>
      <w:tr w:rsidR="00F139FF" w:rsidRPr="006C208E" w14:paraId="4BA32B2E" w14:textId="77777777" w:rsidTr="00261B63">
        <w:trPr>
          <w:cantSplit/>
          <w:trHeight w:val="20"/>
        </w:trPr>
        <w:tc>
          <w:tcPr>
            <w:tcW w:w="535" w:type="dxa"/>
            <w:vMerge/>
          </w:tcPr>
          <w:p w14:paraId="4B49F490" w14:textId="77777777" w:rsidR="006D602E" w:rsidRPr="006C208E" w:rsidRDefault="006D602E" w:rsidP="001F3827">
            <w:pPr>
              <w:pStyle w:val="NoSpacing"/>
              <w:numPr>
                <w:ilvl w:val="0"/>
                <w:numId w:val="44"/>
              </w:numPr>
              <w:contextualSpacing/>
              <w:rPr>
                <w:rFonts w:ascii="Times New Roman" w:hAnsi="Times New Roman" w:cs="Times New Roman"/>
                <w:sz w:val="24"/>
                <w:szCs w:val="24"/>
              </w:rPr>
            </w:pPr>
          </w:p>
        </w:tc>
        <w:tc>
          <w:tcPr>
            <w:tcW w:w="2047" w:type="dxa"/>
            <w:vAlign w:val="center"/>
          </w:tcPr>
          <w:p w14:paraId="6F380DA7" w14:textId="77777777" w:rsidR="006D602E" w:rsidRPr="006C208E" w:rsidRDefault="006D602E" w:rsidP="006C208E">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Solar Mini-Grids</w:t>
            </w:r>
          </w:p>
        </w:tc>
        <w:tc>
          <w:tcPr>
            <w:tcW w:w="2152" w:type="dxa"/>
            <w:gridSpan w:val="2"/>
          </w:tcPr>
          <w:p w14:paraId="5470BB99" w14:textId="77777777" w:rsidR="006D602E" w:rsidRPr="006C208E" w:rsidRDefault="006D602E" w:rsidP="006C208E">
            <w:pPr>
              <w:pStyle w:val="NoSpacing"/>
              <w:contextualSpacing/>
              <w:rPr>
                <w:rFonts w:ascii="Times New Roman" w:hAnsi="Times New Roman" w:cs="Times New Roman"/>
                <w:sz w:val="24"/>
                <w:szCs w:val="24"/>
              </w:rPr>
            </w:pPr>
          </w:p>
        </w:tc>
        <w:tc>
          <w:tcPr>
            <w:tcW w:w="2306" w:type="dxa"/>
            <w:gridSpan w:val="3"/>
          </w:tcPr>
          <w:p w14:paraId="03D9C736" w14:textId="77777777" w:rsidR="006D602E" w:rsidRPr="006C208E" w:rsidRDefault="006D602E" w:rsidP="006C208E">
            <w:pPr>
              <w:pStyle w:val="NoSpacing"/>
              <w:contextualSpacing/>
              <w:rPr>
                <w:rFonts w:ascii="Times New Roman" w:hAnsi="Times New Roman" w:cs="Times New Roman"/>
                <w:sz w:val="24"/>
                <w:szCs w:val="24"/>
              </w:rPr>
            </w:pPr>
          </w:p>
        </w:tc>
        <w:tc>
          <w:tcPr>
            <w:tcW w:w="2352" w:type="dxa"/>
            <w:gridSpan w:val="3"/>
          </w:tcPr>
          <w:p w14:paraId="54BC01F0" w14:textId="77777777" w:rsidR="006D602E" w:rsidRPr="006C208E" w:rsidRDefault="006D602E" w:rsidP="006C208E">
            <w:pPr>
              <w:pStyle w:val="NoSpacing"/>
              <w:contextualSpacing/>
              <w:rPr>
                <w:rFonts w:ascii="Times New Roman" w:hAnsi="Times New Roman" w:cs="Times New Roman"/>
                <w:sz w:val="24"/>
                <w:szCs w:val="24"/>
              </w:rPr>
            </w:pPr>
          </w:p>
        </w:tc>
      </w:tr>
      <w:tr w:rsidR="00F139FF" w:rsidRPr="006C208E" w14:paraId="5CB6B10F" w14:textId="77777777" w:rsidTr="00261B63">
        <w:trPr>
          <w:cantSplit/>
          <w:trHeight w:val="20"/>
        </w:trPr>
        <w:tc>
          <w:tcPr>
            <w:tcW w:w="535" w:type="dxa"/>
            <w:vMerge/>
          </w:tcPr>
          <w:p w14:paraId="4DBC5921" w14:textId="77777777" w:rsidR="006D602E" w:rsidRPr="006C208E" w:rsidRDefault="006D602E" w:rsidP="001F3827">
            <w:pPr>
              <w:pStyle w:val="NoSpacing"/>
              <w:numPr>
                <w:ilvl w:val="0"/>
                <w:numId w:val="44"/>
              </w:numPr>
              <w:contextualSpacing/>
              <w:rPr>
                <w:rFonts w:ascii="Times New Roman" w:hAnsi="Times New Roman" w:cs="Times New Roman"/>
                <w:sz w:val="24"/>
                <w:szCs w:val="24"/>
              </w:rPr>
            </w:pPr>
          </w:p>
        </w:tc>
        <w:tc>
          <w:tcPr>
            <w:tcW w:w="2047" w:type="dxa"/>
            <w:vAlign w:val="center"/>
          </w:tcPr>
          <w:p w14:paraId="4DB42386" w14:textId="77777777" w:rsidR="006D602E" w:rsidRPr="006C208E" w:rsidRDefault="006D602E" w:rsidP="006C208E">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Solar Irrigation Pumps</w:t>
            </w:r>
          </w:p>
        </w:tc>
        <w:tc>
          <w:tcPr>
            <w:tcW w:w="2152" w:type="dxa"/>
            <w:gridSpan w:val="2"/>
          </w:tcPr>
          <w:p w14:paraId="12C3B209" w14:textId="77777777" w:rsidR="006D602E" w:rsidRPr="006C208E" w:rsidRDefault="006D602E" w:rsidP="006C208E">
            <w:pPr>
              <w:pStyle w:val="NoSpacing"/>
              <w:contextualSpacing/>
              <w:rPr>
                <w:rFonts w:ascii="Times New Roman" w:hAnsi="Times New Roman" w:cs="Times New Roman"/>
                <w:sz w:val="24"/>
                <w:szCs w:val="24"/>
              </w:rPr>
            </w:pPr>
          </w:p>
        </w:tc>
        <w:tc>
          <w:tcPr>
            <w:tcW w:w="2306" w:type="dxa"/>
            <w:gridSpan w:val="3"/>
          </w:tcPr>
          <w:p w14:paraId="7891BB63" w14:textId="77777777" w:rsidR="006D602E" w:rsidRPr="006C208E" w:rsidRDefault="006D602E" w:rsidP="006C208E">
            <w:pPr>
              <w:pStyle w:val="NoSpacing"/>
              <w:contextualSpacing/>
              <w:rPr>
                <w:rFonts w:ascii="Times New Roman" w:hAnsi="Times New Roman" w:cs="Times New Roman"/>
                <w:sz w:val="24"/>
                <w:szCs w:val="24"/>
              </w:rPr>
            </w:pPr>
          </w:p>
        </w:tc>
        <w:tc>
          <w:tcPr>
            <w:tcW w:w="2352" w:type="dxa"/>
            <w:gridSpan w:val="3"/>
          </w:tcPr>
          <w:p w14:paraId="09CEC70B" w14:textId="77777777" w:rsidR="006D602E" w:rsidRPr="006C208E" w:rsidRDefault="006D602E" w:rsidP="006C208E">
            <w:pPr>
              <w:pStyle w:val="NoSpacing"/>
              <w:contextualSpacing/>
              <w:rPr>
                <w:rFonts w:ascii="Times New Roman" w:hAnsi="Times New Roman" w:cs="Times New Roman"/>
                <w:sz w:val="24"/>
                <w:szCs w:val="24"/>
              </w:rPr>
            </w:pPr>
          </w:p>
        </w:tc>
      </w:tr>
      <w:tr w:rsidR="00F139FF" w:rsidRPr="006C208E" w14:paraId="6C367638" w14:textId="77777777" w:rsidTr="00261B63">
        <w:trPr>
          <w:cantSplit/>
          <w:trHeight w:val="20"/>
        </w:trPr>
        <w:tc>
          <w:tcPr>
            <w:tcW w:w="535" w:type="dxa"/>
            <w:vMerge/>
          </w:tcPr>
          <w:p w14:paraId="31767D6A" w14:textId="77777777" w:rsidR="006D602E" w:rsidRPr="006C208E" w:rsidRDefault="006D602E" w:rsidP="001F3827">
            <w:pPr>
              <w:pStyle w:val="NoSpacing"/>
              <w:numPr>
                <w:ilvl w:val="0"/>
                <w:numId w:val="44"/>
              </w:numPr>
              <w:contextualSpacing/>
              <w:rPr>
                <w:rFonts w:ascii="Times New Roman" w:hAnsi="Times New Roman" w:cs="Times New Roman"/>
                <w:sz w:val="24"/>
                <w:szCs w:val="24"/>
              </w:rPr>
            </w:pPr>
          </w:p>
        </w:tc>
        <w:tc>
          <w:tcPr>
            <w:tcW w:w="2047" w:type="dxa"/>
            <w:vAlign w:val="center"/>
          </w:tcPr>
          <w:p w14:paraId="29B61A8F" w14:textId="1CB3DD3B" w:rsidR="006D602E" w:rsidRPr="006C208E" w:rsidRDefault="005A3FF5" w:rsidP="006C208E">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Solar Street Lights</w:t>
            </w:r>
          </w:p>
        </w:tc>
        <w:tc>
          <w:tcPr>
            <w:tcW w:w="2152" w:type="dxa"/>
            <w:gridSpan w:val="2"/>
          </w:tcPr>
          <w:p w14:paraId="4A25ABA0" w14:textId="77777777" w:rsidR="006D602E" w:rsidRPr="006C208E" w:rsidRDefault="006D602E" w:rsidP="006C208E">
            <w:pPr>
              <w:pStyle w:val="NoSpacing"/>
              <w:contextualSpacing/>
              <w:rPr>
                <w:rFonts w:ascii="Times New Roman" w:hAnsi="Times New Roman" w:cs="Times New Roman"/>
                <w:sz w:val="24"/>
                <w:szCs w:val="24"/>
              </w:rPr>
            </w:pPr>
          </w:p>
        </w:tc>
        <w:tc>
          <w:tcPr>
            <w:tcW w:w="2306" w:type="dxa"/>
            <w:gridSpan w:val="3"/>
          </w:tcPr>
          <w:p w14:paraId="22360480" w14:textId="77777777" w:rsidR="006D602E" w:rsidRPr="006C208E" w:rsidRDefault="006D602E" w:rsidP="006C208E">
            <w:pPr>
              <w:pStyle w:val="NoSpacing"/>
              <w:contextualSpacing/>
              <w:rPr>
                <w:rFonts w:ascii="Times New Roman" w:hAnsi="Times New Roman" w:cs="Times New Roman"/>
                <w:sz w:val="24"/>
                <w:szCs w:val="24"/>
              </w:rPr>
            </w:pPr>
          </w:p>
        </w:tc>
        <w:tc>
          <w:tcPr>
            <w:tcW w:w="2352" w:type="dxa"/>
            <w:gridSpan w:val="3"/>
          </w:tcPr>
          <w:p w14:paraId="0D576125" w14:textId="77777777" w:rsidR="006D602E" w:rsidRPr="006C208E" w:rsidRDefault="006D602E" w:rsidP="006C208E">
            <w:pPr>
              <w:pStyle w:val="NoSpacing"/>
              <w:contextualSpacing/>
              <w:rPr>
                <w:rFonts w:ascii="Times New Roman" w:hAnsi="Times New Roman" w:cs="Times New Roman"/>
                <w:sz w:val="24"/>
                <w:szCs w:val="24"/>
              </w:rPr>
            </w:pPr>
          </w:p>
        </w:tc>
      </w:tr>
      <w:tr w:rsidR="00F139FF" w:rsidRPr="006C208E" w14:paraId="5ED32033" w14:textId="77777777" w:rsidTr="00261B63">
        <w:trPr>
          <w:cantSplit/>
          <w:trHeight w:val="20"/>
        </w:trPr>
        <w:tc>
          <w:tcPr>
            <w:tcW w:w="535" w:type="dxa"/>
            <w:vMerge/>
          </w:tcPr>
          <w:p w14:paraId="006241E0" w14:textId="77777777" w:rsidR="006D602E" w:rsidRPr="006C208E" w:rsidRDefault="006D602E" w:rsidP="001F3827">
            <w:pPr>
              <w:pStyle w:val="NoSpacing"/>
              <w:numPr>
                <w:ilvl w:val="0"/>
                <w:numId w:val="44"/>
              </w:numPr>
              <w:contextualSpacing/>
              <w:rPr>
                <w:rFonts w:ascii="Times New Roman" w:hAnsi="Times New Roman" w:cs="Times New Roman"/>
                <w:sz w:val="24"/>
                <w:szCs w:val="24"/>
              </w:rPr>
            </w:pPr>
          </w:p>
        </w:tc>
        <w:tc>
          <w:tcPr>
            <w:tcW w:w="2047" w:type="dxa"/>
            <w:vAlign w:val="center"/>
          </w:tcPr>
          <w:p w14:paraId="5485E7D8" w14:textId="77777777" w:rsidR="006D602E" w:rsidRPr="006C208E" w:rsidRDefault="006D602E" w:rsidP="006C208E">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Other (specify)</w:t>
            </w:r>
          </w:p>
        </w:tc>
        <w:tc>
          <w:tcPr>
            <w:tcW w:w="2152" w:type="dxa"/>
            <w:gridSpan w:val="2"/>
          </w:tcPr>
          <w:p w14:paraId="301C2F86" w14:textId="77777777" w:rsidR="006D602E" w:rsidRPr="006C208E" w:rsidRDefault="006D602E" w:rsidP="006C208E">
            <w:pPr>
              <w:pStyle w:val="NoSpacing"/>
              <w:contextualSpacing/>
              <w:rPr>
                <w:rFonts w:ascii="Times New Roman" w:hAnsi="Times New Roman" w:cs="Times New Roman"/>
                <w:sz w:val="24"/>
                <w:szCs w:val="24"/>
              </w:rPr>
            </w:pPr>
          </w:p>
        </w:tc>
        <w:tc>
          <w:tcPr>
            <w:tcW w:w="2306" w:type="dxa"/>
            <w:gridSpan w:val="3"/>
          </w:tcPr>
          <w:p w14:paraId="4457F8AD" w14:textId="77777777" w:rsidR="006D602E" w:rsidRPr="006C208E" w:rsidRDefault="006D602E" w:rsidP="006C208E">
            <w:pPr>
              <w:pStyle w:val="NoSpacing"/>
              <w:contextualSpacing/>
              <w:rPr>
                <w:rFonts w:ascii="Times New Roman" w:hAnsi="Times New Roman" w:cs="Times New Roman"/>
                <w:sz w:val="24"/>
                <w:szCs w:val="24"/>
              </w:rPr>
            </w:pPr>
          </w:p>
        </w:tc>
        <w:tc>
          <w:tcPr>
            <w:tcW w:w="2352" w:type="dxa"/>
            <w:gridSpan w:val="3"/>
          </w:tcPr>
          <w:p w14:paraId="7DEBEC3F" w14:textId="77777777" w:rsidR="006D602E" w:rsidRPr="006C208E" w:rsidRDefault="006D602E" w:rsidP="006C208E">
            <w:pPr>
              <w:pStyle w:val="NoSpacing"/>
              <w:contextualSpacing/>
              <w:rPr>
                <w:rFonts w:ascii="Times New Roman" w:hAnsi="Times New Roman" w:cs="Times New Roman"/>
                <w:sz w:val="24"/>
                <w:szCs w:val="24"/>
              </w:rPr>
            </w:pPr>
          </w:p>
        </w:tc>
      </w:tr>
      <w:tr w:rsidR="00F139FF" w:rsidRPr="006C208E" w14:paraId="13398AAD" w14:textId="77777777" w:rsidTr="00261B63">
        <w:trPr>
          <w:cantSplit/>
          <w:trHeight w:val="359"/>
        </w:trPr>
        <w:tc>
          <w:tcPr>
            <w:tcW w:w="535" w:type="dxa"/>
            <w:vMerge w:val="restart"/>
            <w:vAlign w:val="center"/>
          </w:tcPr>
          <w:p w14:paraId="64873358" w14:textId="740CA838" w:rsidR="006D602E" w:rsidRPr="006C208E" w:rsidRDefault="006D602E" w:rsidP="001F3827">
            <w:pPr>
              <w:pStyle w:val="NoSpacing"/>
              <w:numPr>
                <w:ilvl w:val="0"/>
                <w:numId w:val="44"/>
              </w:numPr>
              <w:contextualSpacing/>
              <w:rPr>
                <w:rFonts w:ascii="Times New Roman" w:hAnsi="Times New Roman" w:cs="Times New Roman"/>
                <w:sz w:val="24"/>
                <w:szCs w:val="24"/>
              </w:rPr>
            </w:pPr>
          </w:p>
        </w:tc>
        <w:tc>
          <w:tcPr>
            <w:tcW w:w="2047" w:type="dxa"/>
            <w:vMerge w:val="restart"/>
            <w:vAlign w:val="center"/>
          </w:tcPr>
          <w:p w14:paraId="31C9A99C" w14:textId="77777777" w:rsidR="006D602E" w:rsidRPr="006C208E" w:rsidRDefault="006D602E" w:rsidP="006C208E">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Collection Rate (Ratio of all collected receivables payments over total receivables</w:t>
            </w:r>
          </w:p>
          <w:p w14:paraId="207C9C11" w14:textId="42C9F9E8" w:rsidR="006D602E" w:rsidRPr="006C208E" w:rsidRDefault="006D602E" w:rsidP="006C208E">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 xml:space="preserve">payments due for a period </w:t>
            </w:r>
            <w:r w:rsidR="007A1F98">
              <w:rPr>
                <w:rFonts w:ascii="Times New Roman" w:hAnsi="Times New Roman" w:cs="Times New Roman"/>
                <w:sz w:val="24"/>
                <w:szCs w:val="24"/>
              </w:rPr>
              <w:t xml:space="preserve">as per the latest fiscal year </w:t>
            </w:r>
            <w:r w:rsidRPr="006C208E">
              <w:rPr>
                <w:rFonts w:ascii="Times New Roman" w:hAnsi="Times New Roman" w:cs="Times New Roman"/>
                <w:sz w:val="24"/>
                <w:szCs w:val="24"/>
              </w:rPr>
              <w:t>(does not include deposits)</w:t>
            </w:r>
          </w:p>
        </w:tc>
        <w:tc>
          <w:tcPr>
            <w:tcW w:w="2152" w:type="dxa"/>
            <w:gridSpan w:val="2"/>
            <w:vAlign w:val="center"/>
          </w:tcPr>
          <w:p w14:paraId="677BFC35" w14:textId="1F88766D" w:rsidR="006D602E" w:rsidRPr="006C208E" w:rsidRDefault="00334F77" w:rsidP="006C208E">
            <w:pPr>
              <w:pStyle w:val="NoSpacing"/>
              <w:contextualSpacing/>
              <w:jc w:val="center"/>
              <w:rPr>
                <w:rFonts w:ascii="Times New Roman" w:hAnsi="Times New Roman" w:cs="Times New Roman"/>
                <w:sz w:val="24"/>
                <w:szCs w:val="24"/>
              </w:rPr>
            </w:pPr>
            <w:r w:rsidRPr="006C208E">
              <w:rPr>
                <w:rFonts w:ascii="Times New Roman" w:hAnsi="Times New Roman" w:cs="Times New Roman"/>
                <w:sz w:val="24"/>
                <w:szCs w:val="24"/>
              </w:rPr>
              <w:t>202</w:t>
            </w:r>
            <w:r>
              <w:rPr>
                <w:rFonts w:ascii="Times New Roman" w:hAnsi="Times New Roman" w:cs="Times New Roman"/>
                <w:sz w:val="24"/>
                <w:szCs w:val="24"/>
              </w:rPr>
              <w:t>3</w:t>
            </w:r>
          </w:p>
        </w:tc>
        <w:tc>
          <w:tcPr>
            <w:tcW w:w="2306" w:type="dxa"/>
            <w:gridSpan w:val="3"/>
            <w:vAlign w:val="center"/>
          </w:tcPr>
          <w:p w14:paraId="1A877AC3" w14:textId="513404E5" w:rsidR="006D602E" w:rsidRPr="006C208E" w:rsidRDefault="00334F77" w:rsidP="006C208E">
            <w:pPr>
              <w:pStyle w:val="NoSpacing"/>
              <w:contextualSpacing/>
              <w:jc w:val="center"/>
              <w:rPr>
                <w:rFonts w:ascii="Times New Roman" w:hAnsi="Times New Roman" w:cs="Times New Roman"/>
                <w:sz w:val="24"/>
                <w:szCs w:val="24"/>
              </w:rPr>
            </w:pPr>
            <w:r w:rsidRPr="006C208E">
              <w:rPr>
                <w:rFonts w:ascii="Times New Roman" w:hAnsi="Times New Roman" w:cs="Times New Roman"/>
                <w:sz w:val="24"/>
                <w:szCs w:val="24"/>
              </w:rPr>
              <w:t>202</w:t>
            </w:r>
            <w:r>
              <w:rPr>
                <w:rFonts w:ascii="Times New Roman" w:hAnsi="Times New Roman" w:cs="Times New Roman"/>
                <w:sz w:val="24"/>
                <w:szCs w:val="24"/>
              </w:rPr>
              <w:t>4</w:t>
            </w:r>
          </w:p>
        </w:tc>
        <w:tc>
          <w:tcPr>
            <w:tcW w:w="2352" w:type="dxa"/>
            <w:gridSpan w:val="3"/>
            <w:vAlign w:val="center"/>
          </w:tcPr>
          <w:p w14:paraId="5A7D47D5" w14:textId="53ACA21A" w:rsidR="006D602E" w:rsidRPr="006C208E" w:rsidRDefault="00334F77" w:rsidP="006C208E">
            <w:pPr>
              <w:pStyle w:val="NoSpacing"/>
              <w:contextualSpacing/>
              <w:jc w:val="center"/>
              <w:rPr>
                <w:rFonts w:ascii="Times New Roman" w:hAnsi="Times New Roman" w:cs="Times New Roman"/>
                <w:sz w:val="24"/>
                <w:szCs w:val="24"/>
              </w:rPr>
            </w:pPr>
            <w:r w:rsidRPr="006C208E">
              <w:rPr>
                <w:rFonts w:ascii="Times New Roman" w:hAnsi="Times New Roman" w:cs="Times New Roman"/>
                <w:sz w:val="24"/>
                <w:szCs w:val="24"/>
              </w:rPr>
              <w:t>202</w:t>
            </w:r>
            <w:r>
              <w:rPr>
                <w:rFonts w:ascii="Times New Roman" w:hAnsi="Times New Roman" w:cs="Times New Roman"/>
                <w:sz w:val="24"/>
                <w:szCs w:val="24"/>
              </w:rPr>
              <w:t>5</w:t>
            </w:r>
          </w:p>
        </w:tc>
      </w:tr>
      <w:tr w:rsidR="00F139FF" w:rsidRPr="006C208E" w14:paraId="778B4A9A" w14:textId="77777777" w:rsidTr="00261B63">
        <w:trPr>
          <w:cantSplit/>
          <w:trHeight w:val="20"/>
        </w:trPr>
        <w:tc>
          <w:tcPr>
            <w:tcW w:w="535" w:type="dxa"/>
            <w:vMerge/>
          </w:tcPr>
          <w:p w14:paraId="2189CF96" w14:textId="77777777" w:rsidR="006D602E" w:rsidRPr="006C208E" w:rsidRDefault="006D602E" w:rsidP="001F3827">
            <w:pPr>
              <w:pStyle w:val="NoSpacing"/>
              <w:numPr>
                <w:ilvl w:val="0"/>
                <w:numId w:val="44"/>
              </w:numPr>
              <w:contextualSpacing/>
              <w:rPr>
                <w:rFonts w:ascii="Times New Roman" w:hAnsi="Times New Roman" w:cs="Times New Roman"/>
                <w:sz w:val="24"/>
                <w:szCs w:val="24"/>
              </w:rPr>
            </w:pPr>
          </w:p>
        </w:tc>
        <w:tc>
          <w:tcPr>
            <w:tcW w:w="2047" w:type="dxa"/>
            <w:vMerge/>
          </w:tcPr>
          <w:p w14:paraId="3EED84EF" w14:textId="77777777" w:rsidR="006D602E" w:rsidRPr="006C208E" w:rsidRDefault="006D602E" w:rsidP="006C208E">
            <w:pPr>
              <w:pStyle w:val="NoSpacing"/>
              <w:contextualSpacing/>
              <w:rPr>
                <w:rFonts w:ascii="Times New Roman" w:hAnsi="Times New Roman" w:cs="Times New Roman"/>
                <w:sz w:val="24"/>
                <w:szCs w:val="24"/>
              </w:rPr>
            </w:pPr>
          </w:p>
        </w:tc>
        <w:tc>
          <w:tcPr>
            <w:tcW w:w="2152" w:type="dxa"/>
            <w:gridSpan w:val="2"/>
          </w:tcPr>
          <w:p w14:paraId="39119DB1" w14:textId="77777777" w:rsidR="006D602E" w:rsidRPr="006C208E" w:rsidRDefault="006D602E" w:rsidP="006C208E">
            <w:pPr>
              <w:pStyle w:val="NoSpacing"/>
              <w:contextualSpacing/>
              <w:rPr>
                <w:rFonts w:ascii="Times New Roman" w:hAnsi="Times New Roman" w:cs="Times New Roman"/>
                <w:sz w:val="24"/>
                <w:szCs w:val="24"/>
              </w:rPr>
            </w:pPr>
          </w:p>
          <w:p w14:paraId="73DB531C" w14:textId="77777777" w:rsidR="006D602E" w:rsidRPr="006C208E" w:rsidRDefault="006D602E" w:rsidP="006C208E">
            <w:pPr>
              <w:pStyle w:val="NoSpacing"/>
              <w:contextualSpacing/>
              <w:rPr>
                <w:rFonts w:ascii="Times New Roman" w:hAnsi="Times New Roman" w:cs="Times New Roman"/>
                <w:sz w:val="24"/>
                <w:szCs w:val="24"/>
              </w:rPr>
            </w:pPr>
          </w:p>
          <w:p w14:paraId="401041C6" w14:textId="77777777" w:rsidR="006D602E" w:rsidRPr="006C208E" w:rsidRDefault="006D602E" w:rsidP="006C208E">
            <w:pPr>
              <w:pStyle w:val="NoSpacing"/>
              <w:contextualSpacing/>
              <w:rPr>
                <w:rFonts w:ascii="Times New Roman" w:hAnsi="Times New Roman" w:cs="Times New Roman"/>
                <w:sz w:val="24"/>
                <w:szCs w:val="24"/>
              </w:rPr>
            </w:pPr>
          </w:p>
        </w:tc>
        <w:tc>
          <w:tcPr>
            <w:tcW w:w="2306" w:type="dxa"/>
            <w:gridSpan w:val="3"/>
          </w:tcPr>
          <w:p w14:paraId="4AB81249" w14:textId="77777777" w:rsidR="006D602E" w:rsidRPr="006C208E" w:rsidRDefault="006D602E" w:rsidP="006C208E">
            <w:pPr>
              <w:pStyle w:val="NoSpacing"/>
              <w:contextualSpacing/>
              <w:rPr>
                <w:rFonts w:ascii="Times New Roman" w:hAnsi="Times New Roman" w:cs="Times New Roman"/>
                <w:sz w:val="24"/>
                <w:szCs w:val="24"/>
              </w:rPr>
            </w:pPr>
          </w:p>
        </w:tc>
        <w:tc>
          <w:tcPr>
            <w:tcW w:w="2352" w:type="dxa"/>
            <w:gridSpan w:val="3"/>
          </w:tcPr>
          <w:p w14:paraId="12A24DB1" w14:textId="77777777" w:rsidR="006D602E" w:rsidRPr="006C208E" w:rsidRDefault="006D602E" w:rsidP="006C208E">
            <w:pPr>
              <w:pStyle w:val="NoSpacing"/>
              <w:contextualSpacing/>
              <w:rPr>
                <w:rFonts w:ascii="Times New Roman" w:hAnsi="Times New Roman" w:cs="Times New Roman"/>
                <w:sz w:val="24"/>
                <w:szCs w:val="24"/>
              </w:rPr>
            </w:pPr>
          </w:p>
        </w:tc>
      </w:tr>
      <w:tr w:rsidR="00334F77" w:rsidRPr="006C208E" w14:paraId="51114706" w14:textId="77777777" w:rsidTr="00261B63">
        <w:trPr>
          <w:cantSplit/>
          <w:trHeight w:val="20"/>
        </w:trPr>
        <w:tc>
          <w:tcPr>
            <w:tcW w:w="535" w:type="dxa"/>
            <w:vMerge w:val="restart"/>
            <w:vAlign w:val="center"/>
          </w:tcPr>
          <w:p w14:paraId="35B9E4D7" w14:textId="249E565F" w:rsidR="00334F77" w:rsidRPr="006C208E" w:rsidRDefault="00334F77" w:rsidP="001F3827">
            <w:pPr>
              <w:pStyle w:val="NoSpacing"/>
              <w:numPr>
                <w:ilvl w:val="0"/>
                <w:numId w:val="44"/>
              </w:numPr>
              <w:contextualSpacing/>
              <w:rPr>
                <w:rFonts w:ascii="Times New Roman" w:hAnsi="Times New Roman" w:cs="Times New Roman"/>
                <w:sz w:val="24"/>
                <w:szCs w:val="24"/>
              </w:rPr>
            </w:pPr>
          </w:p>
        </w:tc>
        <w:tc>
          <w:tcPr>
            <w:tcW w:w="2047" w:type="dxa"/>
            <w:vMerge w:val="restart"/>
            <w:vAlign w:val="center"/>
          </w:tcPr>
          <w:p w14:paraId="378CDF5A" w14:textId="719EB79E" w:rsidR="00334F77" w:rsidRPr="006C208E" w:rsidRDefault="00334F77" w:rsidP="00334F77">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Does your organiza</w:t>
            </w:r>
            <w:r w:rsidRPr="006C208E">
              <w:rPr>
                <w:rFonts w:ascii="Times New Roman" w:hAnsi="Times New Roman" w:cs="Times New Roman"/>
                <w:sz w:val="24"/>
                <w:szCs w:val="24"/>
              </w:rPr>
              <w:softHyphen/>
              <w:t>tion make provision for bad loans?</w:t>
            </w:r>
            <w:r w:rsidR="00AB6C59">
              <w:rPr>
                <w:rFonts w:ascii="Times New Roman" w:hAnsi="Times New Roman" w:cs="Times New Roman"/>
                <w:sz w:val="24"/>
                <w:szCs w:val="24"/>
              </w:rPr>
              <w:t xml:space="preserve"> (please provide </w:t>
            </w:r>
            <w:r w:rsidR="002E2290" w:rsidRPr="006C208E">
              <w:rPr>
                <w:rFonts w:ascii="Times New Roman" w:hAnsi="Times New Roman" w:cs="Times New Roman"/>
                <w:sz w:val="24"/>
                <w:szCs w:val="24"/>
              </w:rPr>
              <w:t xml:space="preserve">period </w:t>
            </w:r>
            <w:r w:rsidR="002E2290">
              <w:rPr>
                <w:rFonts w:ascii="Times New Roman" w:hAnsi="Times New Roman" w:cs="Times New Roman"/>
                <w:sz w:val="24"/>
                <w:szCs w:val="24"/>
              </w:rPr>
              <w:t>as</w:t>
            </w:r>
            <w:r w:rsidR="00AB6C59">
              <w:rPr>
                <w:rFonts w:ascii="Times New Roman" w:hAnsi="Times New Roman" w:cs="Times New Roman"/>
                <w:sz w:val="24"/>
                <w:szCs w:val="24"/>
              </w:rPr>
              <w:t xml:space="preserve"> per the latest fiscal year)</w:t>
            </w:r>
          </w:p>
        </w:tc>
        <w:tc>
          <w:tcPr>
            <w:tcW w:w="1019" w:type="dxa"/>
            <w:vMerge w:val="restart"/>
            <w:vAlign w:val="center"/>
          </w:tcPr>
          <w:p w14:paraId="326151F8" w14:textId="77777777" w:rsidR="00334F77" w:rsidRPr="006C208E" w:rsidRDefault="00334F77" w:rsidP="00334F77">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Yes</w:t>
            </w:r>
          </w:p>
        </w:tc>
        <w:tc>
          <w:tcPr>
            <w:tcW w:w="1133" w:type="dxa"/>
            <w:vMerge w:val="restart"/>
            <w:vAlign w:val="center"/>
          </w:tcPr>
          <w:p w14:paraId="5A925B81" w14:textId="77777777" w:rsidR="00334F77" w:rsidRPr="006C208E" w:rsidRDefault="00334F77" w:rsidP="00334F77">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No</w:t>
            </w:r>
          </w:p>
        </w:tc>
        <w:tc>
          <w:tcPr>
            <w:tcW w:w="1130" w:type="dxa"/>
            <w:gridSpan w:val="2"/>
            <w:vMerge w:val="restart"/>
            <w:vAlign w:val="center"/>
          </w:tcPr>
          <w:p w14:paraId="3BCD377C" w14:textId="77777777" w:rsidR="00334F77" w:rsidRPr="006C208E" w:rsidRDefault="00334F77" w:rsidP="00334F77">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If yes, % of total loans currently classified as bad loans</w:t>
            </w:r>
          </w:p>
        </w:tc>
        <w:tc>
          <w:tcPr>
            <w:tcW w:w="1176" w:type="dxa"/>
            <w:vAlign w:val="center"/>
          </w:tcPr>
          <w:p w14:paraId="4AD65ECC" w14:textId="20D3A247" w:rsidR="00334F77" w:rsidRPr="006C208E" w:rsidRDefault="00334F77" w:rsidP="00334F77">
            <w:pPr>
              <w:pStyle w:val="NoSpacing"/>
              <w:contextualSpacing/>
              <w:jc w:val="center"/>
              <w:rPr>
                <w:rFonts w:ascii="Times New Roman" w:hAnsi="Times New Roman" w:cs="Times New Roman"/>
                <w:sz w:val="24"/>
                <w:szCs w:val="24"/>
              </w:rPr>
            </w:pPr>
            <w:r w:rsidRPr="006C208E">
              <w:rPr>
                <w:rFonts w:ascii="Times New Roman" w:hAnsi="Times New Roman" w:cs="Times New Roman"/>
                <w:sz w:val="24"/>
                <w:szCs w:val="24"/>
              </w:rPr>
              <w:t>202</w:t>
            </w:r>
            <w:r>
              <w:rPr>
                <w:rFonts w:ascii="Times New Roman" w:hAnsi="Times New Roman" w:cs="Times New Roman"/>
                <w:sz w:val="24"/>
                <w:szCs w:val="24"/>
              </w:rPr>
              <w:t>3</w:t>
            </w:r>
          </w:p>
        </w:tc>
        <w:tc>
          <w:tcPr>
            <w:tcW w:w="1176" w:type="dxa"/>
            <w:gridSpan w:val="2"/>
            <w:vAlign w:val="center"/>
          </w:tcPr>
          <w:p w14:paraId="1CFF8E48" w14:textId="720547AB" w:rsidR="00334F77" w:rsidRPr="006C208E" w:rsidRDefault="00334F77" w:rsidP="00334F77">
            <w:pPr>
              <w:pStyle w:val="NoSpacing"/>
              <w:contextualSpacing/>
              <w:jc w:val="center"/>
              <w:rPr>
                <w:rFonts w:ascii="Times New Roman" w:hAnsi="Times New Roman" w:cs="Times New Roman"/>
                <w:sz w:val="24"/>
                <w:szCs w:val="24"/>
              </w:rPr>
            </w:pPr>
            <w:r w:rsidRPr="006C208E">
              <w:rPr>
                <w:rFonts w:ascii="Times New Roman" w:hAnsi="Times New Roman" w:cs="Times New Roman"/>
                <w:sz w:val="24"/>
                <w:szCs w:val="24"/>
              </w:rPr>
              <w:t>202</w:t>
            </w:r>
            <w:r>
              <w:rPr>
                <w:rFonts w:ascii="Times New Roman" w:hAnsi="Times New Roman" w:cs="Times New Roman"/>
                <w:sz w:val="24"/>
                <w:szCs w:val="24"/>
              </w:rPr>
              <w:t>4</w:t>
            </w:r>
          </w:p>
        </w:tc>
        <w:tc>
          <w:tcPr>
            <w:tcW w:w="1176" w:type="dxa"/>
            <w:vAlign w:val="center"/>
          </w:tcPr>
          <w:p w14:paraId="13020F4A" w14:textId="4F9B6F12" w:rsidR="00334F77" w:rsidRPr="006C208E" w:rsidRDefault="00334F77" w:rsidP="00334F77">
            <w:pPr>
              <w:pStyle w:val="NoSpacing"/>
              <w:contextualSpacing/>
              <w:jc w:val="center"/>
              <w:rPr>
                <w:rFonts w:ascii="Times New Roman" w:hAnsi="Times New Roman" w:cs="Times New Roman"/>
                <w:sz w:val="24"/>
                <w:szCs w:val="24"/>
              </w:rPr>
            </w:pPr>
            <w:r w:rsidRPr="006C208E">
              <w:rPr>
                <w:rFonts w:ascii="Times New Roman" w:hAnsi="Times New Roman" w:cs="Times New Roman"/>
                <w:sz w:val="24"/>
                <w:szCs w:val="24"/>
              </w:rPr>
              <w:t>202</w:t>
            </w:r>
            <w:r>
              <w:rPr>
                <w:rFonts w:ascii="Times New Roman" w:hAnsi="Times New Roman" w:cs="Times New Roman"/>
                <w:sz w:val="24"/>
                <w:szCs w:val="24"/>
              </w:rPr>
              <w:t>5</w:t>
            </w:r>
          </w:p>
        </w:tc>
      </w:tr>
      <w:tr w:rsidR="00F139FF" w:rsidRPr="006C208E" w14:paraId="6D73A35C" w14:textId="77777777" w:rsidTr="00261B63">
        <w:trPr>
          <w:cantSplit/>
          <w:trHeight w:val="20"/>
        </w:trPr>
        <w:tc>
          <w:tcPr>
            <w:tcW w:w="535" w:type="dxa"/>
            <w:vMerge/>
          </w:tcPr>
          <w:p w14:paraId="1EDE936A" w14:textId="77777777" w:rsidR="006D602E" w:rsidRPr="006C208E" w:rsidRDefault="006D602E" w:rsidP="001F3827">
            <w:pPr>
              <w:pStyle w:val="NoSpacing"/>
              <w:numPr>
                <w:ilvl w:val="0"/>
                <w:numId w:val="44"/>
              </w:numPr>
              <w:contextualSpacing/>
              <w:rPr>
                <w:rFonts w:ascii="Times New Roman" w:hAnsi="Times New Roman" w:cs="Times New Roman"/>
                <w:sz w:val="24"/>
                <w:szCs w:val="24"/>
              </w:rPr>
            </w:pPr>
          </w:p>
        </w:tc>
        <w:tc>
          <w:tcPr>
            <w:tcW w:w="2047" w:type="dxa"/>
            <w:vMerge/>
          </w:tcPr>
          <w:p w14:paraId="5BCA0201" w14:textId="77777777" w:rsidR="006D602E" w:rsidRPr="006C208E" w:rsidRDefault="006D602E" w:rsidP="006C208E">
            <w:pPr>
              <w:pStyle w:val="NoSpacing"/>
              <w:contextualSpacing/>
              <w:rPr>
                <w:rFonts w:ascii="Times New Roman" w:hAnsi="Times New Roman" w:cs="Times New Roman"/>
                <w:sz w:val="24"/>
                <w:szCs w:val="24"/>
              </w:rPr>
            </w:pPr>
          </w:p>
        </w:tc>
        <w:tc>
          <w:tcPr>
            <w:tcW w:w="1019" w:type="dxa"/>
            <w:vMerge/>
          </w:tcPr>
          <w:p w14:paraId="6FBBB88D" w14:textId="77777777" w:rsidR="006D602E" w:rsidRPr="006C208E" w:rsidRDefault="006D602E" w:rsidP="006C208E">
            <w:pPr>
              <w:pStyle w:val="NoSpacing"/>
              <w:contextualSpacing/>
              <w:rPr>
                <w:rFonts w:ascii="Times New Roman" w:hAnsi="Times New Roman" w:cs="Times New Roman"/>
                <w:sz w:val="24"/>
                <w:szCs w:val="24"/>
              </w:rPr>
            </w:pPr>
          </w:p>
        </w:tc>
        <w:tc>
          <w:tcPr>
            <w:tcW w:w="1133" w:type="dxa"/>
            <w:vMerge/>
          </w:tcPr>
          <w:p w14:paraId="0FA3F169" w14:textId="77777777" w:rsidR="006D602E" w:rsidRPr="006C208E" w:rsidRDefault="006D602E" w:rsidP="006C208E">
            <w:pPr>
              <w:pStyle w:val="NoSpacing"/>
              <w:contextualSpacing/>
              <w:rPr>
                <w:rFonts w:ascii="Times New Roman" w:hAnsi="Times New Roman" w:cs="Times New Roman"/>
                <w:sz w:val="24"/>
                <w:szCs w:val="24"/>
              </w:rPr>
            </w:pPr>
          </w:p>
        </w:tc>
        <w:tc>
          <w:tcPr>
            <w:tcW w:w="1130" w:type="dxa"/>
            <w:gridSpan w:val="2"/>
            <w:vMerge/>
          </w:tcPr>
          <w:p w14:paraId="1F710A1C" w14:textId="77777777" w:rsidR="006D602E" w:rsidRPr="006C208E" w:rsidRDefault="006D602E" w:rsidP="006C208E">
            <w:pPr>
              <w:pStyle w:val="NoSpacing"/>
              <w:contextualSpacing/>
              <w:rPr>
                <w:rFonts w:ascii="Times New Roman" w:hAnsi="Times New Roman" w:cs="Times New Roman"/>
                <w:sz w:val="24"/>
                <w:szCs w:val="24"/>
              </w:rPr>
            </w:pPr>
          </w:p>
        </w:tc>
        <w:tc>
          <w:tcPr>
            <w:tcW w:w="1176" w:type="dxa"/>
          </w:tcPr>
          <w:p w14:paraId="4E9D9A28" w14:textId="77777777" w:rsidR="006D602E" w:rsidRPr="006C208E" w:rsidRDefault="006D602E" w:rsidP="006C208E">
            <w:pPr>
              <w:pStyle w:val="NoSpacing"/>
              <w:contextualSpacing/>
              <w:rPr>
                <w:rFonts w:ascii="Times New Roman" w:hAnsi="Times New Roman" w:cs="Times New Roman"/>
                <w:sz w:val="24"/>
                <w:szCs w:val="24"/>
              </w:rPr>
            </w:pPr>
          </w:p>
          <w:p w14:paraId="0F2FBD09" w14:textId="77777777" w:rsidR="006D602E" w:rsidRPr="006C208E" w:rsidRDefault="006D602E" w:rsidP="006C208E">
            <w:pPr>
              <w:pStyle w:val="NoSpacing"/>
              <w:contextualSpacing/>
              <w:rPr>
                <w:rFonts w:ascii="Times New Roman" w:hAnsi="Times New Roman" w:cs="Times New Roman"/>
                <w:sz w:val="24"/>
                <w:szCs w:val="24"/>
              </w:rPr>
            </w:pPr>
          </w:p>
        </w:tc>
        <w:tc>
          <w:tcPr>
            <w:tcW w:w="1176" w:type="dxa"/>
            <w:gridSpan w:val="2"/>
          </w:tcPr>
          <w:p w14:paraId="3573C734" w14:textId="77777777" w:rsidR="006D602E" w:rsidRPr="006C208E" w:rsidRDefault="006D602E" w:rsidP="006C208E">
            <w:pPr>
              <w:pStyle w:val="NoSpacing"/>
              <w:contextualSpacing/>
              <w:rPr>
                <w:rFonts w:ascii="Times New Roman" w:hAnsi="Times New Roman" w:cs="Times New Roman"/>
                <w:sz w:val="24"/>
                <w:szCs w:val="24"/>
              </w:rPr>
            </w:pPr>
          </w:p>
        </w:tc>
        <w:tc>
          <w:tcPr>
            <w:tcW w:w="1176" w:type="dxa"/>
          </w:tcPr>
          <w:p w14:paraId="35ADF3ED" w14:textId="77777777" w:rsidR="006D602E" w:rsidRPr="006C208E" w:rsidRDefault="006D602E" w:rsidP="006C208E">
            <w:pPr>
              <w:pStyle w:val="NoSpacing"/>
              <w:contextualSpacing/>
              <w:rPr>
                <w:rFonts w:ascii="Times New Roman" w:hAnsi="Times New Roman" w:cs="Times New Roman"/>
                <w:sz w:val="24"/>
                <w:szCs w:val="24"/>
              </w:rPr>
            </w:pPr>
          </w:p>
        </w:tc>
      </w:tr>
      <w:tr w:rsidR="00F139FF" w:rsidRPr="006C208E" w14:paraId="6474E535" w14:textId="77777777" w:rsidTr="00261B63">
        <w:trPr>
          <w:cantSplit/>
          <w:trHeight w:val="20"/>
        </w:trPr>
        <w:tc>
          <w:tcPr>
            <w:tcW w:w="535" w:type="dxa"/>
            <w:vMerge w:val="restart"/>
            <w:vAlign w:val="center"/>
          </w:tcPr>
          <w:p w14:paraId="084EFF94" w14:textId="69642EE2" w:rsidR="006D602E" w:rsidRPr="006C208E" w:rsidRDefault="006D602E" w:rsidP="001F3827">
            <w:pPr>
              <w:pStyle w:val="NoSpacing"/>
              <w:numPr>
                <w:ilvl w:val="0"/>
                <w:numId w:val="44"/>
              </w:numPr>
              <w:contextualSpacing/>
              <w:rPr>
                <w:rFonts w:ascii="Times New Roman" w:hAnsi="Times New Roman" w:cs="Times New Roman"/>
                <w:sz w:val="24"/>
                <w:szCs w:val="24"/>
              </w:rPr>
            </w:pPr>
          </w:p>
        </w:tc>
        <w:tc>
          <w:tcPr>
            <w:tcW w:w="2047" w:type="dxa"/>
          </w:tcPr>
          <w:p w14:paraId="59AF8DAE" w14:textId="05FC0958" w:rsidR="006D602E" w:rsidRPr="006C208E" w:rsidRDefault="006D602E" w:rsidP="006C208E">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 xml:space="preserve">Financial information (should correspond with the </w:t>
            </w:r>
            <w:r w:rsidR="008D3633">
              <w:rPr>
                <w:rFonts w:ascii="Times New Roman" w:hAnsi="Times New Roman" w:cs="Times New Roman"/>
                <w:sz w:val="24"/>
                <w:szCs w:val="24"/>
              </w:rPr>
              <w:t xml:space="preserve">latest </w:t>
            </w:r>
            <w:r w:rsidRPr="006C208E">
              <w:rPr>
                <w:rFonts w:ascii="Times New Roman" w:hAnsi="Times New Roman" w:cs="Times New Roman"/>
                <w:sz w:val="24"/>
                <w:szCs w:val="24"/>
              </w:rPr>
              <w:t xml:space="preserve">audited </w:t>
            </w:r>
            <w:r w:rsidR="00C200CB" w:rsidRPr="006C208E">
              <w:rPr>
                <w:rFonts w:ascii="Times New Roman" w:hAnsi="Times New Roman" w:cs="Times New Roman"/>
                <w:sz w:val="24"/>
                <w:szCs w:val="24"/>
              </w:rPr>
              <w:t>FS</w:t>
            </w:r>
            <w:r w:rsidRPr="006C208E">
              <w:rPr>
                <w:rFonts w:ascii="Times New Roman" w:hAnsi="Times New Roman" w:cs="Times New Roman"/>
                <w:sz w:val="24"/>
                <w:szCs w:val="24"/>
              </w:rPr>
              <w:t>)</w:t>
            </w:r>
          </w:p>
        </w:tc>
        <w:tc>
          <w:tcPr>
            <w:tcW w:w="2152" w:type="dxa"/>
            <w:gridSpan w:val="2"/>
            <w:vAlign w:val="center"/>
          </w:tcPr>
          <w:p w14:paraId="3EDB3FE7" w14:textId="1900DA6F" w:rsidR="006D602E" w:rsidRPr="006C208E" w:rsidRDefault="00FA7D8E" w:rsidP="006C208E">
            <w:pPr>
              <w:pStyle w:val="NoSpacing"/>
              <w:contextualSpacing/>
              <w:jc w:val="center"/>
              <w:rPr>
                <w:rFonts w:ascii="Times New Roman" w:hAnsi="Times New Roman" w:cs="Times New Roman"/>
                <w:sz w:val="24"/>
                <w:szCs w:val="24"/>
              </w:rPr>
            </w:pPr>
            <w:r w:rsidRPr="006C208E">
              <w:rPr>
                <w:rFonts w:ascii="Times New Roman" w:hAnsi="Times New Roman" w:cs="Times New Roman"/>
                <w:sz w:val="24"/>
                <w:szCs w:val="24"/>
              </w:rPr>
              <w:t>202</w:t>
            </w:r>
            <w:r>
              <w:rPr>
                <w:rFonts w:ascii="Times New Roman" w:hAnsi="Times New Roman" w:cs="Times New Roman"/>
                <w:sz w:val="24"/>
                <w:szCs w:val="24"/>
              </w:rPr>
              <w:t>3</w:t>
            </w:r>
            <w:r w:rsidRPr="006C208E" w:rsidDel="005B5177">
              <w:rPr>
                <w:rFonts w:ascii="Times New Roman" w:hAnsi="Times New Roman" w:cs="Times New Roman"/>
                <w:sz w:val="24"/>
                <w:szCs w:val="24"/>
              </w:rPr>
              <w:t xml:space="preserve"> </w:t>
            </w:r>
          </w:p>
          <w:p w14:paraId="7C2F45C6" w14:textId="77777777" w:rsidR="006D602E" w:rsidRPr="006C208E" w:rsidRDefault="006D602E" w:rsidP="006C208E">
            <w:pPr>
              <w:pStyle w:val="NoSpacing"/>
              <w:contextualSpacing/>
              <w:jc w:val="center"/>
              <w:rPr>
                <w:rFonts w:ascii="Times New Roman" w:hAnsi="Times New Roman" w:cs="Times New Roman"/>
                <w:sz w:val="24"/>
                <w:szCs w:val="24"/>
              </w:rPr>
            </w:pPr>
            <w:r w:rsidRPr="006C208E">
              <w:rPr>
                <w:rFonts w:ascii="Times New Roman" w:hAnsi="Times New Roman" w:cs="Times New Roman"/>
                <w:sz w:val="24"/>
                <w:szCs w:val="24"/>
              </w:rPr>
              <w:t>(MWK)</w:t>
            </w:r>
          </w:p>
        </w:tc>
        <w:tc>
          <w:tcPr>
            <w:tcW w:w="2306" w:type="dxa"/>
            <w:gridSpan w:val="3"/>
            <w:vAlign w:val="center"/>
          </w:tcPr>
          <w:p w14:paraId="3C94BA5C" w14:textId="50C8A672" w:rsidR="006D602E" w:rsidRPr="006C208E" w:rsidRDefault="00FA7D8E" w:rsidP="006C208E">
            <w:pPr>
              <w:pStyle w:val="NoSpacing"/>
              <w:contextualSpacing/>
              <w:jc w:val="center"/>
              <w:rPr>
                <w:rFonts w:ascii="Times New Roman" w:hAnsi="Times New Roman" w:cs="Times New Roman"/>
                <w:sz w:val="24"/>
                <w:szCs w:val="24"/>
              </w:rPr>
            </w:pPr>
            <w:r w:rsidRPr="006C208E">
              <w:rPr>
                <w:rFonts w:ascii="Times New Roman" w:hAnsi="Times New Roman" w:cs="Times New Roman"/>
                <w:sz w:val="24"/>
                <w:szCs w:val="24"/>
              </w:rPr>
              <w:t>202</w:t>
            </w:r>
            <w:r>
              <w:rPr>
                <w:rFonts w:ascii="Times New Roman" w:hAnsi="Times New Roman" w:cs="Times New Roman"/>
                <w:sz w:val="24"/>
                <w:szCs w:val="24"/>
              </w:rPr>
              <w:t>4</w:t>
            </w:r>
          </w:p>
          <w:p w14:paraId="30BE37F6" w14:textId="77777777" w:rsidR="006D602E" w:rsidRPr="006C208E" w:rsidRDefault="006D602E" w:rsidP="006C208E">
            <w:pPr>
              <w:pStyle w:val="NoSpacing"/>
              <w:contextualSpacing/>
              <w:jc w:val="center"/>
              <w:rPr>
                <w:rFonts w:ascii="Times New Roman" w:hAnsi="Times New Roman" w:cs="Times New Roman"/>
                <w:sz w:val="24"/>
                <w:szCs w:val="24"/>
              </w:rPr>
            </w:pPr>
            <w:r w:rsidRPr="006C208E">
              <w:rPr>
                <w:rFonts w:ascii="Times New Roman" w:hAnsi="Times New Roman" w:cs="Times New Roman"/>
                <w:sz w:val="24"/>
                <w:szCs w:val="24"/>
              </w:rPr>
              <w:t>(MWK)</w:t>
            </w:r>
          </w:p>
        </w:tc>
        <w:tc>
          <w:tcPr>
            <w:tcW w:w="2352" w:type="dxa"/>
            <w:gridSpan w:val="3"/>
            <w:vAlign w:val="center"/>
          </w:tcPr>
          <w:p w14:paraId="0C75985C" w14:textId="3CA64040" w:rsidR="006D602E" w:rsidRPr="006C208E" w:rsidRDefault="00FA7D8E" w:rsidP="006C208E">
            <w:pPr>
              <w:pStyle w:val="NoSpacing"/>
              <w:contextualSpacing/>
              <w:jc w:val="center"/>
              <w:rPr>
                <w:rFonts w:ascii="Times New Roman" w:hAnsi="Times New Roman" w:cs="Times New Roman"/>
                <w:sz w:val="24"/>
                <w:szCs w:val="24"/>
              </w:rPr>
            </w:pPr>
            <w:r w:rsidRPr="006C208E">
              <w:rPr>
                <w:rFonts w:ascii="Times New Roman" w:hAnsi="Times New Roman" w:cs="Times New Roman"/>
                <w:sz w:val="24"/>
                <w:szCs w:val="24"/>
              </w:rPr>
              <w:t>202</w:t>
            </w:r>
            <w:r>
              <w:rPr>
                <w:rFonts w:ascii="Times New Roman" w:hAnsi="Times New Roman" w:cs="Times New Roman"/>
                <w:sz w:val="24"/>
                <w:szCs w:val="24"/>
              </w:rPr>
              <w:t>5</w:t>
            </w:r>
          </w:p>
          <w:p w14:paraId="1662B98C" w14:textId="77777777" w:rsidR="006D602E" w:rsidRPr="006C208E" w:rsidRDefault="006D602E" w:rsidP="006C208E">
            <w:pPr>
              <w:pStyle w:val="NoSpacing"/>
              <w:contextualSpacing/>
              <w:jc w:val="center"/>
              <w:rPr>
                <w:rFonts w:ascii="Times New Roman" w:hAnsi="Times New Roman" w:cs="Times New Roman"/>
                <w:sz w:val="24"/>
                <w:szCs w:val="24"/>
              </w:rPr>
            </w:pPr>
            <w:r w:rsidRPr="006C208E">
              <w:rPr>
                <w:rFonts w:ascii="Times New Roman" w:hAnsi="Times New Roman" w:cs="Times New Roman"/>
                <w:sz w:val="24"/>
                <w:szCs w:val="24"/>
              </w:rPr>
              <w:t>(MWK)</w:t>
            </w:r>
          </w:p>
        </w:tc>
      </w:tr>
      <w:tr w:rsidR="00F139FF" w:rsidRPr="006C208E" w14:paraId="23407FFD" w14:textId="77777777" w:rsidTr="00261B63">
        <w:trPr>
          <w:cantSplit/>
          <w:trHeight w:val="20"/>
        </w:trPr>
        <w:tc>
          <w:tcPr>
            <w:tcW w:w="535" w:type="dxa"/>
            <w:vMerge/>
          </w:tcPr>
          <w:p w14:paraId="738A08AE" w14:textId="77777777" w:rsidR="006D602E" w:rsidRPr="006C208E" w:rsidRDefault="006D602E" w:rsidP="001F3827">
            <w:pPr>
              <w:pStyle w:val="NoSpacing"/>
              <w:numPr>
                <w:ilvl w:val="0"/>
                <w:numId w:val="44"/>
              </w:numPr>
              <w:contextualSpacing/>
              <w:rPr>
                <w:rFonts w:ascii="Times New Roman" w:hAnsi="Times New Roman" w:cs="Times New Roman"/>
                <w:sz w:val="24"/>
                <w:szCs w:val="24"/>
              </w:rPr>
            </w:pPr>
          </w:p>
        </w:tc>
        <w:tc>
          <w:tcPr>
            <w:tcW w:w="2047" w:type="dxa"/>
            <w:vAlign w:val="center"/>
          </w:tcPr>
          <w:p w14:paraId="117BE0AB" w14:textId="77777777" w:rsidR="006D602E" w:rsidRPr="006C208E" w:rsidRDefault="006D602E" w:rsidP="006C208E">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 xml:space="preserve">Total assets </w:t>
            </w:r>
          </w:p>
        </w:tc>
        <w:tc>
          <w:tcPr>
            <w:tcW w:w="2152" w:type="dxa"/>
            <w:gridSpan w:val="2"/>
          </w:tcPr>
          <w:p w14:paraId="5866B17F" w14:textId="77777777" w:rsidR="006D602E" w:rsidRPr="006C208E" w:rsidRDefault="006D602E" w:rsidP="006C208E">
            <w:pPr>
              <w:pStyle w:val="NoSpacing"/>
              <w:contextualSpacing/>
              <w:rPr>
                <w:rFonts w:ascii="Times New Roman" w:hAnsi="Times New Roman" w:cs="Times New Roman"/>
                <w:sz w:val="24"/>
                <w:szCs w:val="24"/>
              </w:rPr>
            </w:pPr>
          </w:p>
        </w:tc>
        <w:tc>
          <w:tcPr>
            <w:tcW w:w="2306" w:type="dxa"/>
            <w:gridSpan w:val="3"/>
          </w:tcPr>
          <w:p w14:paraId="76B449DF" w14:textId="77777777" w:rsidR="006D602E" w:rsidRPr="006C208E" w:rsidRDefault="006D602E" w:rsidP="006C208E">
            <w:pPr>
              <w:pStyle w:val="NoSpacing"/>
              <w:contextualSpacing/>
              <w:rPr>
                <w:rFonts w:ascii="Times New Roman" w:hAnsi="Times New Roman" w:cs="Times New Roman"/>
                <w:sz w:val="24"/>
                <w:szCs w:val="24"/>
              </w:rPr>
            </w:pPr>
          </w:p>
        </w:tc>
        <w:tc>
          <w:tcPr>
            <w:tcW w:w="2352" w:type="dxa"/>
            <w:gridSpan w:val="3"/>
          </w:tcPr>
          <w:p w14:paraId="7D82F010" w14:textId="77777777" w:rsidR="006D602E" w:rsidRPr="006C208E" w:rsidRDefault="006D602E" w:rsidP="006C208E">
            <w:pPr>
              <w:pStyle w:val="NoSpacing"/>
              <w:contextualSpacing/>
              <w:rPr>
                <w:rFonts w:ascii="Times New Roman" w:hAnsi="Times New Roman" w:cs="Times New Roman"/>
                <w:sz w:val="24"/>
                <w:szCs w:val="24"/>
              </w:rPr>
            </w:pPr>
          </w:p>
        </w:tc>
      </w:tr>
      <w:tr w:rsidR="00F139FF" w:rsidRPr="006C208E" w14:paraId="25B043F3" w14:textId="77777777" w:rsidTr="00261B63">
        <w:trPr>
          <w:cantSplit/>
          <w:trHeight w:val="20"/>
        </w:trPr>
        <w:tc>
          <w:tcPr>
            <w:tcW w:w="535" w:type="dxa"/>
            <w:vMerge/>
          </w:tcPr>
          <w:p w14:paraId="7C7ACF38" w14:textId="77777777" w:rsidR="006D602E" w:rsidRPr="006C208E" w:rsidRDefault="006D602E" w:rsidP="001F3827">
            <w:pPr>
              <w:pStyle w:val="NoSpacing"/>
              <w:numPr>
                <w:ilvl w:val="0"/>
                <w:numId w:val="44"/>
              </w:numPr>
              <w:contextualSpacing/>
              <w:rPr>
                <w:rFonts w:ascii="Times New Roman" w:hAnsi="Times New Roman" w:cs="Times New Roman"/>
                <w:sz w:val="24"/>
                <w:szCs w:val="24"/>
              </w:rPr>
            </w:pPr>
          </w:p>
        </w:tc>
        <w:tc>
          <w:tcPr>
            <w:tcW w:w="2047" w:type="dxa"/>
            <w:vAlign w:val="center"/>
          </w:tcPr>
          <w:p w14:paraId="0E6C8E09" w14:textId="77777777" w:rsidR="006D602E" w:rsidRPr="006C208E" w:rsidRDefault="006D602E" w:rsidP="006C208E">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 xml:space="preserve">Total liabilities </w:t>
            </w:r>
          </w:p>
        </w:tc>
        <w:tc>
          <w:tcPr>
            <w:tcW w:w="2152" w:type="dxa"/>
            <w:gridSpan w:val="2"/>
          </w:tcPr>
          <w:p w14:paraId="759197F4" w14:textId="77777777" w:rsidR="006D602E" w:rsidRPr="006C208E" w:rsidRDefault="006D602E" w:rsidP="006C208E">
            <w:pPr>
              <w:pStyle w:val="NoSpacing"/>
              <w:contextualSpacing/>
              <w:rPr>
                <w:rFonts w:ascii="Times New Roman" w:hAnsi="Times New Roman" w:cs="Times New Roman"/>
                <w:sz w:val="24"/>
                <w:szCs w:val="24"/>
              </w:rPr>
            </w:pPr>
          </w:p>
        </w:tc>
        <w:tc>
          <w:tcPr>
            <w:tcW w:w="2306" w:type="dxa"/>
            <w:gridSpan w:val="3"/>
          </w:tcPr>
          <w:p w14:paraId="6D7F5DAE" w14:textId="77777777" w:rsidR="006D602E" w:rsidRPr="006C208E" w:rsidRDefault="006D602E" w:rsidP="006C208E">
            <w:pPr>
              <w:pStyle w:val="NoSpacing"/>
              <w:contextualSpacing/>
              <w:rPr>
                <w:rFonts w:ascii="Times New Roman" w:hAnsi="Times New Roman" w:cs="Times New Roman"/>
                <w:sz w:val="24"/>
                <w:szCs w:val="24"/>
              </w:rPr>
            </w:pPr>
          </w:p>
        </w:tc>
        <w:tc>
          <w:tcPr>
            <w:tcW w:w="2352" w:type="dxa"/>
            <w:gridSpan w:val="3"/>
          </w:tcPr>
          <w:p w14:paraId="4A39C7BC" w14:textId="77777777" w:rsidR="006D602E" w:rsidRPr="006C208E" w:rsidRDefault="006D602E" w:rsidP="006C208E">
            <w:pPr>
              <w:pStyle w:val="NoSpacing"/>
              <w:contextualSpacing/>
              <w:rPr>
                <w:rFonts w:ascii="Times New Roman" w:hAnsi="Times New Roman" w:cs="Times New Roman"/>
                <w:sz w:val="24"/>
                <w:szCs w:val="24"/>
              </w:rPr>
            </w:pPr>
          </w:p>
        </w:tc>
      </w:tr>
      <w:tr w:rsidR="00F139FF" w:rsidRPr="006C208E" w14:paraId="0DE7D5DF" w14:textId="77777777" w:rsidTr="00261B63">
        <w:trPr>
          <w:cantSplit/>
          <w:trHeight w:val="20"/>
        </w:trPr>
        <w:tc>
          <w:tcPr>
            <w:tcW w:w="535" w:type="dxa"/>
            <w:vMerge/>
          </w:tcPr>
          <w:p w14:paraId="762B9425" w14:textId="77777777" w:rsidR="006D602E" w:rsidRPr="006C208E" w:rsidRDefault="006D602E" w:rsidP="001F3827">
            <w:pPr>
              <w:pStyle w:val="NoSpacing"/>
              <w:numPr>
                <w:ilvl w:val="0"/>
                <w:numId w:val="44"/>
              </w:numPr>
              <w:contextualSpacing/>
              <w:rPr>
                <w:rFonts w:ascii="Times New Roman" w:hAnsi="Times New Roman" w:cs="Times New Roman"/>
                <w:sz w:val="24"/>
                <w:szCs w:val="24"/>
              </w:rPr>
            </w:pPr>
          </w:p>
        </w:tc>
        <w:tc>
          <w:tcPr>
            <w:tcW w:w="2047" w:type="dxa"/>
            <w:vAlign w:val="center"/>
          </w:tcPr>
          <w:p w14:paraId="00DF4B9A" w14:textId="77777777" w:rsidR="006D602E" w:rsidRPr="006C208E" w:rsidRDefault="006D602E" w:rsidP="006C208E">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 xml:space="preserve">Total equity capital </w:t>
            </w:r>
          </w:p>
        </w:tc>
        <w:tc>
          <w:tcPr>
            <w:tcW w:w="2152" w:type="dxa"/>
            <w:gridSpan w:val="2"/>
          </w:tcPr>
          <w:p w14:paraId="116405AD" w14:textId="77777777" w:rsidR="006D602E" w:rsidRPr="006C208E" w:rsidRDefault="006D602E" w:rsidP="006C208E">
            <w:pPr>
              <w:pStyle w:val="NoSpacing"/>
              <w:contextualSpacing/>
              <w:rPr>
                <w:rFonts w:ascii="Times New Roman" w:hAnsi="Times New Roman" w:cs="Times New Roman"/>
                <w:sz w:val="24"/>
                <w:szCs w:val="24"/>
              </w:rPr>
            </w:pPr>
          </w:p>
        </w:tc>
        <w:tc>
          <w:tcPr>
            <w:tcW w:w="2306" w:type="dxa"/>
            <w:gridSpan w:val="3"/>
          </w:tcPr>
          <w:p w14:paraId="453A7033" w14:textId="77777777" w:rsidR="006D602E" w:rsidRPr="006C208E" w:rsidRDefault="006D602E" w:rsidP="006C208E">
            <w:pPr>
              <w:pStyle w:val="NoSpacing"/>
              <w:contextualSpacing/>
              <w:rPr>
                <w:rFonts w:ascii="Times New Roman" w:hAnsi="Times New Roman" w:cs="Times New Roman"/>
                <w:sz w:val="24"/>
                <w:szCs w:val="24"/>
              </w:rPr>
            </w:pPr>
          </w:p>
        </w:tc>
        <w:tc>
          <w:tcPr>
            <w:tcW w:w="2352" w:type="dxa"/>
            <w:gridSpan w:val="3"/>
          </w:tcPr>
          <w:p w14:paraId="6DEF3C43" w14:textId="77777777" w:rsidR="006D602E" w:rsidRPr="006C208E" w:rsidRDefault="006D602E" w:rsidP="006C208E">
            <w:pPr>
              <w:pStyle w:val="NoSpacing"/>
              <w:contextualSpacing/>
              <w:rPr>
                <w:rFonts w:ascii="Times New Roman" w:hAnsi="Times New Roman" w:cs="Times New Roman"/>
                <w:sz w:val="24"/>
                <w:szCs w:val="24"/>
              </w:rPr>
            </w:pPr>
          </w:p>
        </w:tc>
      </w:tr>
      <w:tr w:rsidR="00F139FF" w:rsidRPr="006C208E" w14:paraId="5D10B03E" w14:textId="77777777" w:rsidTr="00261B63">
        <w:trPr>
          <w:cantSplit/>
          <w:trHeight w:val="20"/>
        </w:trPr>
        <w:tc>
          <w:tcPr>
            <w:tcW w:w="535" w:type="dxa"/>
            <w:vMerge/>
          </w:tcPr>
          <w:p w14:paraId="1204857C" w14:textId="77777777" w:rsidR="006D602E" w:rsidRPr="006C208E" w:rsidRDefault="006D602E" w:rsidP="001F3827">
            <w:pPr>
              <w:pStyle w:val="NoSpacing"/>
              <w:numPr>
                <w:ilvl w:val="0"/>
                <w:numId w:val="44"/>
              </w:numPr>
              <w:contextualSpacing/>
              <w:rPr>
                <w:rFonts w:ascii="Times New Roman" w:hAnsi="Times New Roman" w:cs="Times New Roman"/>
                <w:sz w:val="24"/>
                <w:szCs w:val="24"/>
              </w:rPr>
            </w:pPr>
          </w:p>
        </w:tc>
        <w:tc>
          <w:tcPr>
            <w:tcW w:w="2047" w:type="dxa"/>
            <w:vAlign w:val="center"/>
          </w:tcPr>
          <w:p w14:paraId="5281A5BC" w14:textId="77777777" w:rsidR="006D602E" w:rsidRPr="006C208E" w:rsidRDefault="006D602E" w:rsidP="006C208E">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Total revenues</w:t>
            </w:r>
          </w:p>
        </w:tc>
        <w:tc>
          <w:tcPr>
            <w:tcW w:w="2152" w:type="dxa"/>
            <w:gridSpan w:val="2"/>
          </w:tcPr>
          <w:p w14:paraId="52C00645" w14:textId="77777777" w:rsidR="006D602E" w:rsidRPr="006C208E" w:rsidRDefault="006D602E" w:rsidP="006C208E">
            <w:pPr>
              <w:pStyle w:val="NoSpacing"/>
              <w:contextualSpacing/>
              <w:rPr>
                <w:rFonts w:ascii="Times New Roman" w:hAnsi="Times New Roman" w:cs="Times New Roman"/>
                <w:sz w:val="24"/>
                <w:szCs w:val="24"/>
              </w:rPr>
            </w:pPr>
          </w:p>
        </w:tc>
        <w:tc>
          <w:tcPr>
            <w:tcW w:w="2306" w:type="dxa"/>
            <w:gridSpan w:val="3"/>
          </w:tcPr>
          <w:p w14:paraId="2BBD7144" w14:textId="77777777" w:rsidR="006D602E" w:rsidRPr="006C208E" w:rsidRDefault="006D602E" w:rsidP="006C208E">
            <w:pPr>
              <w:pStyle w:val="NoSpacing"/>
              <w:contextualSpacing/>
              <w:rPr>
                <w:rFonts w:ascii="Times New Roman" w:hAnsi="Times New Roman" w:cs="Times New Roman"/>
                <w:sz w:val="24"/>
                <w:szCs w:val="24"/>
              </w:rPr>
            </w:pPr>
          </w:p>
        </w:tc>
        <w:tc>
          <w:tcPr>
            <w:tcW w:w="2352" w:type="dxa"/>
            <w:gridSpan w:val="3"/>
          </w:tcPr>
          <w:p w14:paraId="1DAEFC45" w14:textId="77777777" w:rsidR="006D602E" w:rsidRPr="006C208E" w:rsidRDefault="006D602E" w:rsidP="006C208E">
            <w:pPr>
              <w:pStyle w:val="NoSpacing"/>
              <w:contextualSpacing/>
              <w:rPr>
                <w:rFonts w:ascii="Times New Roman" w:hAnsi="Times New Roman" w:cs="Times New Roman"/>
                <w:sz w:val="24"/>
                <w:szCs w:val="24"/>
              </w:rPr>
            </w:pPr>
          </w:p>
        </w:tc>
      </w:tr>
      <w:tr w:rsidR="00F139FF" w:rsidRPr="006C208E" w14:paraId="0E0D8AB1" w14:textId="77777777" w:rsidTr="00261B63">
        <w:trPr>
          <w:cantSplit/>
          <w:trHeight w:val="20"/>
        </w:trPr>
        <w:tc>
          <w:tcPr>
            <w:tcW w:w="535" w:type="dxa"/>
            <w:vMerge/>
          </w:tcPr>
          <w:p w14:paraId="644617CF" w14:textId="77777777" w:rsidR="006D602E" w:rsidRPr="006C208E" w:rsidRDefault="006D602E" w:rsidP="001F3827">
            <w:pPr>
              <w:pStyle w:val="NoSpacing"/>
              <w:numPr>
                <w:ilvl w:val="0"/>
                <w:numId w:val="44"/>
              </w:numPr>
              <w:contextualSpacing/>
              <w:rPr>
                <w:rFonts w:ascii="Times New Roman" w:hAnsi="Times New Roman" w:cs="Times New Roman"/>
                <w:sz w:val="24"/>
                <w:szCs w:val="24"/>
              </w:rPr>
            </w:pPr>
          </w:p>
        </w:tc>
        <w:tc>
          <w:tcPr>
            <w:tcW w:w="2047" w:type="dxa"/>
            <w:vAlign w:val="center"/>
          </w:tcPr>
          <w:p w14:paraId="700C3F81" w14:textId="77777777" w:rsidR="006D602E" w:rsidRPr="006C208E" w:rsidRDefault="006D602E" w:rsidP="006C208E">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 xml:space="preserve">Total operating expenses </w:t>
            </w:r>
          </w:p>
        </w:tc>
        <w:tc>
          <w:tcPr>
            <w:tcW w:w="2152" w:type="dxa"/>
            <w:gridSpan w:val="2"/>
          </w:tcPr>
          <w:p w14:paraId="20ED39DE" w14:textId="77777777" w:rsidR="006D602E" w:rsidRPr="006C208E" w:rsidRDefault="006D602E" w:rsidP="006C208E">
            <w:pPr>
              <w:pStyle w:val="NoSpacing"/>
              <w:contextualSpacing/>
              <w:rPr>
                <w:rFonts w:ascii="Times New Roman" w:hAnsi="Times New Roman" w:cs="Times New Roman"/>
                <w:sz w:val="24"/>
                <w:szCs w:val="24"/>
              </w:rPr>
            </w:pPr>
          </w:p>
        </w:tc>
        <w:tc>
          <w:tcPr>
            <w:tcW w:w="2306" w:type="dxa"/>
            <w:gridSpan w:val="3"/>
          </w:tcPr>
          <w:p w14:paraId="47D1B2D2" w14:textId="77777777" w:rsidR="006D602E" w:rsidRPr="006C208E" w:rsidRDefault="006D602E" w:rsidP="006C208E">
            <w:pPr>
              <w:pStyle w:val="NoSpacing"/>
              <w:contextualSpacing/>
              <w:rPr>
                <w:rFonts w:ascii="Times New Roman" w:hAnsi="Times New Roman" w:cs="Times New Roman"/>
                <w:sz w:val="24"/>
                <w:szCs w:val="24"/>
              </w:rPr>
            </w:pPr>
          </w:p>
        </w:tc>
        <w:tc>
          <w:tcPr>
            <w:tcW w:w="2352" w:type="dxa"/>
            <w:gridSpan w:val="3"/>
          </w:tcPr>
          <w:p w14:paraId="52C5EC78" w14:textId="77777777" w:rsidR="006D602E" w:rsidRPr="006C208E" w:rsidRDefault="006D602E" w:rsidP="006C208E">
            <w:pPr>
              <w:pStyle w:val="NoSpacing"/>
              <w:contextualSpacing/>
              <w:rPr>
                <w:rFonts w:ascii="Times New Roman" w:hAnsi="Times New Roman" w:cs="Times New Roman"/>
                <w:sz w:val="24"/>
                <w:szCs w:val="24"/>
              </w:rPr>
            </w:pPr>
          </w:p>
        </w:tc>
      </w:tr>
      <w:tr w:rsidR="00F139FF" w:rsidRPr="006C208E" w14:paraId="4EAFDE2F" w14:textId="77777777" w:rsidTr="00261B63">
        <w:trPr>
          <w:cantSplit/>
          <w:trHeight w:val="20"/>
        </w:trPr>
        <w:tc>
          <w:tcPr>
            <w:tcW w:w="535" w:type="dxa"/>
            <w:vMerge/>
          </w:tcPr>
          <w:p w14:paraId="388E6CA3" w14:textId="77777777" w:rsidR="006D602E" w:rsidRPr="006C208E" w:rsidRDefault="006D602E" w:rsidP="001F3827">
            <w:pPr>
              <w:pStyle w:val="NoSpacing"/>
              <w:numPr>
                <w:ilvl w:val="0"/>
                <w:numId w:val="44"/>
              </w:numPr>
              <w:contextualSpacing/>
              <w:rPr>
                <w:rFonts w:ascii="Times New Roman" w:hAnsi="Times New Roman" w:cs="Times New Roman"/>
                <w:sz w:val="24"/>
                <w:szCs w:val="24"/>
              </w:rPr>
            </w:pPr>
          </w:p>
        </w:tc>
        <w:tc>
          <w:tcPr>
            <w:tcW w:w="2047" w:type="dxa"/>
            <w:vAlign w:val="center"/>
          </w:tcPr>
          <w:p w14:paraId="4AEA75DE" w14:textId="77777777" w:rsidR="006D602E" w:rsidRPr="006C208E" w:rsidRDefault="006D602E" w:rsidP="006C208E">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Total operating income</w:t>
            </w:r>
          </w:p>
        </w:tc>
        <w:tc>
          <w:tcPr>
            <w:tcW w:w="2152" w:type="dxa"/>
            <w:gridSpan w:val="2"/>
          </w:tcPr>
          <w:p w14:paraId="1FB89885" w14:textId="77777777" w:rsidR="006D602E" w:rsidRPr="006C208E" w:rsidRDefault="006D602E" w:rsidP="006C208E">
            <w:pPr>
              <w:pStyle w:val="NoSpacing"/>
              <w:contextualSpacing/>
              <w:rPr>
                <w:rFonts w:ascii="Times New Roman" w:hAnsi="Times New Roman" w:cs="Times New Roman"/>
                <w:sz w:val="24"/>
                <w:szCs w:val="24"/>
              </w:rPr>
            </w:pPr>
          </w:p>
        </w:tc>
        <w:tc>
          <w:tcPr>
            <w:tcW w:w="2306" w:type="dxa"/>
            <w:gridSpan w:val="3"/>
          </w:tcPr>
          <w:p w14:paraId="07BFFC1D" w14:textId="77777777" w:rsidR="006D602E" w:rsidRPr="006C208E" w:rsidRDefault="006D602E" w:rsidP="006C208E">
            <w:pPr>
              <w:pStyle w:val="NoSpacing"/>
              <w:contextualSpacing/>
              <w:rPr>
                <w:rFonts w:ascii="Times New Roman" w:hAnsi="Times New Roman" w:cs="Times New Roman"/>
                <w:sz w:val="24"/>
                <w:szCs w:val="24"/>
              </w:rPr>
            </w:pPr>
          </w:p>
        </w:tc>
        <w:tc>
          <w:tcPr>
            <w:tcW w:w="2352" w:type="dxa"/>
            <w:gridSpan w:val="3"/>
          </w:tcPr>
          <w:p w14:paraId="6B37972F" w14:textId="77777777" w:rsidR="006D602E" w:rsidRPr="006C208E" w:rsidRDefault="006D602E" w:rsidP="006C208E">
            <w:pPr>
              <w:pStyle w:val="NoSpacing"/>
              <w:contextualSpacing/>
              <w:rPr>
                <w:rFonts w:ascii="Times New Roman" w:hAnsi="Times New Roman" w:cs="Times New Roman"/>
                <w:sz w:val="24"/>
                <w:szCs w:val="24"/>
              </w:rPr>
            </w:pPr>
          </w:p>
        </w:tc>
      </w:tr>
      <w:tr w:rsidR="00F139FF" w:rsidRPr="006C208E" w14:paraId="58A2677A" w14:textId="77777777" w:rsidTr="00261B63">
        <w:trPr>
          <w:cantSplit/>
          <w:trHeight w:val="20"/>
        </w:trPr>
        <w:tc>
          <w:tcPr>
            <w:tcW w:w="535" w:type="dxa"/>
            <w:vMerge/>
          </w:tcPr>
          <w:p w14:paraId="4BEB9182" w14:textId="77777777" w:rsidR="006D602E" w:rsidRPr="006C208E" w:rsidRDefault="006D602E" w:rsidP="001F3827">
            <w:pPr>
              <w:pStyle w:val="NoSpacing"/>
              <w:numPr>
                <w:ilvl w:val="0"/>
                <w:numId w:val="44"/>
              </w:numPr>
              <w:contextualSpacing/>
              <w:rPr>
                <w:rFonts w:ascii="Times New Roman" w:hAnsi="Times New Roman" w:cs="Times New Roman"/>
                <w:sz w:val="24"/>
                <w:szCs w:val="24"/>
              </w:rPr>
            </w:pPr>
          </w:p>
        </w:tc>
        <w:tc>
          <w:tcPr>
            <w:tcW w:w="2047" w:type="dxa"/>
            <w:vAlign w:val="center"/>
          </w:tcPr>
          <w:p w14:paraId="2739F94D" w14:textId="77777777" w:rsidR="006D602E" w:rsidRPr="006C208E" w:rsidRDefault="006D602E" w:rsidP="006C208E">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Interest expense</w:t>
            </w:r>
          </w:p>
        </w:tc>
        <w:tc>
          <w:tcPr>
            <w:tcW w:w="2152" w:type="dxa"/>
            <w:gridSpan w:val="2"/>
          </w:tcPr>
          <w:p w14:paraId="761DC6FA" w14:textId="77777777" w:rsidR="006D602E" w:rsidRPr="006C208E" w:rsidRDefault="006D602E" w:rsidP="006C208E">
            <w:pPr>
              <w:pStyle w:val="NoSpacing"/>
              <w:contextualSpacing/>
              <w:rPr>
                <w:rFonts w:ascii="Times New Roman" w:hAnsi="Times New Roman" w:cs="Times New Roman"/>
                <w:sz w:val="24"/>
                <w:szCs w:val="24"/>
              </w:rPr>
            </w:pPr>
          </w:p>
        </w:tc>
        <w:tc>
          <w:tcPr>
            <w:tcW w:w="2306" w:type="dxa"/>
            <w:gridSpan w:val="3"/>
          </w:tcPr>
          <w:p w14:paraId="6F675403" w14:textId="77777777" w:rsidR="006D602E" w:rsidRPr="006C208E" w:rsidRDefault="006D602E" w:rsidP="006C208E">
            <w:pPr>
              <w:pStyle w:val="NoSpacing"/>
              <w:contextualSpacing/>
              <w:rPr>
                <w:rFonts w:ascii="Times New Roman" w:hAnsi="Times New Roman" w:cs="Times New Roman"/>
                <w:sz w:val="24"/>
                <w:szCs w:val="24"/>
              </w:rPr>
            </w:pPr>
          </w:p>
        </w:tc>
        <w:tc>
          <w:tcPr>
            <w:tcW w:w="2352" w:type="dxa"/>
            <w:gridSpan w:val="3"/>
          </w:tcPr>
          <w:p w14:paraId="6A0EE635" w14:textId="77777777" w:rsidR="006D602E" w:rsidRPr="006C208E" w:rsidRDefault="006D602E" w:rsidP="006C208E">
            <w:pPr>
              <w:pStyle w:val="NoSpacing"/>
              <w:contextualSpacing/>
              <w:rPr>
                <w:rFonts w:ascii="Times New Roman" w:hAnsi="Times New Roman" w:cs="Times New Roman"/>
                <w:sz w:val="24"/>
                <w:szCs w:val="24"/>
              </w:rPr>
            </w:pPr>
          </w:p>
        </w:tc>
      </w:tr>
      <w:tr w:rsidR="00F139FF" w:rsidRPr="006C208E" w14:paraId="751C391D" w14:textId="77777777" w:rsidTr="00261B63">
        <w:trPr>
          <w:cantSplit/>
          <w:trHeight w:val="20"/>
        </w:trPr>
        <w:tc>
          <w:tcPr>
            <w:tcW w:w="535" w:type="dxa"/>
            <w:vMerge/>
            <w:vAlign w:val="center"/>
          </w:tcPr>
          <w:p w14:paraId="6968A68F" w14:textId="77777777" w:rsidR="006D602E" w:rsidRPr="006C208E" w:rsidRDefault="006D602E" w:rsidP="001F3827">
            <w:pPr>
              <w:pStyle w:val="NoSpacing"/>
              <w:numPr>
                <w:ilvl w:val="0"/>
                <w:numId w:val="44"/>
              </w:numPr>
              <w:contextualSpacing/>
              <w:rPr>
                <w:rFonts w:ascii="Times New Roman" w:hAnsi="Times New Roman" w:cs="Times New Roman"/>
                <w:sz w:val="24"/>
                <w:szCs w:val="24"/>
              </w:rPr>
            </w:pPr>
          </w:p>
        </w:tc>
        <w:tc>
          <w:tcPr>
            <w:tcW w:w="2047" w:type="dxa"/>
            <w:vAlign w:val="center"/>
          </w:tcPr>
          <w:p w14:paraId="6ECAA3B9" w14:textId="77777777" w:rsidR="006D602E" w:rsidRPr="006C208E" w:rsidRDefault="006D602E" w:rsidP="006C208E">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Net income</w:t>
            </w:r>
          </w:p>
        </w:tc>
        <w:tc>
          <w:tcPr>
            <w:tcW w:w="2152" w:type="dxa"/>
            <w:gridSpan w:val="2"/>
            <w:vAlign w:val="center"/>
          </w:tcPr>
          <w:p w14:paraId="6EF7DFFF" w14:textId="77777777" w:rsidR="006D602E" w:rsidRPr="006C208E" w:rsidRDefault="006D602E" w:rsidP="006C208E">
            <w:pPr>
              <w:pStyle w:val="NoSpacing"/>
              <w:contextualSpacing/>
              <w:jc w:val="center"/>
              <w:rPr>
                <w:rFonts w:ascii="Times New Roman" w:hAnsi="Times New Roman" w:cs="Times New Roman"/>
                <w:sz w:val="24"/>
                <w:szCs w:val="24"/>
              </w:rPr>
            </w:pPr>
          </w:p>
        </w:tc>
        <w:tc>
          <w:tcPr>
            <w:tcW w:w="2306" w:type="dxa"/>
            <w:gridSpan w:val="3"/>
          </w:tcPr>
          <w:p w14:paraId="36593A24" w14:textId="77777777" w:rsidR="006D602E" w:rsidRPr="006C208E" w:rsidRDefault="006D602E" w:rsidP="006C208E">
            <w:pPr>
              <w:pStyle w:val="NoSpacing"/>
              <w:contextualSpacing/>
              <w:jc w:val="center"/>
              <w:rPr>
                <w:rFonts w:ascii="Times New Roman" w:hAnsi="Times New Roman" w:cs="Times New Roman"/>
                <w:sz w:val="24"/>
                <w:szCs w:val="24"/>
              </w:rPr>
            </w:pPr>
          </w:p>
        </w:tc>
        <w:tc>
          <w:tcPr>
            <w:tcW w:w="2352" w:type="dxa"/>
            <w:gridSpan w:val="3"/>
          </w:tcPr>
          <w:p w14:paraId="18183E56" w14:textId="77777777" w:rsidR="006D602E" w:rsidRPr="006C208E" w:rsidRDefault="006D602E" w:rsidP="006C208E">
            <w:pPr>
              <w:pStyle w:val="NoSpacing"/>
              <w:contextualSpacing/>
              <w:jc w:val="center"/>
              <w:rPr>
                <w:rFonts w:ascii="Times New Roman" w:hAnsi="Times New Roman" w:cs="Times New Roman"/>
                <w:sz w:val="24"/>
                <w:szCs w:val="24"/>
              </w:rPr>
            </w:pPr>
          </w:p>
        </w:tc>
      </w:tr>
      <w:tr w:rsidR="00A45C8D" w:rsidRPr="006C208E" w14:paraId="3BFB25CA" w14:textId="77777777" w:rsidTr="00261B63">
        <w:trPr>
          <w:cantSplit/>
          <w:trHeight w:val="20"/>
        </w:trPr>
        <w:tc>
          <w:tcPr>
            <w:tcW w:w="535" w:type="dxa"/>
            <w:vMerge w:val="restart"/>
            <w:vAlign w:val="center"/>
          </w:tcPr>
          <w:p w14:paraId="46D24FC9" w14:textId="43679308" w:rsidR="00A45C8D" w:rsidRPr="006C208E" w:rsidRDefault="00A45C8D" w:rsidP="00261B63">
            <w:pPr>
              <w:pStyle w:val="NoSpacing"/>
              <w:numPr>
                <w:ilvl w:val="0"/>
                <w:numId w:val="44"/>
              </w:numPr>
              <w:contextualSpacing/>
              <w:jc w:val="center"/>
              <w:rPr>
                <w:rFonts w:ascii="Times New Roman" w:hAnsi="Times New Roman" w:cs="Times New Roman"/>
                <w:sz w:val="24"/>
                <w:szCs w:val="24"/>
              </w:rPr>
            </w:pPr>
          </w:p>
        </w:tc>
        <w:tc>
          <w:tcPr>
            <w:tcW w:w="2047" w:type="dxa"/>
            <w:vAlign w:val="center"/>
          </w:tcPr>
          <w:p w14:paraId="0D4BB3E1" w14:textId="378F1ED0" w:rsidR="00A45C8D" w:rsidRPr="006C208E" w:rsidRDefault="00A45C8D" w:rsidP="006C208E">
            <w:pPr>
              <w:pStyle w:val="NoSpacing"/>
              <w:contextualSpacing/>
              <w:rPr>
                <w:rFonts w:ascii="Times New Roman" w:hAnsi="Times New Roman" w:cs="Times New Roman"/>
                <w:sz w:val="24"/>
                <w:szCs w:val="24"/>
              </w:rPr>
            </w:pPr>
            <w:r w:rsidRPr="006C208E">
              <w:rPr>
                <w:rFonts w:ascii="Times New Roman" w:hAnsi="Times New Roman" w:cs="Times New Roman"/>
                <w:sz w:val="24"/>
                <w:szCs w:val="24"/>
              </w:rPr>
              <w:t xml:space="preserve">Amount of loan requested </w:t>
            </w:r>
          </w:p>
        </w:tc>
        <w:tc>
          <w:tcPr>
            <w:tcW w:w="6810" w:type="dxa"/>
            <w:gridSpan w:val="8"/>
            <w:vAlign w:val="center"/>
          </w:tcPr>
          <w:p w14:paraId="5B815C13" w14:textId="3851013A" w:rsidR="00A45C8D" w:rsidRPr="006C208E" w:rsidRDefault="00A45C8D" w:rsidP="006C208E">
            <w:pPr>
              <w:pStyle w:val="NoSpacing"/>
              <w:ind w:left="720"/>
              <w:contextualSpacing/>
              <w:rPr>
                <w:rFonts w:ascii="Times New Roman" w:hAnsi="Times New Roman" w:cs="Times New Roman"/>
                <w:sz w:val="24"/>
                <w:szCs w:val="24"/>
              </w:rPr>
            </w:pPr>
          </w:p>
          <w:tbl>
            <w:tblPr>
              <w:tblStyle w:val="TableGrid"/>
              <w:tblW w:w="5000" w:type="pct"/>
              <w:tblLook w:val="04A0" w:firstRow="1" w:lastRow="0" w:firstColumn="1" w:lastColumn="0" w:noHBand="0" w:noVBand="1"/>
            </w:tblPr>
            <w:tblGrid>
              <w:gridCol w:w="2182"/>
              <w:gridCol w:w="1656"/>
              <w:gridCol w:w="1656"/>
              <w:gridCol w:w="1073"/>
            </w:tblGrid>
            <w:tr w:rsidR="00A45C8D" w:rsidRPr="006C208E" w14:paraId="6693C31B" w14:textId="77777777" w:rsidTr="008A6B1D">
              <w:tc>
                <w:tcPr>
                  <w:tcW w:w="1661" w:type="pct"/>
                  <w:vAlign w:val="center"/>
                </w:tcPr>
                <w:p w14:paraId="37B0F2CF" w14:textId="52294C43" w:rsidR="00A45C8D" w:rsidRPr="006C208E" w:rsidRDefault="00A45C8D" w:rsidP="006C208E">
                  <w:pPr>
                    <w:pStyle w:val="NoSpacing"/>
                    <w:contextualSpacing/>
                    <w:jc w:val="center"/>
                    <w:rPr>
                      <w:rFonts w:ascii="Times New Roman" w:hAnsi="Times New Roman" w:cs="Times New Roman"/>
                      <w:b/>
                      <w:bCs/>
                      <w:sz w:val="20"/>
                      <w:szCs w:val="20"/>
                    </w:rPr>
                  </w:pPr>
                  <w:r w:rsidRPr="006C208E">
                    <w:rPr>
                      <w:rFonts w:ascii="Times New Roman" w:hAnsi="Times New Roman" w:cs="Times New Roman"/>
                      <w:b/>
                      <w:bCs/>
                      <w:sz w:val="20"/>
                      <w:szCs w:val="20"/>
                    </w:rPr>
                    <w:t>Particulars</w:t>
                  </w:r>
                </w:p>
              </w:tc>
              <w:tc>
                <w:tcPr>
                  <w:tcW w:w="1261" w:type="pct"/>
                </w:tcPr>
                <w:p w14:paraId="2E3657BA" w14:textId="77806834" w:rsidR="00A45C8D" w:rsidRPr="006C208E" w:rsidRDefault="00DA2A35" w:rsidP="006C208E">
                  <w:pPr>
                    <w:pStyle w:val="NoSpacing"/>
                    <w:contextualSpacing/>
                    <w:jc w:val="center"/>
                    <w:rPr>
                      <w:rFonts w:ascii="Times New Roman" w:hAnsi="Times New Roman" w:cs="Times New Roman"/>
                      <w:b/>
                      <w:bCs/>
                      <w:sz w:val="20"/>
                      <w:szCs w:val="20"/>
                    </w:rPr>
                  </w:pPr>
                  <w:r>
                    <w:rPr>
                      <w:rFonts w:ascii="Times New Roman" w:hAnsi="Times New Roman" w:cs="Times New Roman"/>
                      <w:b/>
                      <w:bCs/>
                      <w:sz w:val="20"/>
                      <w:szCs w:val="20"/>
                    </w:rPr>
                    <w:t>Number</w:t>
                  </w:r>
                  <w:r w:rsidR="00A45C8D" w:rsidRPr="006C208E">
                    <w:rPr>
                      <w:rFonts w:ascii="Times New Roman" w:hAnsi="Times New Roman" w:cs="Times New Roman"/>
                      <w:b/>
                      <w:bCs/>
                      <w:sz w:val="20"/>
                      <w:szCs w:val="20"/>
                    </w:rPr>
                    <w:t xml:space="preserve"> of clean cooking solutions</w:t>
                  </w:r>
                </w:p>
              </w:tc>
              <w:tc>
                <w:tcPr>
                  <w:tcW w:w="1261" w:type="pct"/>
                  <w:vAlign w:val="center"/>
                </w:tcPr>
                <w:p w14:paraId="16B80E9B" w14:textId="77777777" w:rsidR="006B6BBB" w:rsidRDefault="00A45C8D" w:rsidP="006C208E">
                  <w:pPr>
                    <w:pStyle w:val="NoSpacing"/>
                    <w:contextualSpacing/>
                    <w:jc w:val="center"/>
                    <w:rPr>
                      <w:rFonts w:ascii="Times New Roman" w:hAnsi="Times New Roman" w:cs="Times New Roman"/>
                      <w:b/>
                      <w:bCs/>
                      <w:sz w:val="20"/>
                      <w:szCs w:val="20"/>
                    </w:rPr>
                  </w:pPr>
                  <w:r w:rsidRPr="006C208E">
                    <w:rPr>
                      <w:rFonts w:ascii="Times New Roman" w:hAnsi="Times New Roman" w:cs="Times New Roman"/>
                      <w:b/>
                      <w:bCs/>
                      <w:sz w:val="20"/>
                      <w:szCs w:val="20"/>
                    </w:rPr>
                    <w:t xml:space="preserve">Currency </w:t>
                  </w:r>
                </w:p>
                <w:p w14:paraId="2795624F" w14:textId="2BB6967D" w:rsidR="00A45C8D" w:rsidRPr="006C208E" w:rsidRDefault="00A45C8D" w:rsidP="006C208E">
                  <w:pPr>
                    <w:pStyle w:val="NoSpacing"/>
                    <w:contextualSpacing/>
                    <w:jc w:val="center"/>
                    <w:rPr>
                      <w:rFonts w:ascii="Times New Roman" w:hAnsi="Times New Roman" w:cs="Times New Roman"/>
                      <w:b/>
                      <w:bCs/>
                      <w:sz w:val="20"/>
                      <w:szCs w:val="20"/>
                    </w:rPr>
                  </w:pPr>
                  <w:r w:rsidRPr="006C208E">
                    <w:rPr>
                      <w:rFonts w:ascii="Times New Roman" w:hAnsi="Times New Roman" w:cs="Times New Roman"/>
                      <w:b/>
                      <w:bCs/>
                      <w:sz w:val="20"/>
                      <w:szCs w:val="20"/>
                    </w:rPr>
                    <w:t>(USD / MWK)</w:t>
                  </w:r>
                </w:p>
              </w:tc>
              <w:tc>
                <w:tcPr>
                  <w:tcW w:w="818" w:type="pct"/>
                  <w:vAlign w:val="center"/>
                </w:tcPr>
                <w:p w14:paraId="1A5FC19F" w14:textId="3E44E87F" w:rsidR="00A45C8D" w:rsidRPr="006C208E" w:rsidRDefault="00A45C8D" w:rsidP="006C208E">
                  <w:pPr>
                    <w:pStyle w:val="NoSpacing"/>
                    <w:contextualSpacing/>
                    <w:jc w:val="center"/>
                    <w:rPr>
                      <w:rFonts w:ascii="Times New Roman" w:hAnsi="Times New Roman" w:cs="Times New Roman"/>
                      <w:b/>
                      <w:bCs/>
                      <w:sz w:val="20"/>
                      <w:szCs w:val="20"/>
                    </w:rPr>
                  </w:pPr>
                  <w:r w:rsidRPr="006C208E">
                    <w:rPr>
                      <w:rFonts w:ascii="Times New Roman" w:hAnsi="Times New Roman" w:cs="Times New Roman"/>
                      <w:b/>
                      <w:bCs/>
                      <w:sz w:val="20"/>
                      <w:szCs w:val="20"/>
                    </w:rPr>
                    <w:t>Amount</w:t>
                  </w:r>
                  <w:r w:rsidR="00DA2A35">
                    <w:rPr>
                      <w:rFonts w:ascii="Times New Roman" w:hAnsi="Times New Roman" w:cs="Times New Roman"/>
                      <w:b/>
                      <w:bCs/>
                      <w:sz w:val="20"/>
                      <w:szCs w:val="20"/>
                    </w:rPr>
                    <w:t xml:space="preserve"> requested</w:t>
                  </w:r>
                </w:p>
              </w:tc>
            </w:tr>
            <w:tr w:rsidR="00A45C8D" w:rsidRPr="006C208E" w14:paraId="75C4BFAF" w14:textId="77777777" w:rsidTr="008A6B1D">
              <w:tc>
                <w:tcPr>
                  <w:tcW w:w="1661" w:type="pct"/>
                  <w:vAlign w:val="center"/>
                </w:tcPr>
                <w:p w14:paraId="0C0DA80B" w14:textId="64A1771A" w:rsidR="00A45C8D" w:rsidRPr="005B6700" w:rsidRDefault="00827047" w:rsidP="006C208E">
                  <w:pPr>
                    <w:pStyle w:val="NoSpacing"/>
                    <w:contextualSpacing/>
                    <w:jc w:val="center"/>
                    <w:rPr>
                      <w:rFonts w:ascii="Times New Roman" w:hAnsi="Times New Roman" w:cs="Times New Roman"/>
                      <w:sz w:val="20"/>
                      <w:szCs w:val="20"/>
                    </w:rPr>
                  </w:pPr>
                  <w:r w:rsidRPr="005B6700">
                    <w:rPr>
                      <w:rFonts w:ascii="Times New Roman" w:hAnsi="Times New Roman" w:cs="Times New Roman"/>
                      <w:sz w:val="20"/>
                      <w:szCs w:val="20"/>
                    </w:rPr>
                    <w:t>P</w:t>
                  </w:r>
                  <w:r w:rsidR="00A45C8D" w:rsidRPr="005B6700">
                    <w:rPr>
                      <w:rFonts w:ascii="Times New Roman" w:hAnsi="Times New Roman" w:cs="Times New Roman"/>
                      <w:sz w:val="20"/>
                      <w:szCs w:val="20"/>
                    </w:rPr>
                    <w:t xml:space="preserve">rocurement of </w:t>
                  </w:r>
                  <w:r w:rsidR="00F0096D" w:rsidRPr="005B6700">
                    <w:rPr>
                      <w:rFonts w:ascii="Times New Roman" w:hAnsi="Times New Roman" w:cs="Times New Roman"/>
                      <w:sz w:val="20"/>
                      <w:szCs w:val="20"/>
                    </w:rPr>
                    <w:t xml:space="preserve">imported CCS </w:t>
                  </w:r>
                  <w:r w:rsidR="003E3561" w:rsidRPr="005B6700">
                    <w:rPr>
                      <w:rFonts w:ascii="Times New Roman" w:hAnsi="Times New Roman" w:cs="Times New Roman"/>
                      <w:sz w:val="20"/>
                      <w:szCs w:val="20"/>
                    </w:rPr>
                    <w:t>through direct payment to eligible suppliers</w:t>
                  </w:r>
                  <w:r w:rsidR="00EA568A" w:rsidRPr="005B6700">
                    <w:rPr>
                      <w:rFonts w:ascii="Times New Roman" w:hAnsi="Times New Roman" w:cs="Times New Roman"/>
                      <w:sz w:val="20"/>
                      <w:szCs w:val="20"/>
                    </w:rPr>
                    <w:t xml:space="preserve"> </w:t>
                  </w:r>
                </w:p>
              </w:tc>
              <w:tc>
                <w:tcPr>
                  <w:tcW w:w="1261" w:type="pct"/>
                </w:tcPr>
                <w:p w14:paraId="2CEDE5E4" w14:textId="77777777" w:rsidR="00A45C8D" w:rsidRPr="006C208E" w:rsidRDefault="00A45C8D" w:rsidP="006C208E">
                  <w:pPr>
                    <w:pStyle w:val="NoSpacing"/>
                    <w:contextualSpacing/>
                    <w:jc w:val="center"/>
                    <w:rPr>
                      <w:rFonts w:ascii="Times New Roman" w:hAnsi="Times New Roman" w:cs="Times New Roman"/>
                      <w:sz w:val="20"/>
                      <w:szCs w:val="20"/>
                    </w:rPr>
                  </w:pPr>
                </w:p>
              </w:tc>
              <w:tc>
                <w:tcPr>
                  <w:tcW w:w="1261" w:type="pct"/>
                  <w:vAlign w:val="center"/>
                </w:tcPr>
                <w:p w14:paraId="1D73E64F" w14:textId="72D693B8" w:rsidR="00A45C8D" w:rsidRPr="006C208E" w:rsidRDefault="00A45C8D" w:rsidP="006C208E">
                  <w:pPr>
                    <w:pStyle w:val="NoSpacing"/>
                    <w:contextualSpacing/>
                    <w:jc w:val="center"/>
                    <w:rPr>
                      <w:rFonts w:ascii="Times New Roman" w:hAnsi="Times New Roman" w:cs="Times New Roman"/>
                      <w:sz w:val="20"/>
                      <w:szCs w:val="20"/>
                    </w:rPr>
                  </w:pPr>
                </w:p>
              </w:tc>
              <w:tc>
                <w:tcPr>
                  <w:tcW w:w="818" w:type="pct"/>
                  <w:vAlign w:val="center"/>
                </w:tcPr>
                <w:p w14:paraId="02F46B4B" w14:textId="4D53A87F" w:rsidR="00A45C8D" w:rsidRPr="006C208E" w:rsidRDefault="00A45C8D" w:rsidP="006C208E">
                  <w:pPr>
                    <w:pStyle w:val="NoSpacing"/>
                    <w:contextualSpacing/>
                    <w:jc w:val="center"/>
                    <w:rPr>
                      <w:rFonts w:ascii="Times New Roman" w:hAnsi="Times New Roman" w:cs="Times New Roman"/>
                      <w:sz w:val="20"/>
                      <w:szCs w:val="20"/>
                    </w:rPr>
                  </w:pPr>
                </w:p>
              </w:tc>
            </w:tr>
            <w:tr w:rsidR="00A45C8D" w:rsidRPr="006C208E" w14:paraId="08731EFE" w14:textId="77777777" w:rsidTr="008A6B1D">
              <w:tc>
                <w:tcPr>
                  <w:tcW w:w="1661" w:type="pct"/>
                  <w:vAlign w:val="center"/>
                </w:tcPr>
                <w:p w14:paraId="17FA998F" w14:textId="1A4396FE" w:rsidR="00A45C8D" w:rsidRPr="005B6700" w:rsidRDefault="00827047" w:rsidP="006C208E">
                  <w:pPr>
                    <w:pStyle w:val="NoSpacing"/>
                    <w:contextualSpacing/>
                    <w:jc w:val="center"/>
                    <w:rPr>
                      <w:rFonts w:ascii="Times New Roman" w:hAnsi="Times New Roman" w:cs="Times New Roman"/>
                      <w:sz w:val="20"/>
                      <w:szCs w:val="20"/>
                    </w:rPr>
                  </w:pPr>
                  <w:r w:rsidRPr="005B6700">
                    <w:rPr>
                      <w:rFonts w:ascii="Times New Roman" w:hAnsi="Times New Roman" w:cs="Times New Roman"/>
                      <w:sz w:val="20"/>
                      <w:szCs w:val="20"/>
                    </w:rPr>
                    <w:t>P</w:t>
                  </w:r>
                  <w:r w:rsidR="00F0096D" w:rsidRPr="005B6700">
                    <w:rPr>
                      <w:rFonts w:ascii="Times New Roman" w:hAnsi="Times New Roman" w:cs="Times New Roman"/>
                      <w:sz w:val="20"/>
                      <w:szCs w:val="20"/>
                    </w:rPr>
                    <w:t xml:space="preserve">rocurement or manufacture </w:t>
                  </w:r>
                  <w:r w:rsidR="00A45C8D" w:rsidRPr="005B6700">
                    <w:rPr>
                      <w:rFonts w:ascii="Times New Roman" w:hAnsi="Times New Roman" w:cs="Times New Roman"/>
                      <w:sz w:val="20"/>
                      <w:szCs w:val="20"/>
                    </w:rPr>
                    <w:t xml:space="preserve">of </w:t>
                  </w:r>
                  <w:r w:rsidR="00F0096D" w:rsidRPr="005B6700">
                    <w:rPr>
                      <w:rFonts w:ascii="Times New Roman" w:hAnsi="Times New Roman" w:cs="Times New Roman"/>
                      <w:sz w:val="20"/>
                      <w:szCs w:val="20"/>
                    </w:rPr>
                    <w:t>local</w:t>
                  </w:r>
                  <w:r w:rsidR="003E3561" w:rsidRPr="005B6700">
                    <w:rPr>
                      <w:rFonts w:ascii="Times New Roman" w:hAnsi="Times New Roman" w:cs="Times New Roman"/>
                      <w:sz w:val="20"/>
                      <w:szCs w:val="20"/>
                    </w:rPr>
                    <w:t>ly sourced</w:t>
                  </w:r>
                  <w:r w:rsidR="00F0096D" w:rsidRPr="005B6700">
                    <w:rPr>
                      <w:rFonts w:ascii="Times New Roman" w:hAnsi="Times New Roman" w:cs="Times New Roman"/>
                      <w:sz w:val="20"/>
                      <w:szCs w:val="20"/>
                    </w:rPr>
                    <w:t xml:space="preserve"> </w:t>
                  </w:r>
                  <w:r w:rsidR="0011781F" w:rsidRPr="005B6700">
                    <w:rPr>
                      <w:rFonts w:ascii="Times New Roman" w:hAnsi="Times New Roman" w:cs="Times New Roman"/>
                      <w:sz w:val="20"/>
                      <w:szCs w:val="20"/>
                    </w:rPr>
                    <w:t>CCS</w:t>
                  </w:r>
                  <w:r w:rsidR="00BB28D5" w:rsidRPr="005B6700">
                    <w:rPr>
                      <w:rFonts w:ascii="Times New Roman" w:hAnsi="Times New Roman" w:cs="Times New Roman"/>
                      <w:sz w:val="20"/>
                      <w:szCs w:val="20"/>
                    </w:rPr>
                    <w:t xml:space="preserve"> </w:t>
                  </w:r>
                </w:p>
              </w:tc>
              <w:tc>
                <w:tcPr>
                  <w:tcW w:w="1261" w:type="pct"/>
                </w:tcPr>
                <w:p w14:paraId="054E98A5" w14:textId="77777777" w:rsidR="00A45C8D" w:rsidRPr="006C208E" w:rsidRDefault="00A45C8D" w:rsidP="006C208E">
                  <w:pPr>
                    <w:pStyle w:val="NoSpacing"/>
                    <w:contextualSpacing/>
                    <w:jc w:val="center"/>
                    <w:rPr>
                      <w:rFonts w:ascii="Times New Roman" w:hAnsi="Times New Roman" w:cs="Times New Roman"/>
                      <w:sz w:val="20"/>
                      <w:szCs w:val="20"/>
                    </w:rPr>
                  </w:pPr>
                </w:p>
              </w:tc>
              <w:tc>
                <w:tcPr>
                  <w:tcW w:w="1261" w:type="pct"/>
                  <w:vAlign w:val="center"/>
                </w:tcPr>
                <w:p w14:paraId="3690C7B9" w14:textId="2F6D0B13" w:rsidR="00A45C8D" w:rsidRPr="006C208E" w:rsidRDefault="00A45C8D" w:rsidP="006C208E">
                  <w:pPr>
                    <w:pStyle w:val="NoSpacing"/>
                    <w:contextualSpacing/>
                    <w:jc w:val="center"/>
                    <w:rPr>
                      <w:rFonts w:ascii="Times New Roman" w:hAnsi="Times New Roman" w:cs="Times New Roman"/>
                      <w:sz w:val="20"/>
                      <w:szCs w:val="20"/>
                    </w:rPr>
                  </w:pPr>
                </w:p>
              </w:tc>
              <w:tc>
                <w:tcPr>
                  <w:tcW w:w="818" w:type="pct"/>
                  <w:vAlign w:val="center"/>
                </w:tcPr>
                <w:p w14:paraId="03E1CC9C" w14:textId="67AEC38C" w:rsidR="00A45C8D" w:rsidRPr="006C208E" w:rsidRDefault="00A45C8D" w:rsidP="006C208E">
                  <w:pPr>
                    <w:pStyle w:val="NoSpacing"/>
                    <w:contextualSpacing/>
                    <w:jc w:val="center"/>
                    <w:rPr>
                      <w:rFonts w:ascii="Times New Roman" w:hAnsi="Times New Roman" w:cs="Times New Roman"/>
                      <w:sz w:val="20"/>
                      <w:szCs w:val="20"/>
                    </w:rPr>
                  </w:pPr>
                </w:p>
              </w:tc>
            </w:tr>
            <w:tr w:rsidR="00A45C8D" w:rsidRPr="006C208E" w14:paraId="0A7F5464" w14:textId="77777777" w:rsidTr="00E829C5">
              <w:trPr>
                <w:trHeight w:val="395"/>
              </w:trPr>
              <w:tc>
                <w:tcPr>
                  <w:tcW w:w="1661" w:type="pct"/>
                  <w:vAlign w:val="center"/>
                </w:tcPr>
                <w:p w14:paraId="5D8F4ACB" w14:textId="2E045A8E" w:rsidR="00A45C8D" w:rsidRPr="006C208E" w:rsidRDefault="00A45C8D" w:rsidP="006C208E">
                  <w:pPr>
                    <w:pStyle w:val="NoSpacing"/>
                    <w:contextualSpacing/>
                    <w:jc w:val="center"/>
                    <w:rPr>
                      <w:rFonts w:ascii="Times New Roman" w:hAnsi="Times New Roman" w:cs="Times New Roman"/>
                      <w:sz w:val="20"/>
                      <w:szCs w:val="20"/>
                    </w:rPr>
                  </w:pPr>
                  <w:r>
                    <w:rPr>
                      <w:rFonts w:ascii="Times New Roman" w:hAnsi="Times New Roman" w:cs="Times New Roman"/>
                      <w:sz w:val="20"/>
                      <w:szCs w:val="20"/>
                    </w:rPr>
                    <w:t>CRM platform</w:t>
                  </w:r>
                  <w:r w:rsidR="00964269">
                    <w:rPr>
                      <w:rFonts w:ascii="Times New Roman" w:hAnsi="Times New Roman" w:cs="Times New Roman"/>
                      <w:sz w:val="20"/>
                      <w:szCs w:val="20"/>
                    </w:rPr>
                    <w:t xml:space="preserve"> and related services</w:t>
                  </w:r>
                </w:p>
              </w:tc>
              <w:tc>
                <w:tcPr>
                  <w:tcW w:w="1261" w:type="pct"/>
                </w:tcPr>
                <w:p w14:paraId="5D352E8D" w14:textId="77777777" w:rsidR="00A45C8D" w:rsidRPr="006C208E" w:rsidRDefault="00A45C8D" w:rsidP="006C208E">
                  <w:pPr>
                    <w:pStyle w:val="NoSpacing"/>
                    <w:contextualSpacing/>
                    <w:jc w:val="center"/>
                    <w:rPr>
                      <w:rFonts w:ascii="Times New Roman" w:hAnsi="Times New Roman" w:cs="Times New Roman"/>
                      <w:sz w:val="20"/>
                      <w:szCs w:val="20"/>
                    </w:rPr>
                  </w:pPr>
                </w:p>
              </w:tc>
              <w:tc>
                <w:tcPr>
                  <w:tcW w:w="1261" w:type="pct"/>
                  <w:vAlign w:val="center"/>
                </w:tcPr>
                <w:p w14:paraId="5C47CB23" w14:textId="77777777" w:rsidR="00A45C8D" w:rsidRPr="006C208E" w:rsidRDefault="00A45C8D" w:rsidP="006C208E">
                  <w:pPr>
                    <w:pStyle w:val="NoSpacing"/>
                    <w:contextualSpacing/>
                    <w:jc w:val="center"/>
                    <w:rPr>
                      <w:rFonts w:ascii="Times New Roman" w:hAnsi="Times New Roman" w:cs="Times New Roman"/>
                      <w:sz w:val="20"/>
                      <w:szCs w:val="20"/>
                    </w:rPr>
                  </w:pPr>
                </w:p>
              </w:tc>
              <w:tc>
                <w:tcPr>
                  <w:tcW w:w="818" w:type="pct"/>
                  <w:vAlign w:val="center"/>
                </w:tcPr>
                <w:p w14:paraId="4948D77B" w14:textId="77777777" w:rsidR="00A45C8D" w:rsidRPr="006C208E" w:rsidRDefault="00A45C8D" w:rsidP="006C208E">
                  <w:pPr>
                    <w:pStyle w:val="NoSpacing"/>
                    <w:contextualSpacing/>
                    <w:jc w:val="center"/>
                    <w:rPr>
                      <w:rFonts w:ascii="Times New Roman" w:hAnsi="Times New Roman" w:cs="Times New Roman"/>
                      <w:sz w:val="20"/>
                      <w:szCs w:val="20"/>
                    </w:rPr>
                  </w:pPr>
                </w:p>
              </w:tc>
            </w:tr>
            <w:tr w:rsidR="00A45C8D" w:rsidRPr="006C208E" w14:paraId="02191DEA" w14:textId="77777777" w:rsidTr="008A6B1D">
              <w:tc>
                <w:tcPr>
                  <w:tcW w:w="1661" w:type="pct"/>
                  <w:vAlign w:val="center"/>
                </w:tcPr>
                <w:p w14:paraId="4378B118" w14:textId="100AE723" w:rsidR="00A45C8D" w:rsidRPr="006C208E" w:rsidRDefault="00964269" w:rsidP="006C208E">
                  <w:pPr>
                    <w:pStyle w:val="NoSpacing"/>
                    <w:contextualSpacing/>
                    <w:jc w:val="center"/>
                    <w:rPr>
                      <w:rFonts w:ascii="Times New Roman" w:hAnsi="Times New Roman" w:cs="Times New Roman"/>
                      <w:sz w:val="20"/>
                      <w:szCs w:val="20"/>
                    </w:rPr>
                  </w:pPr>
                  <w:r>
                    <w:rPr>
                      <w:rFonts w:ascii="Times New Roman" w:hAnsi="Times New Roman" w:cs="Times New Roman"/>
                      <w:sz w:val="20"/>
                      <w:szCs w:val="20"/>
                    </w:rPr>
                    <w:t>Eligible working capital and other</w:t>
                  </w:r>
                  <w:r w:rsidRPr="006C208E">
                    <w:rPr>
                      <w:rFonts w:ascii="Times New Roman" w:hAnsi="Times New Roman" w:cs="Times New Roman"/>
                      <w:sz w:val="20"/>
                      <w:szCs w:val="20"/>
                    </w:rPr>
                    <w:t xml:space="preserve"> </w:t>
                  </w:r>
                  <w:r w:rsidR="00A45C8D" w:rsidRPr="006C208E">
                    <w:rPr>
                      <w:rFonts w:ascii="Times New Roman" w:hAnsi="Times New Roman" w:cs="Times New Roman"/>
                      <w:sz w:val="20"/>
                      <w:szCs w:val="20"/>
                    </w:rPr>
                    <w:t xml:space="preserve">in-country expenditures </w:t>
                  </w:r>
                </w:p>
              </w:tc>
              <w:tc>
                <w:tcPr>
                  <w:tcW w:w="1261" w:type="pct"/>
                </w:tcPr>
                <w:p w14:paraId="595D0833" w14:textId="77777777" w:rsidR="00A45C8D" w:rsidRPr="006C208E" w:rsidRDefault="00A45C8D" w:rsidP="00B4566C">
                  <w:pPr>
                    <w:pStyle w:val="NoSpacing"/>
                    <w:contextualSpacing/>
                    <w:rPr>
                      <w:rFonts w:ascii="Times New Roman" w:hAnsi="Times New Roman" w:cs="Times New Roman"/>
                      <w:sz w:val="20"/>
                      <w:szCs w:val="20"/>
                    </w:rPr>
                  </w:pPr>
                </w:p>
              </w:tc>
              <w:tc>
                <w:tcPr>
                  <w:tcW w:w="1261" w:type="pct"/>
                  <w:vAlign w:val="center"/>
                </w:tcPr>
                <w:p w14:paraId="286304B6" w14:textId="02503063" w:rsidR="00A45C8D" w:rsidRPr="006C208E" w:rsidRDefault="00A45C8D" w:rsidP="006C208E">
                  <w:pPr>
                    <w:pStyle w:val="NoSpacing"/>
                    <w:contextualSpacing/>
                    <w:jc w:val="center"/>
                    <w:rPr>
                      <w:rFonts w:ascii="Times New Roman" w:hAnsi="Times New Roman" w:cs="Times New Roman"/>
                      <w:sz w:val="20"/>
                      <w:szCs w:val="20"/>
                    </w:rPr>
                  </w:pPr>
                </w:p>
              </w:tc>
              <w:tc>
                <w:tcPr>
                  <w:tcW w:w="818" w:type="pct"/>
                  <w:vAlign w:val="center"/>
                </w:tcPr>
                <w:p w14:paraId="082EAFC0" w14:textId="272A9A02" w:rsidR="00A45C8D" w:rsidRPr="006C208E" w:rsidRDefault="00A45C8D" w:rsidP="006C208E">
                  <w:pPr>
                    <w:pStyle w:val="NoSpacing"/>
                    <w:contextualSpacing/>
                    <w:jc w:val="center"/>
                    <w:rPr>
                      <w:rFonts w:ascii="Times New Roman" w:hAnsi="Times New Roman" w:cs="Times New Roman"/>
                      <w:sz w:val="20"/>
                      <w:szCs w:val="20"/>
                    </w:rPr>
                  </w:pPr>
                </w:p>
              </w:tc>
            </w:tr>
          </w:tbl>
          <w:p w14:paraId="0E24FC99" w14:textId="16D22660" w:rsidR="00A45C8D" w:rsidRPr="006C208E" w:rsidRDefault="00A45C8D" w:rsidP="006C208E">
            <w:pPr>
              <w:pStyle w:val="NoSpacing"/>
              <w:numPr>
                <w:ilvl w:val="0"/>
                <w:numId w:val="29"/>
              </w:numPr>
              <w:contextualSpacing/>
              <w:rPr>
                <w:rFonts w:ascii="Times New Roman" w:hAnsi="Times New Roman" w:cs="Times New Roman"/>
                <w:sz w:val="24"/>
                <w:szCs w:val="24"/>
              </w:rPr>
            </w:pPr>
          </w:p>
        </w:tc>
      </w:tr>
      <w:tr w:rsidR="0039230C" w:rsidRPr="006C208E" w14:paraId="1737C29B" w14:textId="77777777" w:rsidTr="00261B63">
        <w:trPr>
          <w:cantSplit/>
          <w:trHeight w:val="935"/>
        </w:trPr>
        <w:tc>
          <w:tcPr>
            <w:tcW w:w="535" w:type="dxa"/>
            <w:vMerge/>
            <w:vAlign w:val="center"/>
          </w:tcPr>
          <w:p w14:paraId="463461C0" w14:textId="77777777" w:rsidR="0039230C" w:rsidRPr="006C208E" w:rsidRDefault="0039230C" w:rsidP="0039230C">
            <w:pPr>
              <w:pStyle w:val="NoSpacing"/>
              <w:contextualSpacing/>
              <w:rPr>
                <w:rFonts w:ascii="Times New Roman" w:hAnsi="Times New Roman" w:cs="Times New Roman"/>
                <w:sz w:val="24"/>
                <w:szCs w:val="24"/>
              </w:rPr>
            </w:pPr>
          </w:p>
        </w:tc>
        <w:tc>
          <w:tcPr>
            <w:tcW w:w="2047" w:type="dxa"/>
            <w:vAlign w:val="center"/>
          </w:tcPr>
          <w:p w14:paraId="68A6CD45" w14:textId="50CEE92D" w:rsidR="004766EF" w:rsidRDefault="00E370AB" w:rsidP="00191A60">
            <w:pPr>
              <w:pStyle w:val="NoSpacing"/>
              <w:contextualSpacing/>
              <w:rPr>
                <w:rFonts w:ascii="Times New Roman" w:hAnsi="Times New Roman" w:cs="Times New Roman"/>
                <w:sz w:val="24"/>
                <w:szCs w:val="24"/>
              </w:rPr>
            </w:pPr>
            <w:r>
              <w:rPr>
                <w:rFonts w:ascii="Times New Roman" w:hAnsi="Times New Roman" w:cs="Times New Roman"/>
                <w:sz w:val="24"/>
                <w:szCs w:val="24"/>
              </w:rPr>
              <w:t xml:space="preserve">Preferred financing </w:t>
            </w:r>
            <w:r w:rsidR="00191A60">
              <w:rPr>
                <w:rFonts w:ascii="Times New Roman" w:hAnsi="Times New Roman" w:cs="Times New Roman"/>
                <w:sz w:val="24"/>
                <w:szCs w:val="24"/>
              </w:rPr>
              <w:t xml:space="preserve">option </w:t>
            </w:r>
            <w:r w:rsidR="0016007A">
              <w:rPr>
                <w:rFonts w:ascii="Times New Roman" w:hAnsi="Times New Roman" w:cs="Times New Roman"/>
                <w:sz w:val="24"/>
                <w:szCs w:val="24"/>
              </w:rPr>
              <w:t xml:space="preserve">under ASCENT </w:t>
            </w:r>
            <w:r w:rsidR="00191A60">
              <w:rPr>
                <w:rFonts w:ascii="Times New Roman" w:hAnsi="Times New Roman" w:cs="Times New Roman"/>
                <w:sz w:val="24"/>
                <w:szCs w:val="24"/>
              </w:rPr>
              <w:t xml:space="preserve">Malawi </w:t>
            </w:r>
            <w:r w:rsidR="0016007A">
              <w:rPr>
                <w:rFonts w:ascii="Times New Roman" w:hAnsi="Times New Roman" w:cs="Times New Roman"/>
                <w:sz w:val="24"/>
                <w:szCs w:val="24"/>
              </w:rPr>
              <w:t>Component 4</w:t>
            </w:r>
            <w:r w:rsidR="004766EF">
              <w:rPr>
                <w:rFonts w:ascii="Times New Roman" w:hAnsi="Times New Roman" w:cs="Times New Roman"/>
                <w:sz w:val="24"/>
                <w:szCs w:val="24"/>
              </w:rPr>
              <w:t>:</w:t>
            </w:r>
            <w:r w:rsidR="00191A60">
              <w:rPr>
                <w:rFonts w:ascii="Times New Roman" w:hAnsi="Times New Roman" w:cs="Times New Roman"/>
                <w:sz w:val="24"/>
                <w:szCs w:val="24"/>
              </w:rPr>
              <w:t xml:space="preserve"> </w:t>
            </w:r>
          </w:p>
          <w:p w14:paraId="28CC66C8" w14:textId="77777777" w:rsidR="004766EF" w:rsidRDefault="004766EF" w:rsidP="00191A60">
            <w:pPr>
              <w:pStyle w:val="NoSpacing"/>
              <w:contextualSpacing/>
              <w:rPr>
                <w:rFonts w:ascii="Times New Roman" w:hAnsi="Times New Roman" w:cs="Times New Roman"/>
                <w:sz w:val="24"/>
                <w:szCs w:val="24"/>
              </w:rPr>
            </w:pPr>
          </w:p>
          <w:p w14:paraId="6296D59E" w14:textId="6DD29257" w:rsidR="0039230C" w:rsidRPr="006C208E" w:rsidRDefault="004766EF" w:rsidP="0039230C">
            <w:pPr>
              <w:pStyle w:val="NoSpacing"/>
              <w:contextualSpacing/>
              <w:rPr>
                <w:rFonts w:ascii="Times New Roman" w:hAnsi="Times New Roman" w:cs="Times New Roman"/>
                <w:sz w:val="24"/>
                <w:szCs w:val="24"/>
              </w:rPr>
            </w:pPr>
            <w:r>
              <w:rPr>
                <w:rFonts w:ascii="Times New Roman" w:hAnsi="Times New Roman" w:cs="Times New Roman"/>
                <w:sz w:val="24"/>
                <w:szCs w:val="24"/>
              </w:rPr>
              <w:t xml:space="preserve">Please select the option proposed for the relevant loan </w:t>
            </w:r>
            <w:r w:rsidR="00772548">
              <w:rPr>
                <w:rFonts w:ascii="Times New Roman" w:hAnsi="Times New Roman" w:cs="Times New Roman"/>
                <w:sz w:val="24"/>
                <w:szCs w:val="24"/>
              </w:rPr>
              <w:t>(</w:t>
            </w:r>
            <w:r w:rsidR="00772548" w:rsidRPr="00E829C5">
              <w:rPr>
                <w:rFonts w:ascii="Times New Roman" w:hAnsi="Times New Roman" w:cs="Times New Roman"/>
                <w:i/>
                <w:iCs/>
                <w:sz w:val="24"/>
                <w:szCs w:val="24"/>
              </w:rPr>
              <w:t xml:space="preserve">please </w:t>
            </w:r>
            <w:r>
              <w:rPr>
                <w:rFonts w:ascii="Times New Roman" w:hAnsi="Times New Roman" w:cs="Times New Roman"/>
                <w:i/>
                <w:iCs/>
                <w:sz w:val="24"/>
                <w:szCs w:val="24"/>
              </w:rPr>
              <w:t xml:space="preserve">only </w:t>
            </w:r>
            <w:r w:rsidR="00772548" w:rsidRPr="00E829C5">
              <w:rPr>
                <w:rFonts w:ascii="Times New Roman" w:hAnsi="Times New Roman" w:cs="Times New Roman"/>
                <w:i/>
                <w:iCs/>
                <w:sz w:val="24"/>
                <w:szCs w:val="24"/>
              </w:rPr>
              <w:t>select one</w:t>
            </w:r>
            <w:r w:rsidR="00772548">
              <w:rPr>
                <w:rFonts w:ascii="Times New Roman" w:hAnsi="Times New Roman" w:cs="Times New Roman"/>
                <w:sz w:val="24"/>
                <w:szCs w:val="24"/>
              </w:rPr>
              <w:t>)</w:t>
            </w:r>
          </w:p>
        </w:tc>
        <w:tc>
          <w:tcPr>
            <w:tcW w:w="6810" w:type="dxa"/>
            <w:gridSpan w:val="8"/>
            <w:vAlign w:val="center"/>
          </w:tcPr>
          <w:p w14:paraId="4F8E0A8E" w14:textId="53F34C81" w:rsidR="0039230C" w:rsidRPr="006C208E" w:rsidRDefault="0039230C" w:rsidP="0039230C">
            <w:pPr>
              <w:pStyle w:val="NoSpacing"/>
              <w:ind w:left="720"/>
              <w:contextualSpacing/>
              <w:rPr>
                <w:rFonts w:ascii="Times New Roman" w:hAnsi="Times New Roman" w:cs="Times New Roman"/>
                <w:sz w:val="24"/>
                <w:szCs w:val="24"/>
              </w:rPr>
            </w:pPr>
            <w:r w:rsidRPr="006C208E">
              <w:rPr>
                <w:rFonts w:ascii="Times New Roman" w:hAnsi="Times New Roman" w:cs="Times New Roman"/>
                <w:sz w:val="24"/>
                <w:szCs w:val="24"/>
              </w:rPr>
              <w:t>[___]</w:t>
            </w:r>
            <w:r w:rsidR="0031785C">
              <w:rPr>
                <w:rFonts w:ascii="Times New Roman" w:hAnsi="Times New Roman" w:cs="Times New Roman"/>
                <w:sz w:val="24"/>
                <w:szCs w:val="24"/>
              </w:rPr>
              <w:t xml:space="preserve"> </w:t>
            </w:r>
            <w:r>
              <w:rPr>
                <w:rFonts w:ascii="Times New Roman" w:hAnsi="Times New Roman" w:cs="Times New Roman"/>
                <w:sz w:val="24"/>
                <w:szCs w:val="24"/>
              </w:rPr>
              <w:t xml:space="preserve">Option 1           </w:t>
            </w:r>
            <w:r w:rsidR="009B2C0D">
              <w:rPr>
                <w:rFonts w:ascii="Times New Roman" w:hAnsi="Times New Roman" w:cs="Times New Roman"/>
                <w:sz w:val="24"/>
                <w:szCs w:val="24"/>
              </w:rPr>
              <w:t xml:space="preserve">  [</w:t>
            </w:r>
            <w:r w:rsidRPr="006C208E">
              <w:rPr>
                <w:rFonts w:ascii="Times New Roman" w:hAnsi="Times New Roman" w:cs="Times New Roman"/>
                <w:sz w:val="24"/>
                <w:szCs w:val="24"/>
              </w:rPr>
              <w:t>__</w:t>
            </w:r>
            <w:r w:rsidR="006F2208" w:rsidRPr="006C208E">
              <w:rPr>
                <w:rFonts w:ascii="Times New Roman" w:hAnsi="Times New Roman" w:cs="Times New Roman"/>
                <w:sz w:val="24"/>
                <w:szCs w:val="24"/>
              </w:rPr>
              <w:t>_]</w:t>
            </w:r>
            <w:r w:rsidR="0031785C">
              <w:rPr>
                <w:rFonts w:ascii="Times New Roman" w:hAnsi="Times New Roman" w:cs="Times New Roman"/>
                <w:sz w:val="24"/>
                <w:szCs w:val="24"/>
              </w:rPr>
              <w:t xml:space="preserve"> </w:t>
            </w:r>
            <w:r>
              <w:rPr>
                <w:rFonts w:ascii="Times New Roman" w:hAnsi="Times New Roman" w:cs="Times New Roman"/>
                <w:sz w:val="24"/>
                <w:szCs w:val="24"/>
              </w:rPr>
              <w:t xml:space="preserve">Option 2               </w:t>
            </w:r>
          </w:p>
        </w:tc>
      </w:tr>
    </w:tbl>
    <w:p w14:paraId="7D4AE943" w14:textId="77777777" w:rsidR="00604F5A" w:rsidRDefault="00604F5A" w:rsidP="006C208E">
      <w:pPr>
        <w:spacing w:after="0"/>
        <w:jc w:val="both"/>
        <w:rPr>
          <w:rFonts w:ascii="Times New Roman" w:hAnsi="Times New Roman" w:cs="Times New Roman"/>
          <w:sz w:val="24"/>
          <w:szCs w:val="24"/>
        </w:rPr>
      </w:pPr>
    </w:p>
    <w:p w14:paraId="1FF9AA90" w14:textId="7316E8B6" w:rsidR="00604F5A" w:rsidRPr="008A6B1D" w:rsidRDefault="00604F5A" w:rsidP="00604F5A">
      <w:pPr>
        <w:spacing w:after="0"/>
        <w:jc w:val="both"/>
        <w:rPr>
          <w:rFonts w:ascii="Times New Roman" w:hAnsi="Times New Roman" w:cs="Times New Roman"/>
          <w:b/>
          <w:bCs/>
          <w:sz w:val="24"/>
          <w:szCs w:val="24"/>
          <w:u w:val="single"/>
        </w:rPr>
      </w:pPr>
      <w:r w:rsidRPr="008A6B1D">
        <w:rPr>
          <w:rFonts w:ascii="Times New Roman" w:hAnsi="Times New Roman" w:cs="Times New Roman"/>
          <w:b/>
          <w:bCs/>
          <w:sz w:val="24"/>
          <w:szCs w:val="24"/>
          <w:u w:val="single"/>
        </w:rPr>
        <w:t>Carbon rights</w:t>
      </w:r>
    </w:p>
    <w:p w14:paraId="17963DFC" w14:textId="77777777" w:rsidR="00445659" w:rsidRDefault="00445659" w:rsidP="0098460B">
      <w:pPr>
        <w:spacing w:after="0"/>
        <w:jc w:val="both"/>
        <w:rPr>
          <w:rFonts w:ascii="Times New Roman" w:hAnsi="Times New Roman" w:cs="Times New Roman"/>
          <w:sz w:val="24"/>
          <w:szCs w:val="24"/>
        </w:rPr>
      </w:pPr>
    </w:p>
    <w:p w14:paraId="781F6833" w14:textId="626695FD" w:rsidR="00F470A5" w:rsidRPr="008A6B1D" w:rsidRDefault="002D0D37" w:rsidP="00F470A5">
      <w:pPr>
        <w:pStyle w:val="ListParagraph"/>
        <w:numPr>
          <w:ilvl w:val="1"/>
          <w:numId w:val="7"/>
        </w:numPr>
        <w:spacing w:after="0"/>
        <w:jc w:val="both"/>
        <w:rPr>
          <w:rFonts w:ascii="Times New Roman" w:hAnsi="Times New Roman" w:cs="Times New Roman"/>
          <w:b/>
          <w:bCs/>
          <w:sz w:val="24"/>
          <w:szCs w:val="24"/>
        </w:rPr>
      </w:pPr>
      <w:r w:rsidRPr="008A6B1D">
        <w:rPr>
          <w:rFonts w:ascii="Times New Roman" w:hAnsi="Times New Roman" w:cs="Times New Roman"/>
          <w:b/>
          <w:bCs/>
          <w:sz w:val="24"/>
          <w:szCs w:val="24"/>
        </w:rPr>
        <w:t xml:space="preserve">Prior or current participation in carbon finance: </w:t>
      </w:r>
    </w:p>
    <w:p w14:paraId="2774E39F" w14:textId="5D254329" w:rsidR="00F470A5" w:rsidRDefault="002D0D37" w:rsidP="00F470A5">
      <w:pPr>
        <w:pStyle w:val="ListParagraph"/>
        <w:numPr>
          <w:ilvl w:val="0"/>
          <w:numId w:val="31"/>
        </w:numPr>
        <w:spacing w:after="0"/>
        <w:jc w:val="both"/>
        <w:rPr>
          <w:rFonts w:ascii="Times New Roman" w:hAnsi="Times New Roman" w:cs="Times New Roman"/>
          <w:sz w:val="24"/>
          <w:szCs w:val="24"/>
        </w:rPr>
      </w:pPr>
      <w:r w:rsidRPr="008A6B1D">
        <w:rPr>
          <w:rFonts w:ascii="Times New Roman" w:hAnsi="Times New Roman" w:cs="Times New Roman"/>
          <w:sz w:val="24"/>
          <w:szCs w:val="24"/>
        </w:rPr>
        <w:t>Has your organization previously generated, registered, or received revenue from carbon credits related to clean cooking or other energy projects? [Yes / No]</w:t>
      </w:r>
    </w:p>
    <w:p w14:paraId="1C1A8E75" w14:textId="77777777" w:rsidR="00F470A5" w:rsidRPr="008A6B1D" w:rsidRDefault="00F470A5" w:rsidP="008A6B1D">
      <w:pPr>
        <w:pStyle w:val="ListParagraph"/>
        <w:spacing w:after="0"/>
        <w:jc w:val="both"/>
        <w:rPr>
          <w:rFonts w:ascii="Times New Roman" w:hAnsi="Times New Roman" w:cs="Times New Roman"/>
          <w:sz w:val="24"/>
          <w:szCs w:val="24"/>
        </w:rPr>
      </w:pPr>
    </w:p>
    <w:p w14:paraId="48B088B7" w14:textId="276B5918" w:rsidR="002D0D37" w:rsidRPr="008A6B1D" w:rsidRDefault="002D0D37" w:rsidP="008A6B1D">
      <w:pPr>
        <w:spacing w:after="0"/>
        <w:jc w:val="both"/>
        <w:rPr>
          <w:rFonts w:ascii="Times New Roman" w:hAnsi="Times New Roman" w:cs="Times New Roman"/>
          <w:b/>
          <w:bCs/>
          <w:i/>
          <w:iCs/>
          <w:sz w:val="24"/>
          <w:szCs w:val="24"/>
        </w:rPr>
      </w:pPr>
      <w:r w:rsidRPr="008A6B1D">
        <w:rPr>
          <w:rFonts w:ascii="Times New Roman" w:hAnsi="Times New Roman" w:cs="Times New Roman"/>
          <w:b/>
          <w:bCs/>
          <w:i/>
          <w:iCs/>
          <w:sz w:val="24"/>
          <w:szCs w:val="24"/>
        </w:rPr>
        <w:t xml:space="preserve">If yes, please provide details: </w:t>
      </w:r>
    </w:p>
    <w:tbl>
      <w:tblPr>
        <w:tblStyle w:val="TableGrid"/>
        <w:tblW w:w="0" w:type="auto"/>
        <w:tblLook w:val="04A0" w:firstRow="1" w:lastRow="0" w:firstColumn="1" w:lastColumn="0" w:noHBand="0" w:noVBand="1"/>
      </w:tblPr>
      <w:tblGrid>
        <w:gridCol w:w="1240"/>
        <w:gridCol w:w="1269"/>
        <w:gridCol w:w="1516"/>
        <w:gridCol w:w="1256"/>
        <w:gridCol w:w="1237"/>
        <w:gridCol w:w="1243"/>
        <w:gridCol w:w="1258"/>
      </w:tblGrid>
      <w:tr w:rsidR="009D33EF" w14:paraId="60EE1EBE" w14:textId="77777777" w:rsidTr="008A6B1D">
        <w:tc>
          <w:tcPr>
            <w:tcW w:w="1288" w:type="dxa"/>
            <w:vAlign w:val="center"/>
          </w:tcPr>
          <w:p w14:paraId="165DA680" w14:textId="6253E906" w:rsidR="009D33EF" w:rsidRPr="008A6B1D" w:rsidRDefault="009D33EF" w:rsidP="008A6B1D">
            <w:pPr>
              <w:jc w:val="center"/>
              <w:rPr>
                <w:rFonts w:ascii="Times New Roman" w:hAnsi="Times New Roman" w:cs="Times New Roman"/>
                <w:sz w:val="18"/>
                <w:szCs w:val="18"/>
              </w:rPr>
            </w:pPr>
            <w:r w:rsidRPr="008A6B1D">
              <w:rPr>
                <w:rFonts w:ascii="Times New Roman" w:hAnsi="Times New Roman" w:cs="Times New Roman"/>
                <w:sz w:val="18"/>
                <w:szCs w:val="18"/>
              </w:rPr>
              <w:t>Project Name</w:t>
            </w:r>
          </w:p>
        </w:tc>
        <w:tc>
          <w:tcPr>
            <w:tcW w:w="1288" w:type="dxa"/>
            <w:vAlign w:val="center"/>
          </w:tcPr>
          <w:p w14:paraId="21C93E24" w14:textId="575F77A5" w:rsidR="009D33EF" w:rsidRPr="008A6B1D" w:rsidRDefault="009D33EF" w:rsidP="008A6B1D">
            <w:pPr>
              <w:jc w:val="center"/>
              <w:rPr>
                <w:rFonts w:ascii="Times New Roman" w:hAnsi="Times New Roman" w:cs="Times New Roman"/>
                <w:sz w:val="18"/>
                <w:szCs w:val="18"/>
              </w:rPr>
            </w:pPr>
            <w:r>
              <w:rPr>
                <w:rFonts w:ascii="Times New Roman" w:hAnsi="Times New Roman" w:cs="Times New Roman"/>
                <w:sz w:val="18"/>
                <w:szCs w:val="18"/>
              </w:rPr>
              <w:t>Technology</w:t>
            </w:r>
          </w:p>
        </w:tc>
        <w:tc>
          <w:tcPr>
            <w:tcW w:w="1288" w:type="dxa"/>
            <w:vAlign w:val="center"/>
          </w:tcPr>
          <w:p w14:paraId="4061A30D" w14:textId="02DEF6F3" w:rsidR="009D33EF" w:rsidRPr="008A6B1D" w:rsidRDefault="009D33EF" w:rsidP="008A6B1D">
            <w:pPr>
              <w:jc w:val="center"/>
              <w:rPr>
                <w:rFonts w:ascii="Times New Roman" w:hAnsi="Times New Roman" w:cs="Times New Roman"/>
                <w:sz w:val="18"/>
                <w:szCs w:val="18"/>
              </w:rPr>
            </w:pPr>
            <w:r>
              <w:rPr>
                <w:rFonts w:ascii="Times New Roman" w:hAnsi="Times New Roman" w:cs="Times New Roman"/>
                <w:sz w:val="18"/>
                <w:szCs w:val="18"/>
              </w:rPr>
              <w:t>Standard/Registry (e.g., Gold Standard, Verra)</w:t>
            </w:r>
          </w:p>
        </w:tc>
        <w:tc>
          <w:tcPr>
            <w:tcW w:w="1288" w:type="dxa"/>
            <w:vAlign w:val="center"/>
          </w:tcPr>
          <w:p w14:paraId="7CB8F77F" w14:textId="76A4A192" w:rsidR="009D33EF" w:rsidRPr="008A6B1D" w:rsidRDefault="009D33EF" w:rsidP="008A6B1D">
            <w:pPr>
              <w:jc w:val="center"/>
              <w:rPr>
                <w:rFonts w:ascii="Times New Roman" w:hAnsi="Times New Roman" w:cs="Times New Roman"/>
                <w:sz w:val="18"/>
                <w:szCs w:val="18"/>
              </w:rPr>
            </w:pPr>
            <w:r>
              <w:rPr>
                <w:rFonts w:ascii="Times New Roman" w:hAnsi="Times New Roman" w:cs="Times New Roman"/>
                <w:sz w:val="18"/>
                <w:szCs w:val="18"/>
              </w:rPr>
              <w:t>Project ID (if available)</w:t>
            </w:r>
          </w:p>
        </w:tc>
        <w:tc>
          <w:tcPr>
            <w:tcW w:w="1289" w:type="dxa"/>
            <w:vAlign w:val="center"/>
          </w:tcPr>
          <w:p w14:paraId="5EFBB1CE" w14:textId="6CB19ABC" w:rsidR="009D33EF" w:rsidRPr="008A6B1D" w:rsidRDefault="009D33EF" w:rsidP="008A6B1D">
            <w:pPr>
              <w:jc w:val="center"/>
              <w:rPr>
                <w:rFonts w:ascii="Times New Roman" w:hAnsi="Times New Roman" w:cs="Times New Roman"/>
                <w:sz w:val="18"/>
                <w:szCs w:val="18"/>
              </w:rPr>
            </w:pPr>
            <w:r>
              <w:rPr>
                <w:rFonts w:ascii="Times New Roman" w:hAnsi="Times New Roman" w:cs="Times New Roman"/>
                <w:sz w:val="18"/>
                <w:szCs w:val="18"/>
              </w:rPr>
              <w:t>Year started</w:t>
            </w:r>
          </w:p>
        </w:tc>
        <w:tc>
          <w:tcPr>
            <w:tcW w:w="1289" w:type="dxa"/>
            <w:vAlign w:val="center"/>
          </w:tcPr>
          <w:p w14:paraId="78E1109D" w14:textId="3769E959" w:rsidR="009D33EF" w:rsidRPr="008A6B1D" w:rsidRDefault="009D33EF" w:rsidP="008A6B1D">
            <w:pPr>
              <w:jc w:val="center"/>
              <w:rPr>
                <w:rFonts w:ascii="Times New Roman" w:hAnsi="Times New Roman" w:cs="Times New Roman"/>
                <w:sz w:val="18"/>
                <w:szCs w:val="18"/>
              </w:rPr>
            </w:pPr>
            <w:r>
              <w:rPr>
                <w:rFonts w:ascii="Times New Roman" w:hAnsi="Times New Roman" w:cs="Times New Roman"/>
                <w:sz w:val="18"/>
                <w:szCs w:val="18"/>
              </w:rPr>
              <w:t>Current status</w:t>
            </w:r>
          </w:p>
        </w:tc>
        <w:tc>
          <w:tcPr>
            <w:tcW w:w="1289" w:type="dxa"/>
            <w:vAlign w:val="center"/>
          </w:tcPr>
          <w:p w14:paraId="6D473CA3" w14:textId="19E47C7C" w:rsidR="009D33EF" w:rsidRPr="008A6B1D" w:rsidRDefault="009D33EF" w:rsidP="008A6B1D">
            <w:pPr>
              <w:jc w:val="center"/>
              <w:rPr>
                <w:rFonts w:ascii="Times New Roman" w:hAnsi="Times New Roman" w:cs="Times New Roman"/>
                <w:sz w:val="18"/>
                <w:szCs w:val="18"/>
              </w:rPr>
            </w:pPr>
            <w:r>
              <w:rPr>
                <w:rFonts w:ascii="Times New Roman" w:hAnsi="Times New Roman" w:cs="Times New Roman"/>
                <w:sz w:val="18"/>
                <w:szCs w:val="18"/>
              </w:rPr>
              <w:t>Estimated annual credits issued</w:t>
            </w:r>
          </w:p>
        </w:tc>
      </w:tr>
      <w:tr w:rsidR="009D33EF" w14:paraId="3962459D" w14:textId="77777777" w:rsidTr="00E829C5">
        <w:trPr>
          <w:trHeight w:val="368"/>
        </w:trPr>
        <w:tc>
          <w:tcPr>
            <w:tcW w:w="1288" w:type="dxa"/>
            <w:vAlign w:val="center"/>
          </w:tcPr>
          <w:p w14:paraId="2A1E3DA9" w14:textId="77777777" w:rsidR="009D33EF" w:rsidRPr="008A6B1D" w:rsidRDefault="009D33EF" w:rsidP="008A6B1D">
            <w:pPr>
              <w:jc w:val="center"/>
              <w:rPr>
                <w:rFonts w:ascii="Times New Roman" w:hAnsi="Times New Roman" w:cs="Times New Roman"/>
                <w:sz w:val="18"/>
                <w:szCs w:val="18"/>
              </w:rPr>
            </w:pPr>
          </w:p>
        </w:tc>
        <w:tc>
          <w:tcPr>
            <w:tcW w:w="1288" w:type="dxa"/>
            <w:vAlign w:val="center"/>
          </w:tcPr>
          <w:p w14:paraId="65303FAE" w14:textId="77777777" w:rsidR="009D33EF" w:rsidRPr="008A6B1D" w:rsidRDefault="009D33EF" w:rsidP="008A6B1D">
            <w:pPr>
              <w:jc w:val="center"/>
              <w:rPr>
                <w:rFonts w:ascii="Times New Roman" w:hAnsi="Times New Roman" w:cs="Times New Roman"/>
                <w:sz w:val="18"/>
                <w:szCs w:val="18"/>
              </w:rPr>
            </w:pPr>
          </w:p>
        </w:tc>
        <w:tc>
          <w:tcPr>
            <w:tcW w:w="1288" w:type="dxa"/>
            <w:vAlign w:val="center"/>
          </w:tcPr>
          <w:p w14:paraId="0707D466" w14:textId="77777777" w:rsidR="009D33EF" w:rsidRPr="008A6B1D" w:rsidRDefault="009D33EF" w:rsidP="008A6B1D">
            <w:pPr>
              <w:jc w:val="center"/>
              <w:rPr>
                <w:rFonts w:ascii="Times New Roman" w:hAnsi="Times New Roman" w:cs="Times New Roman"/>
                <w:sz w:val="18"/>
                <w:szCs w:val="18"/>
              </w:rPr>
            </w:pPr>
          </w:p>
        </w:tc>
        <w:tc>
          <w:tcPr>
            <w:tcW w:w="1288" w:type="dxa"/>
            <w:vAlign w:val="center"/>
          </w:tcPr>
          <w:p w14:paraId="526C0CE5" w14:textId="77777777" w:rsidR="009D33EF" w:rsidRPr="008A6B1D" w:rsidRDefault="009D33EF" w:rsidP="008A6B1D">
            <w:pPr>
              <w:jc w:val="center"/>
              <w:rPr>
                <w:rFonts w:ascii="Times New Roman" w:hAnsi="Times New Roman" w:cs="Times New Roman"/>
                <w:sz w:val="18"/>
                <w:szCs w:val="18"/>
              </w:rPr>
            </w:pPr>
          </w:p>
        </w:tc>
        <w:tc>
          <w:tcPr>
            <w:tcW w:w="1289" w:type="dxa"/>
            <w:vAlign w:val="center"/>
          </w:tcPr>
          <w:p w14:paraId="16377DBE" w14:textId="77777777" w:rsidR="009D33EF" w:rsidRPr="008A6B1D" w:rsidRDefault="009D33EF" w:rsidP="008A6B1D">
            <w:pPr>
              <w:jc w:val="center"/>
              <w:rPr>
                <w:rFonts w:ascii="Times New Roman" w:hAnsi="Times New Roman" w:cs="Times New Roman"/>
                <w:sz w:val="18"/>
                <w:szCs w:val="18"/>
              </w:rPr>
            </w:pPr>
          </w:p>
        </w:tc>
        <w:tc>
          <w:tcPr>
            <w:tcW w:w="1289" w:type="dxa"/>
            <w:vAlign w:val="center"/>
          </w:tcPr>
          <w:p w14:paraId="69DF9F9D" w14:textId="77777777" w:rsidR="009D33EF" w:rsidRPr="008A6B1D" w:rsidRDefault="009D33EF" w:rsidP="008A6B1D">
            <w:pPr>
              <w:jc w:val="center"/>
              <w:rPr>
                <w:rFonts w:ascii="Times New Roman" w:hAnsi="Times New Roman" w:cs="Times New Roman"/>
                <w:sz w:val="18"/>
                <w:szCs w:val="18"/>
              </w:rPr>
            </w:pPr>
          </w:p>
        </w:tc>
        <w:tc>
          <w:tcPr>
            <w:tcW w:w="1289" w:type="dxa"/>
            <w:vAlign w:val="center"/>
          </w:tcPr>
          <w:p w14:paraId="42FB2FB7" w14:textId="77777777" w:rsidR="009D33EF" w:rsidRPr="008A6B1D" w:rsidRDefault="009D33EF" w:rsidP="008A6B1D">
            <w:pPr>
              <w:jc w:val="center"/>
              <w:rPr>
                <w:rFonts w:ascii="Times New Roman" w:hAnsi="Times New Roman" w:cs="Times New Roman"/>
                <w:sz w:val="18"/>
                <w:szCs w:val="18"/>
              </w:rPr>
            </w:pPr>
          </w:p>
        </w:tc>
      </w:tr>
    </w:tbl>
    <w:p w14:paraId="5FBC5E83" w14:textId="77777777" w:rsidR="009D33EF" w:rsidRPr="008A6B1D" w:rsidRDefault="009D33EF" w:rsidP="008A6B1D">
      <w:pPr>
        <w:spacing w:after="0"/>
        <w:jc w:val="both"/>
        <w:rPr>
          <w:rFonts w:ascii="Times New Roman" w:hAnsi="Times New Roman" w:cs="Times New Roman"/>
          <w:sz w:val="24"/>
          <w:szCs w:val="24"/>
        </w:rPr>
      </w:pPr>
    </w:p>
    <w:p w14:paraId="711A2782" w14:textId="3FC9B8B3" w:rsidR="0098460B" w:rsidRPr="008A6B1D" w:rsidRDefault="009D33EF" w:rsidP="008A6B1D">
      <w:pPr>
        <w:pStyle w:val="NoSpacing"/>
        <w:numPr>
          <w:ilvl w:val="1"/>
          <w:numId w:val="7"/>
        </w:numPr>
        <w:spacing w:line="276" w:lineRule="auto"/>
        <w:rPr>
          <w:rFonts w:ascii="Times New Roman" w:hAnsi="Times New Roman" w:cs="Times New Roman"/>
          <w:b/>
          <w:bCs/>
          <w:sz w:val="24"/>
          <w:szCs w:val="24"/>
        </w:rPr>
      </w:pPr>
      <w:r w:rsidRPr="008A6B1D">
        <w:rPr>
          <w:rFonts w:ascii="Times New Roman" w:hAnsi="Times New Roman" w:cs="Times New Roman"/>
          <w:b/>
          <w:bCs/>
          <w:sz w:val="24"/>
          <w:szCs w:val="24"/>
        </w:rPr>
        <w:lastRenderedPageBreak/>
        <w:t>Carbon revenue arrangements</w:t>
      </w:r>
      <w:r w:rsidR="001E025C" w:rsidRPr="008A6B1D">
        <w:rPr>
          <w:rFonts w:ascii="Times New Roman" w:hAnsi="Times New Roman" w:cs="Times New Roman"/>
          <w:b/>
          <w:bCs/>
          <w:sz w:val="24"/>
          <w:szCs w:val="24"/>
        </w:rPr>
        <w:t xml:space="preserve">: </w:t>
      </w:r>
    </w:p>
    <w:p w14:paraId="253B4FA2" w14:textId="3C10F1D4" w:rsidR="00267FF1" w:rsidRPr="00267FF1" w:rsidRDefault="00267FF1" w:rsidP="008A6B1D">
      <w:pPr>
        <w:pStyle w:val="NoSpacing"/>
        <w:numPr>
          <w:ilvl w:val="0"/>
          <w:numId w:val="31"/>
        </w:numPr>
        <w:spacing w:line="276" w:lineRule="auto"/>
        <w:rPr>
          <w:rFonts w:ascii="Times New Roman" w:hAnsi="Times New Roman" w:cs="Times New Roman"/>
          <w:sz w:val="24"/>
          <w:szCs w:val="24"/>
        </w:rPr>
      </w:pPr>
      <w:r w:rsidRPr="00267FF1">
        <w:rPr>
          <w:rFonts w:ascii="Times New Roman" w:hAnsi="Times New Roman" w:cs="Times New Roman"/>
          <w:sz w:val="24"/>
          <w:szCs w:val="24"/>
        </w:rPr>
        <w:t>Please describe:</w:t>
      </w:r>
    </w:p>
    <w:p w14:paraId="799D2015" w14:textId="77777777" w:rsidR="00F470A5" w:rsidRDefault="00267FF1" w:rsidP="008A6B1D">
      <w:pPr>
        <w:pStyle w:val="NoSpacing"/>
        <w:numPr>
          <w:ilvl w:val="1"/>
          <w:numId w:val="29"/>
        </w:numPr>
        <w:rPr>
          <w:rFonts w:ascii="Times New Roman" w:hAnsi="Times New Roman" w:cs="Times New Roman"/>
          <w:sz w:val="24"/>
          <w:szCs w:val="24"/>
        </w:rPr>
      </w:pPr>
      <w:r w:rsidRPr="00267FF1">
        <w:rPr>
          <w:rFonts w:ascii="Times New Roman" w:hAnsi="Times New Roman" w:cs="Times New Roman"/>
          <w:sz w:val="24"/>
          <w:szCs w:val="24"/>
        </w:rPr>
        <w:t>Whether carbon revenues are currently being received</w:t>
      </w:r>
    </w:p>
    <w:p w14:paraId="573D26B0" w14:textId="77777777" w:rsidR="00F470A5" w:rsidRDefault="00267FF1" w:rsidP="008A6B1D">
      <w:pPr>
        <w:pStyle w:val="NoSpacing"/>
        <w:numPr>
          <w:ilvl w:val="1"/>
          <w:numId w:val="29"/>
        </w:numPr>
        <w:rPr>
          <w:rFonts w:ascii="Times New Roman" w:hAnsi="Times New Roman" w:cs="Times New Roman"/>
          <w:sz w:val="24"/>
          <w:szCs w:val="24"/>
        </w:rPr>
      </w:pPr>
      <w:r w:rsidRPr="00F470A5">
        <w:rPr>
          <w:rFonts w:ascii="Times New Roman" w:hAnsi="Times New Roman" w:cs="Times New Roman"/>
          <w:sz w:val="24"/>
          <w:szCs w:val="24"/>
        </w:rPr>
        <w:t>The entity that owns or manages the carbon project</w:t>
      </w:r>
    </w:p>
    <w:p w14:paraId="3AE8F528" w14:textId="77777777" w:rsidR="00F470A5" w:rsidRPr="00941BC8" w:rsidRDefault="00267FF1" w:rsidP="008A6B1D">
      <w:pPr>
        <w:pStyle w:val="NoSpacing"/>
        <w:numPr>
          <w:ilvl w:val="1"/>
          <w:numId w:val="29"/>
        </w:numPr>
        <w:rPr>
          <w:rFonts w:ascii="Times New Roman" w:hAnsi="Times New Roman" w:cs="Times New Roman"/>
          <w:sz w:val="24"/>
          <w:szCs w:val="24"/>
        </w:rPr>
      </w:pPr>
      <w:r w:rsidRPr="00941BC8">
        <w:rPr>
          <w:rFonts w:ascii="Times New Roman" w:hAnsi="Times New Roman" w:cs="Times New Roman"/>
          <w:sz w:val="24"/>
          <w:szCs w:val="24"/>
        </w:rPr>
        <w:t>Any agreements with third parties regarding carbon rights</w:t>
      </w:r>
    </w:p>
    <w:p w14:paraId="6BD1590C" w14:textId="13757D7C" w:rsidR="001E025C" w:rsidRPr="00F470A5" w:rsidRDefault="00267FF1" w:rsidP="008A6B1D">
      <w:pPr>
        <w:pStyle w:val="NoSpacing"/>
        <w:numPr>
          <w:ilvl w:val="1"/>
          <w:numId w:val="29"/>
        </w:numPr>
        <w:rPr>
          <w:rFonts w:ascii="Times New Roman" w:hAnsi="Times New Roman" w:cs="Times New Roman"/>
          <w:sz w:val="24"/>
          <w:szCs w:val="24"/>
        </w:rPr>
      </w:pPr>
      <w:r w:rsidRPr="00F470A5">
        <w:rPr>
          <w:rFonts w:ascii="Times New Roman" w:hAnsi="Times New Roman" w:cs="Times New Roman"/>
          <w:sz w:val="24"/>
          <w:szCs w:val="24"/>
        </w:rPr>
        <w:t>Attach supporting documents if applicable</w:t>
      </w:r>
    </w:p>
    <w:p w14:paraId="0A0A492E" w14:textId="77777777" w:rsidR="001E025C" w:rsidRDefault="001E025C" w:rsidP="001E025C">
      <w:pPr>
        <w:pStyle w:val="NoSpacing"/>
        <w:rPr>
          <w:rFonts w:ascii="Times New Roman" w:hAnsi="Times New Roman" w:cs="Times New Roman"/>
          <w:sz w:val="24"/>
          <w:szCs w:val="24"/>
        </w:rPr>
      </w:pPr>
    </w:p>
    <w:p w14:paraId="27EE53FD" w14:textId="51657B22" w:rsidR="001E025C" w:rsidRPr="00EE543E" w:rsidRDefault="0098460B" w:rsidP="008A6B1D">
      <w:pPr>
        <w:pStyle w:val="NoSpacing"/>
        <w:numPr>
          <w:ilvl w:val="1"/>
          <w:numId w:val="7"/>
        </w:numPr>
        <w:rPr>
          <w:rFonts w:ascii="Times New Roman" w:hAnsi="Times New Roman" w:cs="Times New Roman"/>
          <w:b/>
          <w:bCs/>
          <w:sz w:val="24"/>
          <w:szCs w:val="24"/>
        </w:rPr>
      </w:pPr>
      <w:r w:rsidRPr="005C02D4">
        <w:rPr>
          <w:rFonts w:ascii="Times New Roman" w:hAnsi="Times New Roman" w:cs="Times New Roman"/>
          <w:b/>
          <w:bCs/>
          <w:sz w:val="24"/>
          <w:szCs w:val="24"/>
        </w:rPr>
        <w:t>Declaration on carbon credit rights for this Call</w:t>
      </w:r>
    </w:p>
    <w:p w14:paraId="71E98E13" w14:textId="77777777" w:rsidR="00D52E17" w:rsidRDefault="00D52E17" w:rsidP="00BD4510">
      <w:pPr>
        <w:pStyle w:val="NoSpacing"/>
        <w:jc w:val="both"/>
        <w:rPr>
          <w:rFonts w:ascii="Times New Roman" w:hAnsi="Times New Roman" w:cs="Times New Roman"/>
          <w:sz w:val="24"/>
          <w:szCs w:val="24"/>
        </w:rPr>
      </w:pPr>
    </w:p>
    <w:p w14:paraId="2B596165" w14:textId="7B75229F" w:rsidR="00486CB0" w:rsidRPr="00D14C82" w:rsidRDefault="77520866" w:rsidP="00935E73">
      <w:pPr>
        <w:pStyle w:val="NoSpacing"/>
        <w:ind w:left="720"/>
        <w:jc w:val="both"/>
        <w:rPr>
          <w:rFonts w:ascii="Times New Roman" w:hAnsi="Times New Roman" w:cs="Times New Roman"/>
          <w:sz w:val="24"/>
          <w:szCs w:val="24"/>
          <w:u w:val="single"/>
        </w:rPr>
      </w:pPr>
      <w:r w:rsidRPr="3C6C6D10">
        <w:rPr>
          <w:rFonts w:ascii="Times New Roman" w:hAnsi="Times New Roman" w:cs="Times New Roman"/>
          <w:sz w:val="24"/>
          <w:szCs w:val="24"/>
          <w:u w:val="single"/>
        </w:rPr>
        <w:t xml:space="preserve">Applicants </w:t>
      </w:r>
      <w:r w:rsidR="00585FDE">
        <w:rPr>
          <w:rFonts w:ascii="Times New Roman" w:hAnsi="Times New Roman" w:cs="Times New Roman"/>
          <w:sz w:val="24"/>
          <w:szCs w:val="24"/>
          <w:u w:val="single"/>
        </w:rPr>
        <w:t>under Option 1</w:t>
      </w:r>
      <w:r w:rsidR="00AF1D1B">
        <w:rPr>
          <w:rFonts w:ascii="Times New Roman" w:hAnsi="Times New Roman" w:cs="Times New Roman"/>
          <w:sz w:val="24"/>
          <w:szCs w:val="24"/>
          <w:u w:val="single"/>
        </w:rPr>
        <w:t>-</w:t>
      </w:r>
      <w:r w:rsidR="00585FDE">
        <w:rPr>
          <w:rFonts w:ascii="Times New Roman" w:hAnsi="Times New Roman" w:cs="Times New Roman"/>
          <w:sz w:val="24"/>
          <w:szCs w:val="24"/>
          <w:u w:val="single"/>
        </w:rPr>
        <w:t xml:space="preserve"> </w:t>
      </w:r>
      <w:r w:rsidR="00445088">
        <w:rPr>
          <w:rFonts w:ascii="Times New Roman" w:hAnsi="Times New Roman" w:cs="Times New Roman"/>
          <w:sz w:val="24"/>
          <w:szCs w:val="24"/>
          <w:u w:val="single"/>
        </w:rPr>
        <w:t>T</w:t>
      </w:r>
      <w:r w:rsidR="0045658C">
        <w:rPr>
          <w:rFonts w:ascii="Times New Roman" w:hAnsi="Times New Roman" w:cs="Times New Roman"/>
          <w:sz w:val="24"/>
          <w:szCs w:val="24"/>
          <w:u w:val="single"/>
        </w:rPr>
        <w:t>ransferring</w:t>
      </w:r>
      <w:r w:rsidRPr="3C6C6D10">
        <w:rPr>
          <w:rFonts w:ascii="Times New Roman" w:hAnsi="Times New Roman" w:cs="Times New Roman"/>
          <w:sz w:val="24"/>
          <w:szCs w:val="24"/>
          <w:u w:val="single"/>
        </w:rPr>
        <w:t xml:space="preserve"> </w:t>
      </w:r>
      <w:r w:rsidR="00445088">
        <w:rPr>
          <w:rFonts w:ascii="Times New Roman" w:hAnsi="Times New Roman" w:cs="Times New Roman"/>
          <w:sz w:val="24"/>
          <w:szCs w:val="24"/>
          <w:u w:val="single"/>
        </w:rPr>
        <w:t>C</w:t>
      </w:r>
      <w:r w:rsidRPr="3C6C6D10">
        <w:rPr>
          <w:rFonts w:ascii="Times New Roman" w:hAnsi="Times New Roman" w:cs="Times New Roman"/>
          <w:sz w:val="24"/>
          <w:szCs w:val="24"/>
          <w:u w:val="single"/>
        </w:rPr>
        <w:t xml:space="preserve">arbon </w:t>
      </w:r>
      <w:r w:rsidR="00445088">
        <w:rPr>
          <w:rFonts w:ascii="Times New Roman" w:hAnsi="Times New Roman" w:cs="Times New Roman"/>
          <w:sz w:val="24"/>
          <w:szCs w:val="24"/>
          <w:u w:val="single"/>
        </w:rPr>
        <w:t>C</w:t>
      </w:r>
      <w:r w:rsidRPr="3C6C6D10">
        <w:rPr>
          <w:rFonts w:ascii="Times New Roman" w:hAnsi="Times New Roman" w:cs="Times New Roman"/>
          <w:sz w:val="24"/>
          <w:szCs w:val="24"/>
          <w:u w:val="single"/>
        </w:rPr>
        <w:t>redit</w:t>
      </w:r>
      <w:r w:rsidR="00F75237">
        <w:rPr>
          <w:rFonts w:ascii="Times New Roman" w:hAnsi="Times New Roman" w:cs="Times New Roman"/>
          <w:sz w:val="24"/>
          <w:szCs w:val="24"/>
          <w:u w:val="single"/>
        </w:rPr>
        <w:t xml:space="preserve"> R</w:t>
      </w:r>
      <w:r w:rsidR="0045658C">
        <w:rPr>
          <w:rFonts w:ascii="Times New Roman" w:hAnsi="Times New Roman" w:cs="Times New Roman"/>
          <w:sz w:val="24"/>
          <w:szCs w:val="24"/>
          <w:u w:val="single"/>
        </w:rPr>
        <w:t>ights</w:t>
      </w:r>
      <w:r w:rsidRPr="3C6C6D10">
        <w:rPr>
          <w:rFonts w:ascii="Times New Roman" w:hAnsi="Times New Roman" w:cs="Times New Roman"/>
          <w:sz w:val="24"/>
          <w:szCs w:val="24"/>
          <w:u w:val="single"/>
        </w:rPr>
        <w:t xml:space="preserve"> to </w:t>
      </w:r>
      <w:proofErr w:type="spellStart"/>
      <w:r w:rsidRPr="3C6C6D10">
        <w:rPr>
          <w:rFonts w:ascii="Times New Roman" w:hAnsi="Times New Roman" w:cs="Times New Roman"/>
          <w:sz w:val="24"/>
          <w:szCs w:val="24"/>
          <w:u w:val="single"/>
        </w:rPr>
        <w:t>M</w:t>
      </w:r>
      <w:r w:rsidR="0045658C">
        <w:rPr>
          <w:rFonts w:ascii="Times New Roman" w:hAnsi="Times New Roman" w:cs="Times New Roman"/>
          <w:sz w:val="24"/>
          <w:szCs w:val="24"/>
          <w:u w:val="single"/>
        </w:rPr>
        <w:t>o</w:t>
      </w:r>
      <w:r w:rsidRPr="3C6C6D10">
        <w:rPr>
          <w:rFonts w:ascii="Times New Roman" w:hAnsi="Times New Roman" w:cs="Times New Roman"/>
          <w:sz w:val="24"/>
          <w:szCs w:val="24"/>
          <w:u w:val="single"/>
        </w:rPr>
        <w:t>E</w:t>
      </w:r>
      <w:proofErr w:type="spellEnd"/>
      <w:r w:rsidRPr="3C6C6D10">
        <w:rPr>
          <w:rFonts w:ascii="Times New Roman" w:hAnsi="Times New Roman" w:cs="Times New Roman"/>
          <w:sz w:val="24"/>
          <w:szCs w:val="24"/>
          <w:u w:val="single"/>
        </w:rPr>
        <w:t>/NNNF</w:t>
      </w:r>
      <w:r w:rsidR="00486CB0" w:rsidRPr="3C6C6D10">
        <w:rPr>
          <w:rFonts w:ascii="Times New Roman" w:hAnsi="Times New Roman" w:cs="Times New Roman"/>
          <w:sz w:val="24"/>
          <w:szCs w:val="24"/>
          <w:u w:val="single"/>
        </w:rPr>
        <w:t xml:space="preserve">: </w:t>
      </w:r>
    </w:p>
    <w:p w14:paraId="4A843C9C" w14:textId="57BE1948" w:rsidR="00BD4510" w:rsidRPr="00BD4510" w:rsidRDefault="57B309DA" w:rsidP="00935E73">
      <w:pPr>
        <w:pStyle w:val="NoSpacing"/>
        <w:ind w:left="720"/>
        <w:jc w:val="both"/>
        <w:rPr>
          <w:rFonts w:ascii="Times New Roman" w:hAnsi="Times New Roman" w:cs="Times New Roman"/>
          <w:sz w:val="24"/>
          <w:szCs w:val="24"/>
        </w:rPr>
      </w:pPr>
      <w:r w:rsidRPr="3C6C6D10">
        <w:rPr>
          <w:rFonts w:ascii="Times New Roman" w:hAnsi="Times New Roman" w:cs="Times New Roman"/>
          <w:sz w:val="24"/>
          <w:szCs w:val="24"/>
        </w:rPr>
        <w:t>T</w:t>
      </w:r>
      <w:r w:rsidR="00BD4510" w:rsidRPr="3C6C6D10">
        <w:rPr>
          <w:rFonts w:ascii="Times New Roman" w:hAnsi="Times New Roman" w:cs="Times New Roman"/>
          <w:sz w:val="24"/>
          <w:szCs w:val="24"/>
        </w:rPr>
        <w:t xml:space="preserve">he Applicant acknowledges and agrees that it shall transfer to </w:t>
      </w:r>
      <w:proofErr w:type="spellStart"/>
      <w:r w:rsidR="00BD4510" w:rsidRPr="3C6C6D10">
        <w:rPr>
          <w:rFonts w:ascii="Times New Roman" w:hAnsi="Times New Roman" w:cs="Times New Roman"/>
          <w:sz w:val="24"/>
          <w:szCs w:val="24"/>
        </w:rPr>
        <w:t>MoE</w:t>
      </w:r>
      <w:proofErr w:type="spellEnd"/>
      <w:r w:rsidR="00BD4510" w:rsidRPr="3C6C6D10">
        <w:rPr>
          <w:rFonts w:ascii="Times New Roman" w:hAnsi="Times New Roman" w:cs="Times New Roman"/>
          <w:sz w:val="24"/>
          <w:szCs w:val="24"/>
        </w:rPr>
        <w:t>/NNNF all rights, title, and interest in the emission reductions, carbon credits, and related environmental attributes generated by the CCS financed under the relevant loan.</w:t>
      </w:r>
    </w:p>
    <w:p w14:paraId="4E15F6ED" w14:textId="77777777" w:rsidR="00BD4510" w:rsidRPr="00BD4510" w:rsidRDefault="00BD4510" w:rsidP="00935E73">
      <w:pPr>
        <w:pStyle w:val="NoSpacing"/>
        <w:ind w:left="720"/>
        <w:jc w:val="both"/>
        <w:rPr>
          <w:rFonts w:ascii="Times New Roman" w:hAnsi="Times New Roman" w:cs="Times New Roman"/>
          <w:sz w:val="24"/>
          <w:szCs w:val="24"/>
        </w:rPr>
      </w:pPr>
    </w:p>
    <w:p w14:paraId="00561A5E" w14:textId="747A755A" w:rsidR="00BD4510" w:rsidRDefault="00BD4510" w:rsidP="00935E73">
      <w:pPr>
        <w:pStyle w:val="NoSpacing"/>
        <w:ind w:left="720"/>
        <w:jc w:val="both"/>
        <w:rPr>
          <w:rFonts w:ascii="Times New Roman" w:hAnsi="Times New Roman" w:cs="Times New Roman"/>
          <w:sz w:val="24"/>
          <w:szCs w:val="24"/>
        </w:rPr>
      </w:pPr>
      <w:r w:rsidRPr="00BD4510">
        <w:rPr>
          <w:rFonts w:ascii="Times New Roman" w:hAnsi="Times New Roman" w:cs="Times New Roman"/>
          <w:sz w:val="24"/>
          <w:szCs w:val="24"/>
        </w:rPr>
        <w:t>The Applicant confirms that no existing registration, assignment, pledge, commitment, agreement, encumbrance, or competing claim would prevent such transfer. The Applicant further confirms that it has obtained, or will obtain, all necessary assignments, consents, and waivers from end users, manufacturers, suppliers, distributors, and other relevant third parties.</w:t>
      </w:r>
    </w:p>
    <w:p w14:paraId="4387AA1C" w14:textId="77777777" w:rsidR="00BC005F" w:rsidRDefault="00BC005F" w:rsidP="00935E73">
      <w:pPr>
        <w:pStyle w:val="NoSpacing"/>
        <w:ind w:left="720"/>
        <w:jc w:val="both"/>
        <w:rPr>
          <w:rFonts w:ascii="Times New Roman" w:hAnsi="Times New Roman" w:cs="Times New Roman"/>
          <w:sz w:val="24"/>
          <w:szCs w:val="24"/>
        </w:rPr>
      </w:pPr>
    </w:p>
    <w:p w14:paraId="2A56F3DD" w14:textId="5FAA477E" w:rsidR="00BC005F" w:rsidRDefault="0045022E" w:rsidP="00935E73">
      <w:pPr>
        <w:pStyle w:val="NoSpacing"/>
        <w:ind w:left="720"/>
        <w:jc w:val="both"/>
        <w:rPr>
          <w:rFonts w:ascii="Times New Roman" w:hAnsi="Times New Roman" w:cs="Times New Roman"/>
          <w:sz w:val="24"/>
          <w:szCs w:val="24"/>
        </w:rPr>
      </w:pPr>
      <w:r w:rsidRPr="00486CB0">
        <w:rPr>
          <w:rFonts w:ascii="Times New Roman" w:hAnsi="Times New Roman" w:cs="Times New Roman"/>
          <w:sz w:val="24"/>
          <w:szCs w:val="24"/>
        </w:rPr>
        <w:t xml:space="preserve">The Applicant acknowledges that </w:t>
      </w:r>
      <w:r>
        <w:rPr>
          <w:rFonts w:ascii="Times New Roman" w:hAnsi="Times New Roman" w:cs="Times New Roman"/>
          <w:sz w:val="24"/>
          <w:szCs w:val="24"/>
        </w:rPr>
        <w:t xml:space="preserve">its </w:t>
      </w:r>
      <w:r w:rsidR="00D22637" w:rsidRPr="00D22637">
        <w:rPr>
          <w:rFonts w:ascii="Times New Roman" w:hAnsi="Times New Roman" w:cs="Times New Roman"/>
          <w:sz w:val="24"/>
          <w:szCs w:val="24"/>
        </w:rPr>
        <w:t xml:space="preserve">obligation to repay the loan </w:t>
      </w:r>
      <w:r w:rsidR="009F4D3F">
        <w:rPr>
          <w:rFonts w:ascii="Times New Roman" w:hAnsi="Times New Roman" w:cs="Times New Roman"/>
          <w:sz w:val="24"/>
          <w:szCs w:val="24"/>
        </w:rPr>
        <w:t>shall</w:t>
      </w:r>
      <w:r w:rsidR="00D22637" w:rsidRPr="00D22637">
        <w:rPr>
          <w:rFonts w:ascii="Times New Roman" w:hAnsi="Times New Roman" w:cs="Times New Roman"/>
          <w:sz w:val="24"/>
          <w:szCs w:val="24"/>
        </w:rPr>
        <w:t xml:space="preserve"> be unconditional and shall not depend on the volume, timing, sale or price of </w:t>
      </w:r>
      <w:r w:rsidR="002115CF">
        <w:rPr>
          <w:rFonts w:ascii="Times New Roman" w:hAnsi="Times New Roman" w:cs="Times New Roman"/>
          <w:sz w:val="24"/>
          <w:szCs w:val="24"/>
        </w:rPr>
        <w:t>CCS units</w:t>
      </w:r>
      <w:r w:rsidR="00D22637" w:rsidRPr="00D22637">
        <w:rPr>
          <w:rFonts w:ascii="Times New Roman" w:hAnsi="Times New Roman" w:cs="Times New Roman"/>
          <w:sz w:val="24"/>
          <w:szCs w:val="24"/>
        </w:rPr>
        <w:t xml:space="preserve"> or the receipt of carbon revenues</w:t>
      </w:r>
      <w:r w:rsidR="00387CAD">
        <w:rPr>
          <w:rFonts w:ascii="Times New Roman" w:hAnsi="Times New Roman" w:cs="Times New Roman"/>
          <w:sz w:val="24"/>
          <w:szCs w:val="24"/>
        </w:rPr>
        <w:t xml:space="preserve"> or any other factors.</w:t>
      </w:r>
    </w:p>
    <w:p w14:paraId="27FE3D22" w14:textId="77777777" w:rsidR="00486CB0" w:rsidRDefault="00486CB0" w:rsidP="00935E73">
      <w:pPr>
        <w:pStyle w:val="NoSpacing"/>
        <w:ind w:left="720"/>
        <w:jc w:val="both"/>
        <w:rPr>
          <w:rFonts w:ascii="Times New Roman" w:hAnsi="Times New Roman" w:cs="Times New Roman"/>
          <w:sz w:val="24"/>
          <w:szCs w:val="24"/>
        </w:rPr>
      </w:pPr>
    </w:p>
    <w:p w14:paraId="48B5E654" w14:textId="55677D0B" w:rsidR="00486CB0" w:rsidRPr="00D14C82" w:rsidRDefault="00AF1D1B" w:rsidP="00935E73">
      <w:pPr>
        <w:pStyle w:val="NoSpacing"/>
        <w:ind w:left="720"/>
        <w:jc w:val="both"/>
        <w:rPr>
          <w:rFonts w:ascii="Times New Roman" w:hAnsi="Times New Roman" w:cs="Times New Roman"/>
          <w:sz w:val="24"/>
          <w:szCs w:val="24"/>
          <w:u w:val="single"/>
        </w:rPr>
      </w:pPr>
      <w:r w:rsidRPr="000F494F">
        <w:rPr>
          <w:rFonts w:ascii="Times New Roman" w:hAnsi="Times New Roman" w:cs="Times New Roman"/>
          <w:sz w:val="24"/>
          <w:szCs w:val="24"/>
          <w:u w:val="single"/>
        </w:rPr>
        <w:t xml:space="preserve">Applicants </w:t>
      </w:r>
      <w:r>
        <w:rPr>
          <w:rFonts w:ascii="Times New Roman" w:hAnsi="Times New Roman" w:cs="Times New Roman"/>
          <w:sz w:val="24"/>
          <w:szCs w:val="24"/>
          <w:u w:val="single"/>
        </w:rPr>
        <w:t>under</w:t>
      </w:r>
      <w:r w:rsidR="00585FDE">
        <w:rPr>
          <w:rFonts w:ascii="Times New Roman" w:hAnsi="Times New Roman" w:cs="Times New Roman"/>
          <w:sz w:val="24"/>
          <w:szCs w:val="24"/>
          <w:u w:val="single"/>
        </w:rPr>
        <w:t xml:space="preserve"> Option 2</w:t>
      </w:r>
      <w:r>
        <w:rPr>
          <w:rFonts w:ascii="Times New Roman" w:hAnsi="Times New Roman" w:cs="Times New Roman"/>
          <w:sz w:val="24"/>
          <w:szCs w:val="24"/>
          <w:u w:val="single"/>
        </w:rPr>
        <w:t>-</w:t>
      </w:r>
      <w:r w:rsidR="00585FDE">
        <w:rPr>
          <w:rFonts w:ascii="Times New Roman" w:hAnsi="Times New Roman" w:cs="Times New Roman"/>
          <w:sz w:val="24"/>
          <w:szCs w:val="24"/>
          <w:u w:val="single"/>
        </w:rPr>
        <w:t xml:space="preserve"> </w:t>
      </w:r>
      <w:r w:rsidR="000F494F" w:rsidRPr="000F494F">
        <w:rPr>
          <w:rFonts w:ascii="Times New Roman" w:hAnsi="Times New Roman" w:cs="Times New Roman"/>
          <w:sz w:val="24"/>
          <w:szCs w:val="24"/>
          <w:u w:val="single"/>
        </w:rPr>
        <w:t>with Demonstrated Capacity to Manage Carbon Arrangements</w:t>
      </w:r>
      <w:r>
        <w:rPr>
          <w:rFonts w:ascii="Times New Roman" w:hAnsi="Times New Roman" w:cs="Times New Roman"/>
          <w:sz w:val="24"/>
          <w:szCs w:val="24"/>
          <w:u w:val="single"/>
        </w:rPr>
        <w:t>:</w:t>
      </w:r>
    </w:p>
    <w:p w14:paraId="105F8E70" w14:textId="7E35017C" w:rsidR="00486CB0" w:rsidRPr="00486CB0" w:rsidRDefault="63E20D19" w:rsidP="00935E73">
      <w:pPr>
        <w:pStyle w:val="NoSpacing"/>
        <w:ind w:left="720"/>
        <w:jc w:val="both"/>
        <w:rPr>
          <w:rFonts w:ascii="Times New Roman" w:hAnsi="Times New Roman" w:cs="Times New Roman"/>
          <w:sz w:val="24"/>
          <w:szCs w:val="24"/>
        </w:rPr>
      </w:pPr>
      <w:r w:rsidRPr="3C6C6D10">
        <w:rPr>
          <w:rFonts w:ascii="Times New Roman" w:hAnsi="Times New Roman" w:cs="Times New Roman"/>
          <w:sz w:val="24"/>
          <w:szCs w:val="24"/>
        </w:rPr>
        <w:t>T</w:t>
      </w:r>
      <w:r w:rsidR="00486CB0" w:rsidRPr="3C6C6D10">
        <w:rPr>
          <w:rFonts w:ascii="Times New Roman" w:hAnsi="Times New Roman" w:cs="Times New Roman"/>
          <w:sz w:val="24"/>
          <w:szCs w:val="24"/>
        </w:rPr>
        <w:t>he Applicant acknowledges and agrees that it shall be solely responsible, at its own cost and risk, for carbon project development, registration, monitoring, reporting and verification, validation and verification, issuance, and monetization.</w:t>
      </w:r>
    </w:p>
    <w:p w14:paraId="3CE80C05" w14:textId="77777777" w:rsidR="00486CB0" w:rsidRPr="00486CB0" w:rsidRDefault="00486CB0" w:rsidP="00935E73">
      <w:pPr>
        <w:pStyle w:val="NoSpacing"/>
        <w:ind w:left="720"/>
        <w:jc w:val="both"/>
        <w:rPr>
          <w:rFonts w:ascii="Times New Roman" w:hAnsi="Times New Roman" w:cs="Times New Roman"/>
          <w:sz w:val="24"/>
          <w:szCs w:val="24"/>
        </w:rPr>
      </w:pPr>
    </w:p>
    <w:p w14:paraId="2D21F189" w14:textId="77777777" w:rsidR="00486CB0" w:rsidRPr="00486CB0" w:rsidRDefault="00486CB0" w:rsidP="00935E73">
      <w:pPr>
        <w:pStyle w:val="NoSpacing"/>
        <w:ind w:left="720"/>
        <w:jc w:val="both"/>
        <w:rPr>
          <w:rFonts w:ascii="Times New Roman" w:hAnsi="Times New Roman" w:cs="Times New Roman"/>
          <w:sz w:val="24"/>
          <w:szCs w:val="24"/>
        </w:rPr>
      </w:pPr>
      <w:r w:rsidRPr="00486CB0">
        <w:rPr>
          <w:rFonts w:ascii="Times New Roman" w:hAnsi="Times New Roman" w:cs="Times New Roman"/>
          <w:sz w:val="24"/>
          <w:szCs w:val="24"/>
        </w:rPr>
        <w:t>The Applicant confirms that it has obtained, or will obtain, all rights, assignments, consents, and waivers necessary to exercise the retained carbon rights and that it has disclosed all existing and proposed carbon-finance arrangements applicable to the financed CCS.</w:t>
      </w:r>
    </w:p>
    <w:p w14:paraId="0A3BE6D2" w14:textId="77777777" w:rsidR="00486CB0" w:rsidRPr="00486CB0" w:rsidRDefault="00486CB0" w:rsidP="00935E73">
      <w:pPr>
        <w:pStyle w:val="NoSpacing"/>
        <w:ind w:left="720"/>
        <w:jc w:val="both"/>
        <w:rPr>
          <w:rFonts w:ascii="Times New Roman" w:hAnsi="Times New Roman" w:cs="Times New Roman"/>
          <w:sz w:val="24"/>
          <w:szCs w:val="24"/>
        </w:rPr>
      </w:pPr>
    </w:p>
    <w:p w14:paraId="61DE6FE4" w14:textId="5286E0DD" w:rsidR="00D52E17" w:rsidRDefault="00486CB0" w:rsidP="00935E73">
      <w:pPr>
        <w:pStyle w:val="NoSpacing"/>
        <w:ind w:left="720"/>
        <w:jc w:val="both"/>
        <w:rPr>
          <w:rFonts w:ascii="Times New Roman" w:hAnsi="Times New Roman" w:cs="Times New Roman"/>
          <w:sz w:val="24"/>
          <w:szCs w:val="24"/>
        </w:rPr>
      </w:pPr>
      <w:r w:rsidRPr="00486CB0">
        <w:rPr>
          <w:rFonts w:ascii="Times New Roman" w:hAnsi="Times New Roman" w:cs="Times New Roman"/>
          <w:sz w:val="24"/>
          <w:szCs w:val="24"/>
        </w:rPr>
        <w:t>The Applicant acknowledges that its loan repayment obligations shall be unconditional and shall not depend on the timing, volume, issuance, or sale price of carbon credits</w:t>
      </w:r>
      <w:r w:rsidR="009C6EE6">
        <w:rPr>
          <w:rFonts w:ascii="Times New Roman" w:hAnsi="Times New Roman" w:cs="Times New Roman"/>
          <w:sz w:val="24"/>
          <w:szCs w:val="24"/>
        </w:rPr>
        <w:t>, CCS sales</w:t>
      </w:r>
      <w:r w:rsidR="009B1253">
        <w:rPr>
          <w:rFonts w:ascii="Times New Roman" w:hAnsi="Times New Roman" w:cs="Times New Roman"/>
          <w:sz w:val="24"/>
          <w:szCs w:val="24"/>
        </w:rPr>
        <w:t xml:space="preserve"> or any other factors</w:t>
      </w:r>
      <w:r w:rsidR="00A4204D">
        <w:rPr>
          <w:rFonts w:ascii="Times New Roman" w:hAnsi="Times New Roman" w:cs="Times New Roman"/>
          <w:sz w:val="24"/>
          <w:szCs w:val="24"/>
        </w:rPr>
        <w:t xml:space="preserve">. </w:t>
      </w:r>
      <w:r w:rsidRPr="00486CB0">
        <w:rPr>
          <w:rFonts w:ascii="Times New Roman" w:hAnsi="Times New Roman" w:cs="Times New Roman"/>
          <w:sz w:val="24"/>
          <w:szCs w:val="24"/>
        </w:rPr>
        <w:t xml:space="preserve">The Applicant shall comply with the Malawi Carbon Market Framework and report the status of applicable carbon registrations, issuances, and transactions to </w:t>
      </w:r>
      <w:proofErr w:type="spellStart"/>
      <w:r w:rsidRPr="00486CB0">
        <w:rPr>
          <w:rFonts w:ascii="Times New Roman" w:hAnsi="Times New Roman" w:cs="Times New Roman"/>
          <w:sz w:val="24"/>
          <w:szCs w:val="24"/>
        </w:rPr>
        <w:t>MoE</w:t>
      </w:r>
      <w:proofErr w:type="spellEnd"/>
      <w:r w:rsidRPr="00486CB0">
        <w:rPr>
          <w:rFonts w:ascii="Times New Roman" w:hAnsi="Times New Roman" w:cs="Times New Roman"/>
          <w:sz w:val="24"/>
          <w:szCs w:val="24"/>
        </w:rPr>
        <w:t>/NNNF.</w:t>
      </w:r>
    </w:p>
    <w:p w14:paraId="4722213C" w14:textId="77777777" w:rsidR="00D14C82" w:rsidRDefault="00D14C82" w:rsidP="00BD4510">
      <w:pPr>
        <w:pStyle w:val="NoSpacing"/>
        <w:jc w:val="both"/>
        <w:rPr>
          <w:rFonts w:ascii="Times New Roman" w:hAnsi="Times New Roman" w:cs="Times New Roman"/>
          <w:sz w:val="24"/>
          <w:szCs w:val="24"/>
        </w:rPr>
      </w:pPr>
    </w:p>
    <w:p w14:paraId="10F7F874" w14:textId="77777777" w:rsidR="006D602E" w:rsidRPr="006C208E" w:rsidRDefault="006D602E" w:rsidP="006C208E">
      <w:pPr>
        <w:pStyle w:val="Heading1"/>
        <w:spacing w:before="0"/>
        <w:jc w:val="both"/>
        <w:rPr>
          <w:rFonts w:ascii="Times New Roman" w:hAnsi="Times New Roman" w:cs="Times New Roman"/>
        </w:rPr>
      </w:pPr>
      <w:bookmarkStart w:id="11" w:name="_SECTION_5:_OUTLINE"/>
      <w:bookmarkStart w:id="12" w:name="_Toc124904544"/>
      <w:bookmarkStart w:id="13" w:name="_Toc237975167"/>
      <w:bookmarkEnd w:id="11"/>
      <w:r w:rsidRPr="006C208E">
        <w:rPr>
          <w:rFonts w:ascii="Times New Roman" w:hAnsi="Times New Roman" w:cs="Times New Roman"/>
        </w:rPr>
        <w:t>SECTION 5: OUTLINE OF BUSINESS PLAN</w:t>
      </w:r>
      <w:bookmarkEnd w:id="12"/>
      <w:bookmarkEnd w:id="13"/>
    </w:p>
    <w:p w14:paraId="40A49C42" w14:textId="77777777" w:rsidR="00176A6D" w:rsidRPr="006C208E" w:rsidRDefault="00176A6D" w:rsidP="006C208E">
      <w:pPr>
        <w:spacing w:after="0"/>
        <w:ind w:right="-691"/>
        <w:rPr>
          <w:rFonts w:ascii="Times New Roman" w:hAnsi="Times New Roman" w:cs="Times New Roman"/>
          <w:sz w:val="24"/>
          <w:szCs w:val="24"/>
        </w:rPr>
      </w:pPr>
    </w:p>
    <w:p w14:paraId="159D4099" w14:textId="77777777" w:rsidR="006D602E" w:rsidRPr="006C208E" w:rsidRDefault="006D602E" w:rsidP="006C208E">
      <w:pPr>
        <w:pStyle w:val="NoSpacing"/>
        <w:numPr>
          <w:ilvl w:val="0"/>
          <w:numId w:val="11"/>
        </w:numPr>
        <w:spacing w:line="276" w:lineRule="auto"/>
        <w:rPr>
          <w:rFonts w:ascii="Times New Roman" w:hAnsi="Times New Roman" w:cs="Times New Roman"/>
          <w:b/>
          <w:snapToGrid w:val="0"/>
          <w:sz w:val="24"/>
          <w:szCs w:val="24"/>
        </w:rPr>
      </w:pPr>
      <w:r w:rsidRPr="006C208E">
        <w:rPr>
          <w:rFonts w:ascii="Times New Roman" w:hAnsi="Times New Roman" w:cs="Times New Roman"/>
          <w:b/>
          <w:snapToGrid w:val="0"/>
          <w:sz w:val="24"/>
          <w:szCs w:val="24"/>
        </w:rPr>
        <w:t>Executive Summary</w:t>
      </w:r>
    </w:p>
    <w:p w14:paraId="40F8DDC7" w14:textId="77777777" w:rsidR="00D063C9" w:rsidRPr="006C208E" w:rsidRDefault="006D1C37" w:rsidP="006C208E">
      <w:pPr>
        <w:pStyle w:val="NoSpacing"/>
        <w:numPr>
          <w:ilvl w:val="0"/>
          <w:numId w:val="10"/>
        </w:numPr>
        <w:spacing w:line="276" w:lineRule="auto"/>
        <w:rPr>
          <w:rFonts w:ascii="Times New Roman" w:hAnsi="Times New Roman" w:cs="Times New Roman"/>
          <w:snapToGrid w:val="0"/>
          <w:sz w:val="24"/>
          <w:szCs w:val="24"/>
        </w:rPr>
      </w:pPr>
      <w:r w:rsidRPr="006C208E">
        <w:rPr>
          <w:rFonts w:ascii="Times New Roman" w:hAnsi="Times New Roman" w:cs="Times New Roman"/>
          <w:snapToGrid w:val="0"/>
          <w:sz w:val="24"/>
          <w:szCs w:val="24"/>
        </w:rPr>
        <w:t>Organization profile;</w:t>
      </w:r>
    </w:p>
    <w:p w14:paraId="115E90F8" w14:textId="2660ECE4" w:rsidR="006D602E" w:rsidRPr="006C208E" w:rsidRDefault="006D602E" w:rsidP="006C208E">
      <w:pPr>
        <w:pStyle w:val="NoSpacing"/>
        <w:numPr>
          <w:ilvl w:val="0"/>
          <w:numId w:val="10"/>
        </w:numPr>
        <w:spacing w:line="276" w:lineRule="auto"/>
        <w:rPr>
          <w:rFonts w:ascii="Times New Roman" w:hAnsi="Times New Roman" w:cs="Times New Roman"/>
          <w:snapToGrid w:val="0"/>
          <w:sz w:val="24"/>
          <w:szCs w:val="24"/>
        </w:rPr>
      </w:pPr>
      <w:r w:rsidRPr="006C208E">
        <w:rPr>
          <w:rFonts w:ascii="Times New Roman" w:hAnsi="Times New Roman" w:cs="Times New Roman"/>
          <w:snapToGrid w:val="0"/>
          <w:sz w:val="24"/>
          <w:szCs w:val="24"/>
        </w:rPr>
        <w:t>Objectives for participating in the project</w:t>
      </w:r>
      <w:r w:rsidR="006D1C37" w:rsidRPr="006C208E">
        <w:rPr>
          <w:rFonts w:ascii="Times New Roman" w:hAnsi="Times New Roman" w:cs="Times New Roman"/>
          <w:snapToGrid w:val="0"/>
          <w:sz w:val="24"/>
          <w:szCs w:val="24"/>
        </w:rPr>
        <w:t>;</w:t>
      </w:r>
    </w:p>
    <w:p w14:paraId="73EC3B0E" w14:textId="300F1CF0" w:rsidR="006D602E" w:rsidRPr="006C208E" w:rsidRDefault="006D602E" w:rsidP="006C208E">
      <w:pPr>
        <w:pStyle w:val="NoSpacing"/>
        <w:numPr>
          <w:ilvl w:val="0"/>
          <w:numId w:val="10"/>
        </w:numPr>
        <w:spacing w:line="276" w:lineRule="auto"/>
        <w:rPr>
          <w:rFonts w:ascii="Times New Roman" w:hAnsi="Times New Roman" w:cs="Times New Roman"/>
          <w:snapToGrid w:val="0"/>
          <w:sz w:val="24"/>
          <w:szCs w:val="24"/>
        </w:rPr>
      </w:pPr>
      <w:r w:rsidRPr="006C208E">
        <w:rPr>
          <w:rFonts w:ascii="Times New Roman" w:hAnsi="Times New Roman" w:cs="Times New Roman"/>
          <w:snapToGrid w:val="0"/>
          <w:sz w:val="24"/>
          <w:szCs w:val="24"/>
        </w:rPr>
        <w:t>The size of loan the Applicant is seeking from NNNF</w:t>
      </w:r>
      <w:r w:rsidR="006D1C37" w:rsidRPr="006C208E">
        <w:rPr>
          <w:rFonts w:ascii="Times New Roman" w:hAnsi="Times New Roman" w:cs="Times New Roman"/>
          <w:snapToGrid w:val="0"/>
          <w:sz w:val="24"/>
          <w:szCs w:val="24"/>
        </w:rPr>
        <w:t>;</w:t>
      </w:r>
      <w:r w:rsidR="00F83863">
        <w:rPr>
          <w:rFonts w:ascii="Times New Roman" w:hAnsi="Times New Roman" w:cs="Times New Roman"/>
          <w:snapToGrid w:val="0"/>
          <w:sz w:val="24"/>
          <w:szCs w:val="24"/>
        </w:rPr>
        <w:t xml:space="preserve"> and preferred debt option as prescribed in the call (debt option 1 or 2)</w:t>
      </w:r>
    </w:p>
    <w:p w14:paraId="48A2746F" w14:textId="2AD43275" w:rsidR="006D602E" w:rsidRPr="006C208E" w:rsidRDefault="006D602E" w:rsidP="006C208E">
      <w:pPr>
        <w:pStyle w:val="NoSpacing"/>
        <w:numPr>
          <w:ilvl w:val="0"/>
          <w:numId w:val="10"/>
        </w:numPr>
        <w:spacing w:line="276" w:lineRule="auto"/>
        <w:rPr>
          <w:rFonts w:ascii="Times New Roman" w:hAnsi="Times New Roman" w:cs="Times New Roman"/>
          <w:snapToGrid w:val="0"/>
          <w:sz w:val="24"/>
          <w:szCs w:val="24"/>
        </w:rPr>
      </w:pPr>
      <w:r w:rsidRPr="006C208E">
        <w:rPr>
          <w:rFonts w:ascii="Times New Roman" w:hAnsi="Times New Roman" w:cs="Times New Roman"/>
          <w:snapToGrid w:val="0"/>
          <w:sz w:val="24"/>
          <w:szCs w:val="24"/>
        </w:rPr>
        <w:t>Summary of the use of proceeds of the loan</w:t>
      </w:r>
      <w:r w:rsidR="006D1C37" w:rsidRPr="006C208E">
        <w:rPr>
          <w:rFonts w:ascii="Times New Roman" w:hAnsi="Times New Roman" w:cs="Times New Roman"/>
          <w:snapToGrid w:val="0"/>
          <w:sz w:val="24"/>
          <w:szCs w:val="24"/>
        </w:rPr>
        <w:t>; and</w:t>
      </w:r>
    </w:p>
    <w:p w14:paraId="1B5992FA" w14:textId="0DD01F0A" w:rsidR="006D602E" w:rsidRPr="006C208E" w:rsidRDefault="006D602E" w:rsidP="006C208E">
      <w:pPr>
        <w:pStyle w:val="NoSpacing"/>
        <w:numPr>
          <w:ilvl w:val="0"/>
          <w:numId w:val="10"/>
        </w:numPr>
        <w:spacing w:line="276" w:lineRule="auto"/>
        <w:rPr>
          <w:rFonts w:ascii="Times New Roman" w:hAnsi="Times New Roman" w:cs="Times New Roman"/>
          <w:snapToGrid w:val="0"/>
          <w:sz w:val="24"/>
          <w:szCs w:val="24"/>
        </w:rPr>
      </w:pPr>
      <w:r w:rsidRPr="006C208E">
        <w:rPr>
          <w:rFonts w:ascii="Times New Roman" w:hAnsi="Times New Roman" w:cs="Times New Roman"/>
          <w:snapToGrid w:val="0"/>
          <w:sz w:val="24"/>
          <w:szCs w:val="24"/>
        </w:rPr>
        <w:lastRenderedPageBreak/>
        <w:t>Summary of the expected outcomes and results</w:t>
      </w:r>
      <w:r w:rsidR="006D1C37" w:rsidRPr="006C208E">
        <w:rPr>
          <w:rFonts w:ascii="Times New Roman" w:hAnsi="Times New Roman" w:cs="Times New Roman"/>
          <w:snapToGrid w:val="0"/>
          <w:sz w:val="24"/>
          <w:szCs w:val="24"/>
        </w:rPr>
        <w:t>.</w:t>
      </w:r>
    </w:p>
    <w:p w14:paraId="566853B1" w14:textId="77777777" w:rsidR="006D602E" w:rsidRPr="006C208E" w:rsidRDefault="006D602E" w:rsidP="006C208E">
      <w:pPr>
        <w:pStyle w:val="NoSpacing"/>
        <w:spacing w:line="276" w:lineRule="auto"/>
        <w:rPr>
          <w:rFonts w:ascii="Times New Roman" w:hAnsi="Times New Roman" w:cs="Times New Roman"/>
          <w:snapToGrid w:val="0"/>
          <w:sz w:val="24"/>
          <w:szCs w:val="24"/>
        </w:rPr>
      </w:pPr>
    </w:p>
    <w:p w14:paraId="7B5F8317" w14:textId="77777777" w:rsidR="006D602E" w:rsidRPr="006C208E" w:rsidRDefault="006D602E" w:rsidP="006C208E">
      <w:pPr>
        <w:pStyle w:val="NoSpacing"/>
        <w:numPr>
          <w:ilvl w:val="0"/>
          <w:numId w:val="11"/>
        </w:numPr>
        <w:spacing w:line="276" w:lineRule="auto"/>
        <w:rPr>
          <w:rFonts w:ascii="Times New Roman" w:hAnsi="Times New Roman" w:cs="Times New Roman"/>
          <w:b/>
          <w:snapToGrid w:val="0"/>
          <w:sz w:val="24"/>
          <w:szCs w:val="24"/>
        </w:rPr>
      </w:pPr>
      <w:r w:rsidRPr="006C208E">
        <w:rPr>
          <w:rFonts w:ascii="Times New Roman" w:hAnsi="Times New Roman" w:cs="Times New Roman"/>
          <w:b/>
          <w:snapToGrid w:val="0"/>
          <w:sz w:val="24"/>
          <w:szCs w:val="24"/>
        </w:rPr>
        <w:t>Presentation of organizations for:</w:t>
      </w:r>
    </w:p>
    <w:p w14:paraId="4D9261EF" w14:textId="24DF9985" w:rsidR="00CC48FB" w:rsidRPr="006C208E" w:rsidRDefault="00BF251F" w:rsidP="006C208E">
      <w:pPr>
        <w:pStyle w:val="ListParagraph"/>
        <w:numPr>
          <w:ilvl w:val="0"/>
          <w:numId w:val="15"/>
        </w:numPr>
        <w:spacing w:after="0"/>
        <w:rPr>
          <w:rFonts w:ascii="Times New Roman" w:hAnsi="Times New Roman" w:cs="Times New Roman"/>
          <w:bCs/>
          <w:snapToGrid w:val="0"/>
          <w:sz w:val="24"/>
          <w:szCs w:val="24"/>
        </w:rPr>
      </w:pPr>
      <w:r>
        <w:rPr>
          <w:rFonts w:ascii="Times New Roman" w:hAnsi="Times New Roman" w:cs="Times New Roman"/>
          <w:snapToGrid w:val="0"/>
          <w:sz w:val="24"/>
          <w:szCs w:val="24"/>
        </w:rPr>
        <w:t>Applicant</w:t>
      </w:r>
      <w:r w:rsidR="00CC48FB" w:rsidRPr="006C208E">
        <w:rPr>
          <w:rFonts w:ascii="Times New Roman" w:hAnsi="Times New Roman" w:cs="Times New Roman"/>
          <w:bCs/>
          <w:snapToGrid w:val="0"/>
          <w:sz w:val="24"/>
          <w:szCs w:val="24"/>
        </w:rPr>
        <w:t xml:space="preserve"> background and experience in </w:t>
      </w:r>
      <w:r w:rsidR="005D4B7A" w:rsidRPr="006C208E">
        <w:rPr>
          <w:rFonts w:ascii="Times New Roman" w:hAnsi="Times New Roman" w:cs="Times New Roman"/>
          <w:bCs/>
          <w:snapToGrid w:val="0"/>
          <w:sz w:val="24"/>
          <w:szCs w:val="24"/>
        </w:rPr>
        <w:t>CCS</w:t>
      </w:r>
      <w:r w:rsidR="00CC48FB" w:rsidRPr="006C208E">
        <w:rPr>
          <w:rFonts w:ascii="Times New Roman" w:hAnsi="Times New Roman" w:cs="Times New Roman"/>
          <w:bCs/>
          <w:snapToGrid w:val="0"/>
          <w:sz w:val="24"/>
          <w:szCs w:val="24"/>
        </w:rPr>
        <w:t xml:space="preserve"> projects;</w:t>
      </w:r>
    </w:p>
    <w:p w14:paraId="1A3508BC" w14:textId="0AE7EF2D" w:rsidR="006D602E" w:rsidRPr="006C208E" w:rsidRDefault="006D602E" w:rsidP="006C208E">
      <w:pPr>
        <w:pStyle w:val="NoSpacing"/>
        <w:numPr>
          <w:ilvl w:val="0"/>
          <w:numId w:val="15"/>
        </w:numPr>
        <w:spacing w:line="276" w:lineRule="auto"/>
        <w:rPr>
          <w:rFonts w:ascii="Times New Roman" w:hAnsi="Times New Roman" w:cs="Times New Roman"/>
          <w:bCs/>
          <w:snapToGrid w:val="0"/>
          <w:sz w:val="24"/>
          <w:szCs w:val="24"/>
        </w:rPr>
      </w:pPr>
      <w:r w:rsidRPr="006C208E">
        <w:rPr>
          <w:rFonts w:ascii="Times New Roman" w:hAnsi="Times New Roman" w:cs="Times New Roman"/>
          <w:bCs/>
          <w:snapToGrid w:val="0"/>
          <w:sz w:val="24"/>
          <w:szCs w:val="24"/>
        </w:rPr>
        <w:t xml:space="preserve">The overall business objective and growth plan in Malawi’s </w:t>
      </w:r>
      <w:r w:rsidR="005D4B7A" w:rsidRPr="006C208E">
        <w:rPr>
          <w:rFonts w:ascii="Times New Roman" w:hAnsi="Times New Roman" w:cs="Times New Roman"/>
          <w:bCs/>
          <w:snapToGrid w:val="0"/>
          <w:sz w:val="24"/>
          <w:szCs w:val="24"/>
        </w:rPr>
        <w:t>CCS</w:t>
      </w:r>
      <w:r w:rsidRPr="006C208E">
        <w:rPr>
          <w:rFonts w:ascii="Times New Roman" w:hAnsi="Times New Roman" w:cs="Times New Roman"/>
          <w:bCs/>
          <w:snapToGrid w:val="0"/>
          <w:sz w:val="24"/>
          <w:szCs w:val="24"/>
        </w:rPr>
        <w:t xml:space="preserve"> market</w:t>
      </w:r>
      <w:r w:rsidR="006D1C37" w:rsidRPr="006C208E">
        <w:rPr>
          <w:rFonts w:ascii="Times New Roman" w:hAnsi="Times New Roman" w:cs="Times New Roman"/>
          <w:bCs/>
          <w:snapToGrid w:val="0"/>
          <w:sz w:val="24"/>
          <w:szCs w:val="24"/>
        </w:rPr>
        <w:t>; and</w:t>
      </w:r>
    </w:p>
    <w:p w14:paraId="7F9CE60A" w14:textId="3111475A" w:rsidR="006D602E" w:rsidRDefault="006D602E" w:rsidP="006C208E">
      <w:pPr>
        <w:pStyle w:val="NoSpacing"/>
        <w:numPr>
          <w:ilvl w:val="0"/>
          <w:numId w:val="15"/>
        </w:numPr>
        <w:spacing w:line="276" w:lineRule="auto"/>
        <w:rPr>
          <w:rFonts w:ascii="Times New Roman" w:hAnsi="Times New Roman" w:cs="Times New Roman"/>
          <w:bCs/>
          <w:snapToGrid w:val="0"/>
          <w:sz w:val="24"/>
          <w:szCs w:val="24"/>
        </w:rPr>
      </w:pPr>
      <w:r w:rsidRPr="006C208E">
        <w:rPr>
          <w:rFonts w:ascii="Times New Roman" w:hAnsi="Times New Roman" w:cs="Times New Roman"/>
          <w:bCs/>
          <w:snapToGrid w:val="0"/>
          <w:sz w:val="24"/>
          <w:szCs w:val="24"/>
        </w:rPr>
        <w:t xml:space="preserve">The business model and overall strategy of the </w:t>
      </w:r>
      <w:r w:rsidR="00BF251F">
        <w:rPr>
          <w:rFonts w:ascii="Times New Roman" w:hAnsi="Times New Roman" w:cs="Times New Roman"/>
          <w:snapToGrid w:val="0"/>
          <w:sz w:val="24"/>
          <w:szCs w:val="24"/>
        </w:rPr>
        <w:t>applicant</w:t>
      </w:r>
      <w:r w:rsidR="006D1C37" w:rsidRPr="006C208E">
        <w:rPr>
          <w:rFonts w:ascii="Times New Roman" w:hAnsi="Times New Roman" w:cs="Times New Roman"/>
          <w:bCs/>
          <w:snapToGrid w:val="0"/>
          <w:sz w:val="24"/>
          <w:szCs w:val="24"/>
        </w:rPr>
        <w:t>.</w:t>
      </w:r>
      <w:r w:rsidRPr="006C208E">
        <w:rPr>
          <w:rFonts w:ascii="Times New Roman" w:hAnsi="Times New Roman" w:cs="Times New Roman"/>
          <w:bCs/>
          <w:snapToGrid w:val="0"/>
          <w:sz w:val="24"/>
          <w:szCs w:val="24"/>
        </w:rPr>
        <w:t xml:space="preserve"> </w:t>
      </w:r>
    </w:p>
    <w:p w14:paraId="75968457" w14:textId="17036DFF" w:rsidR="00375B71" w:rsidRPr="006C208E" w:rsidRDefault="00375B71" w:rsidP="006C208E">
      <w:pPr>
        <w:pStyle w:val="NoSpacing"/>
        <w:numPr>
          <w:ilvl w:val="0"/>
          <w:numId w:val="15"/>
        </w:numPr>
        <w:spacing w:line="276" w:lineRule="auto"/>
        <w:rPr>
          <w:rFonts w:ascii="Times New Roman" w:hAnsi="Times New Roman" w:cs="Times New Roman"/>
          <w:bCs/>
          <w:snapToGrid w:val="0"/>
          <w:sz w:val="24"/>
          <w:szCs w:val="24"/>
        </w:rPr>
      </w:pPr>
      <w:r w:rsidRPr="00375B71">
        <w:rPr>
          <w:rFonts w:ascii="Times New Roman" w:hAnsi="Times New Roman" w:cs="Times New Roman"/>
          <w:bCs/>
          <w:snapToGrid w:val="0"/>
          <w:sz w:val="24"/>
          <w:szCs w:val="24"/>
        </w:rPr>
        <w:t>Prior or current participation in carbon finance</w:t>
      </w:r>
      <w:r w:rsidR="0091103E">
        <w:rPr>
          <w:rFonts w:ascii="Times New Roman" w:hAnsi="Times New Roman" w:cs="Times New Roman"/>
          <w:bCs/>
          <w:snapToGrid w:val="0"/>
          <w:sz w:val="24"/>
          <w:szCs w:val="24"/>
        </w:rPr>
        <w:t>, and the status of participation</w:t>
      </w:r>
      <w:r w:rsidR="00562914">
        <w:rPr>
          <w:rFonts w:ascii="Times New Roman" w:hAnsi="Times New Roman" w:cs="Times New Roman"/>
          <w:bCs/>
          <w:snapToGrid w:val="0"/>
          <w:sz w:val="24"/>
          <w:szCs w:val="24"/>
        </w:rPr>
        <w:t xml:space="preserve"> </w:t>
      </w:r>
    </w:p>
    <w:p w14:paraId="4132145B" w14:textId="77777777" w:rsidR="006D602E" w:rsidRPr="006C208E" w:rsidRDefault="006D602E" w:rsidP="006C208E">
      <w:pPr>
        <w:pStyle w:val="NoSpacing"/>
        <w:spacing w:line="276" w:lineRule="auto"/>
        <w:rPr>
          <w:rFonts w:ascii="Times New Roman" w:hAnsi="Times New Roman" w:cs="Times New Roman"/>
          <w:snapToGrid w:val="0"/>
          <w:sz w:val="24"/>
          <w:szCs w:val="24"/>
        </w:rPr>
      </w:pPr>
    </w:p>
    <w:p w14:paraId="3943B150" w14:textId="77777777" w:rsidR="006D602E" w:rsidRPr="006C208E" w:rsidRDefault="006D602E" w:rsidP="006C208E">
      <w:pPr>
        <w:pStyle w:val="NoSpacing"/>
        <w:numPr>
          <w:ilvl w:val="0"/>
          <w:numId w:val="11"/>
        </w:numPr>
        <w:spacing w:line="276" w:lineRule="auto"/>
        <w:rPr>
          <w:rFonts w:ascii="Times New Roman" w:hAnsi="Times New Roman" w:cs="Times New Roman"/>
          <w:b/>
          <w:snapToGrid w:val="0"/>
          <w:sz w:val="24"/>
          <w:szCs w:val="24"/>
        </w:rPr>
      </w:pPr>
      <w:r w:rsidRPr="006C208E">
        <w:rPr>
          <w:rFonts w:ascii="Times New Roman" w:hAnsi="Times New Roman" w:cs="Times New Roman"/>
          <w:b/>
          <w:snapToGrid w:val="0"/>
          <w:sz w:val="24"/>
          <w:szCs w:val="24"/>
        </w:rPr>
        <w:t>Operational Plan</w:t>
      </w:r>
    </w:p>
    <w:p w14:paraId="21D4C634" w14:textId="7BEFB1B2" w:rsidR="006D602E" w:rsidRPr="006C208E" w:rsidRDefault="006D602E" w:rsidP="006C208E">
      <w:pPr>
        <w:pStyle w:val="NoSpacing"/>
        <w:numPr>
          <w:ilvl w:val="0"/>
          <w:numId w:val="12"/>
        </w:numPr>
        <w:spacing w:line="276" w:lineRule="auto"/>
        <w:jc w:val="both"/>
        <w:rPr>
          <w:rFonts w:ascii="Times New Roman" w:hAnsi="Times New Roman" w:cs="Times New Roman"/>
          <w:snapToGrid w:val="0"/>
          <w:sz w:val="24"/>
          <w:szCs w:val="24"/>
        </w:rPr>
      </w:pPr>
      <w:r w:rsidRPr="006C208E">
        <w:rPr>
          <w:rFonts w:ascii="Times New Roman" w:hAnsi="Times New Roman" w:cs="Times New Roman"/>
          <w:snapToGrid w:val="0"/>
          <w:sz w:val="24"/>
          <w:szCs w:val="24"/>
        </w:rPr>
        <w:t xml:space="preserve">Expected business target. The number of eligible </w:t>
      </w:r>
      <w:r w:rsidR="005D4B7A" w:rsidRPr="006C208E">
        <w:rPr>
          <w:rFonts w:ascii="Times New Roman" w:hAnsi="Times New Roman" w:cs="Times New Roman"/>
          <w:snapToGrid w:val="0"/>
          <w:sz w:val="24"/>
          <w:szCs w:val="24"/>
        </w:rPr>
        <w:t>CCS</w:t>
      </w:r>
      <w:r w:rsidRPr="006C208E">
        <w:rPr>
          <w:rFonts w:ascii="Times New Roman" w:hAnsi="Times New Roman" w:cs="Times New Roman"/>
          <w:snapToGrid w:val="0"/>
          <w:sz w:val="24"/>
          <w:szCs w:val="24"/>
        </w:rPr>
        <w:t xml:space="preserve"> (</w:t>
      </w:r>
      <w:r w:rsidRPr="006C208E">
        <w:rPr>
          <w:rFonts w:ascii="Times New Roman" w:hAnsi="Times New Roman" w:cs="Times New Roman"/>
          <w:sz w:val="24"/>
          <w:szCs w:val="24"/>
        </w:rPr>
        <w:t>i.e. eligible product and eligible households)</w:t>
      </w:r>
      <w:r w:rsidRPr="006C208E">
        <w:rPr>
          <w:rFonts w:ascii="Times New Roman" w:hAnsi="Times New Roman" w:cs="Times New Roman"/>
          <w:snapToGrid w:val="0"/>
          <w:sz w:val="24"/>
          <w:szCs w:val="24"/>
        </w:rPr>
        <w:t xml:space="preserve"> the Applicant </w:t>
      </w:r>
      <w:r w:rsidR="006F0E7B">
        <w:rPr>
          <w:rFonts w:ascii="Times New Roman" w:hAnsi="Times New Roman" w:cs="Times New Roman"/>
          <w:snapToGrid w:val="0"/>
          <w:sz w:val="24"/>
          <w:szCs w:val="24"/>
        </w:rPr>
        <w:t>proposes to deploy</w:t>
      </w:r>
      <w:r w:rsidRPr="006C208E">
        <w:rPr>
          <w:rFonts w:ascii="Times New Roman" w:hAnsi="Times New Roman" w:cs="Times New Roman"/>
          <w:snapToGrid w:val="0"/>
          <w:sz w:val="24"/>
          <w:szCs w:val="24"/>
        </w:rPr>
        <w:t xml:space="preserve"> </w:t>
      </w:r>
      <w:r w:rsidR="006F0E7B">
        <w:rPr>
          <w:rFonts w:ascii="Times New Roman" w:hAnsi="Times New Roman" w:cs="Times New Roman"/>
          <w:snapToGrid w:val="0"/>
          <w:sz w:val="24"/>
          <w:szCs w:val="24"/>
        </w:rPr>
        <w:t>during</w:t>
      </w:r>
      <w:r w:rsidR="006F0E7B" w:rsidRPr="006C208E">
        <w:rPr>
          <w:rFonts w:ascii="Times New Roman" w:hAnsi="Times New Roman" w:cs="Times New Roman"/>
          <w:snapToGrid w:val="0"/>
          <w:sz w:val="24"/>
          <w:szCs w:val="24"/>
        </w:rPr>
        <w:t xml:space="preserve"> </w:t>
      </w:r>
      <w:r w:rsidR="0049561E" w:rsidRPr="006C208E">
        <w:rPr>
          <w:rFonts w:ascii="Times New Roman" w:hAnsi="Times New Roman" w:cs="Times New Roman"/>
          <w:snapToGrid w:val="0"/>
          <w:sz w:val="24"/>
          <w:szCs w:val="24"/>
        </w:rPr>
        <w:t>the next 36</w:t>
      </w:r>
      <w:r w:rsidR="006F0E7B">
        <w:rPr>
          <w:rFonts w:ascii="Times New Roman" w:hAnsi="Times New Roman" w:cs="Times New Roman"/>
          <w:snapToGrid w:val="0"/>
          <w:sz w:val="24"/>
          <w:szCs w:val="24"/>
        </w:rPr>
        <w:t>-</w:t>
      </w:r>
      <w:r w:rsidR="0049561E" w:rsidRPr="006C208E">
        <w:rPr>
          <w:rFonts w:ascii="Times New Roman" w:hAnsi="Times New Roman" w:cs="Times New Roman"/>
          <w:snapToGrid w:val="0"/>
          <w:sz w:val="24"/>
          <w:szCs w:val="24"/>
        </w:rPr>
        <w:t xml:space="preserve">months </w:t>
      </w:r>
      <w:r w:rsidR="00986F43">
        <w:rPr>
          <w:rFonts w:ascii="Times New Roman" w:hAnsi="Times New Roman" w:cs="Times New Roman"/>
          <w:snapToGrid w:val="0"/>
          <w:sz w:val="24"/>
          <w:szCs w:val="24"/>
        </w:rPr>
        <w:t xml:space="preserve">implementation period </w:t>
      </w:r>
      <w:r w:rsidRPr="006C208E">
        <w:rPr>
          <w:rFonts w:ascii="Times New Roman" w:hAnsi="Times New Roman" w:cs="Times New Roman"/>
          <w:b/>
          <w:bCs/>
          <w:i/>
          <w:iCs/>
          <w:snapToGrid w:val="0"/>
          <w:sz w:val="24"/>
          <w:szCs w:val="24"/>
        </w:rPr>
        <w:t>in line with its capacity</w:t>
      </w:r>
      <w:r w:rsidR="006D1C37" w:rsidRPr="006C208E">
        <w:rPr>
          <w:rFonts w:ascii="Times New Roman" w:hAnsi="Times New Roman" w:cs="Times New Roman"/>
          <w:b/>
          <w:bCs/>
          <w:i/>
          <w:iCs/>
          <w:snapToGrid w:val="0"/>
          <w:sz w:val="24"/>
          <w:szCs w:val="24"/>
        </w:rPr>
        <w:t>;</w:t>
      </w:r>
    </w:p>
    <w:p w14:paraId="60553797" w14:textId="413C144B" w:rsidR="006D602E" w:rsidRPr="006C208E" w:rsidRDefault="006D602E" w:rsidP="006C208E">
      <w:pPr>
        <w:pStyle w:val="NoSpacing"/>
        <w:numPr>
          <w:ilvl w:val="0"/>
          <w:numId w:val="12"/>
        </w:numPr>
        <w:spacing w:line="276" w:lineRule="auto"/>
        <w:jc w:val="both"/>
        <w:rPr>
          <w:rFonts w:ascii="Times New Roman" w:hAnsi="Times New Roman" w:cs="Times New Roman"/>
          <w:snapToGrid w:val="0"/>
          <w:sz w:val="24"/>
          <w:szCs w:val="24"/>
        </w:rPr>
      </w:pPr>
      <w:r w:rsidRPr="006C208E">
        <w:rPr>
          <w:rFonts w:ascii="Times New Roman" w:hAnsi="Times New Roman" w:cs="Times New Roman"/>
          <w:snapToGrid w:val="0"/>
          <w:sz w:val="24"/>
          <w:szCs w:val="24"/>
        </w:rPr>
        <w:t>Targeted project areas (i.e. the areas where Applicant is interested to work</w:t>
      </w:r>
      <w:r w:rsidR="006D1C37" w:rsidRPr="006C208E">
        <w:rPr>
          <w:rFonts w:ascii="Times New Roman" w:hAnsi="Times New Roman" w:cs="Times New Roman"/>
          <w:snapToGrid w:val="0"/>
          <w:sz w:val="24"/>
          <w:szCs w:val="24"/>
        </w:rPr>
        <w:t>);</w:t>
      </w:r>
    </w:p>
    <w:p w14:paraId="5E22F97F" w14:textId="38E34941" w:rsidR="0088250B" w:rsidRPr="006C208E" w:rsidRDefault="0088250B" w:rsidP="006C208E">
      <w:pPr>
        <w:pStyle w:val="NoSpacing"/>
        <w:numPr>
          <w:ilvl w:val="0"/>
          <w:numId w:val="12"/>
        </w:numPr>
        <w:spacing w:line="276" w:lineRule="auto"/>
        <w:jc w:val="both"/>
        <w:rPr>
          <w:rFonts w:ascii="Times New Roman" w:hAnsi="Times New Roman" w:cs="Times New Roman"/>
          <w:snapToGrid w:val="0"/>
          <w:sz w:val="24"/>
          <w:szCs w:val="24"/>
        </w:rPr>
      </w:pPr>
      <w:r w:rsidRPr="006C208E">
        <w:rPr>
          <w:rFonts w:ascii="Times New Roman" w:hAnsi="Times New Roman" w:cs="Times New Roman"/>
          <w:snapToGrid w:val="0"/>
          <w:sz w:val="24"/>
          <w:szCs w:val="24"/>
        </w:rPr>
        <w:t>Demand analysis: household needs and willingness to pay</w:t>
      </w:r>
      <w:r w:rsidR="006D1C37" w:rsidRPr="006C208E">
        <w:rPr>
          <w:rFonts w:ascii="Times New Roman" w:hAnsi="Times New Roman" w:cs="Times New Roman"/>
          <w:snapToGrid w:val="0"/>
          <w:sz w:val="24"/>
          <w:szCs w:val="24"/>
        </w:rPr>
        <w:t>;</w:t>
      </w:r>
    </w:p>
    <w:p w14:paraId="7ECA533A" w14:textId="7DA9D796" w:rsidR="0088250B" w:rsidRPr="006C208E" w:rsidRDefault="0088250B" w:rsidP="006C208E">
      <w:pPr>
        <w:pStyle w:val="NoSpacing"/>
        <w:numPr>
          <w:ilvl w:val="0"/>
          <w:numId w:val="12"/>
        </w:numPr>
        <w:spacing w:line="276" w:lineRule="auto"/>
        <w:jc w:val="both"/>
        <w:rPr>
          <w:rFonts w:ascii="Times New Roman" w:hAnsi="Times New Roman" w:cs="Times New Roman"/>
          <w:snapToGrid w:val="0"/>
          <w:sz w:val="24"/>
          <w:szCs w:val="24"/>
        </w:rPr>
      </w:pPr>
      <w:r w:rsidRPr="006C208E">
        <w:rPr>
          <w:rFonts w:ascii="Times New Roman" w:hAnsi="Times New Roman" w:cs="Times New Roman"/>
          <w:snapToGrid w:val="0"/>
          <w:sz w:val="24"/>
          <w:szCs w:val="24"/>
        </w:rPr>
        <w:t>Target customer segments</w:t>
      </w:r>
      <w:r w:rsidR="006D1C37" w:rsidRPr="006C208E">
        <w:rPr>
          <w:rFonts w:ascii="Times New Roman" w:hAnsi="Times New Roman" w:cs="Times New Roman"/>
          <w:snapToGrid w:val="0"/>
          <w:sz w:val="24"/>
          <w:szCs w:val="24"/>
        </w:rPr>
        <w:t>;</w:t>
      </w:r>
    </w:p>
    <w:p w14:paraId="2A0A7E2C" w14:textId="027E0B73" w:rsidR="0088250B" w:rsidRPr="006C208E" w:rsidRDefault="0088250B" w:rsidP="006C208E">
      <w:pPr>
        <w:pStyle w:val="NoSpacing"/>
        <w:numPr>
          <w:ilvl w:val="0"/>
          <w:numId w:val="12"/>
        </w:numPr>
        <w:spacing w:line="276" w:lineRule="auto"/>
        <w:jc w:val="both"/>
        <w:rPr>
          <w:rFonts w:ascii="Times New Roman" w:hAnsi="Times New Roman" w:cs="Times New Roman"/>
          <w:snapToGrid w:val="0"/>
          <w:sz w:val="24"/>
          <w:szCs w:val="24"/>
        </w:rPr>
      </w:pPr>
      <w:r w:rsidRPr="006C208E">
        <w:rPr>
          <w:rFonts w:ascii="Times New Roman" w:hAnsi="Times New Roman" w:cs="Times New Roman"/>
          <w:snapToGrid w:val="0"/>
          <w:sz w:val="24"/>
          <w:szCs w:val="24"/>
        </w:rPr>
        <w:t xml:space="preserve">Competitive landscape (existing </w:t>
      </w:r>
      <w:r w:rsidR="00442884" w:rsidRPr="006C208E">
        <w:rPr>
          <w:rFonts w:ascii="Times New Roman" w:hAnsi="Times New Roman" w:cs="Times New Roman"/>
          <w:snapToGrid w:val="0"/>
          <w:sz w:val="24"/>
          <w:szCs w:val="24"/>
        </w:rPr>
        <w:t xml:space="preserve">CCS </w:t>
      </w:r>
      <w:r w:rsidRPr="006C208E">
        <w:rPr>
          <w:rFonts w:ascii="Times New Roman" w:hAnsi="Times New Roman" w:cs="Times New Roman"/>
          <w:snapToGrid w:val="0"/>
          <w:sz w:val="24"/>
          <w:szCs w:val="24"/>
        </w:rPr>
        <w:t>providers, market share</w:t>
      </w:r>
      <w:r w:rsidR="006D1C37" w:rsidRPr="006C208E">
        <w:rPr>
          <w:rFonts w:ascii="Times New Roman" w:hAnsi="Times New Roman" w:cs="Times New Roman"/>
          <w:snapToGrid w:val="0"/>
          <w:sz w:val="24"/>
          <w:szCs w:val="24"/>
        </w:rPr>
        <w:t>);</w:t>
      </w:r>
    </w:p>
    <w:p w14:paraId="5219EEC8" w14:textId="53527333" w:rsidR="006D602E" w:rsidRPr="006C208E" w:rsidRDefault="006D602E" w:rsidP="006C208E">
      <w:pPr>
        <w:pStyle w:val="NoSpacing"/>
        <w:numPr>
          <w:ilvl w:val="0"/>
          <w:numId w:val="12"/>
        </w:numPr>
        <w:spacing w:line="276" w:lineRule="auto"/>
        <w:jc w:val="both"/>
        <w:rPr>
          <w:rFonts w:ascii="Times New Roman" w:hAnsi="Times New Roman" w:cs="Times New Roman"/>
          <w:snapToGrid w:val="0"/>
          <w:sz w:val="24"/>
          <w:szCs w:val="24"/>
        </w:rPr>
      </w:pPr>
      <w:r w:rsidRPr="006C208E">
        <w:rPr>
          <w:rFonts w:ascii="Times New Roman" w:hAnsi="Times New Roman" w:cs="Times New Roman"/>
          <w:snapToGrid w:val="0"/>
          <w:sz w:val="24"/>
          <w:szCs w:val="24"/>
        </w:rPr>
        <w:t>Product specification (e.g. service level, performance criteria, maintenance and guarantee issues, etc</w:t>
      </w:r>
      <w:r w:rsidR="006D1C37" w:rsidRPr="006C208E">
        <w:rPr>
          <w:rFonts w:ascii="Times New Roman" w:hAnsi="Times New Roman" w:cs="Times New Roman"/>
          <w:snapToGrid w:val="0"/>
          <w:sz w:val="24"/>
          <w:szCs w:val="24"/>
        </w:rPr>
        <w:t>.);</w:t>
      </w:r>
    </w:p>
    <w:p w14:paraId="034AB209" w14:textId="3889DD2C" w:rsidR="006D602E" w:rsidRPr="006C208E" w:rsidRDefault="00442884" w:rsidP="006C208E">
      <w:pPr>
        <w:pStyle w:val="NoSpacing"/>
        <w:numPr>
          <w:ilvl w:val="0"/>
          <w:numId w:val="12"/>
        </w:numPr>
        <w:spacing w:line="276" w:lineRule="auto"/>
        <w:jc w:val="both"/>
        <w:rPr>
          <w:rFonts w:ascii="Times New Roman" w:hAnsi="Times New Roman" w:cs="Times New Roman"/>
          <w:snapToGrid w:val="0"/>
          <w:sz w:val="24"/>
          <w:szCs w:val="24"/>
        </w:rPr>
      </w:pPr>
      <w:r w:rsidRPr="006C208E">
        <w:rPr>
          <w:rFonts w:ascii="Times New Roman" w:hAnsi="Times New Roman" w:cs="Times New Roman"/>
          <w:snapToGrid w:val="0"/>
          <w:sz w:val="24"/>
          <w:szCs w:val="24"/>
        </w:rPr>
        <w:t>C</w:t>
      </w:r>
      <w:r w:rsidR="006D602E" w:rsidRPr="006C208E">
        <w:rPr>
          <w:rFonts w:ascii="Times New Roman" w:hAnsi="Times New Roman" w:cs="Times New Roman"/>
          <w:snapToGrid w:val="0"/>
          <w:sz w:val="24"/>
          <w:szCs w:val="24"/>
        </w:rPr>
        <w:t>ertification</w:t>
      </w:r>
      <w:r w:rsidR="006D1C37" w:rsidRPr="006C208E">
        <w:rPr>
          <w:rFonts w:ascii="Times New Roman" w:hAnsi="Times New Roman" w:cs="Times New Roman"/>
          <w:snapToGrid w:val="0"/>
          <w:sz w:val="24"/>
          <w:szCs w:val="24"/>
        </w:rPr>
        <w:t>;</w:t>
      </w:r>
    </w:p>
    <w:p w14:paraId="0D6F16D3" w14:textId="77777777" w:rsidR="006D602E" w:rsidRPr="006C208E" w:rsidRDefault="006D602E" w:rsidP="006C208E">
      <w:pPr>
        <w:pStyle w:val="NoSpacing"/>
        <w:numPr>
          <w:ilvl w:val="0"/>
          <w:numId w:val="12"/>
        </w:numPr>
        <w:spacing w:line="276" w:lineRule="auto"/>
        <w:jc w:val="both"/>
        <w:rPr>
          <w:rFonts w:ascii="Times New Roman" w:hAnsi="Times New Roman" w:cs="Times New Roman"/>
          <w:snapToGrid w:val="0"/>
          <w:sz w:val="24"/>
          <w:szCs w:val="24"/>
        </w:rPr>
      </w:pPr>
      <w:r w:rsidRPr="006C208E">
        <w:rPr>
          <w:rFonts w:ascii="Times New Roman" w:hAnsi="Times New Roman" w:cs="Times New Roman"/>
          <w:snapToGrid w:val="0"/>
          <w:sz w:val="24"/>
          <w:szCs w:val="24"/>
        </w:rPr>
        <w:t>Operational procedures, e.g.:</w:t>
      </w:r>
    </w:p>
    <w:p w14:paraId="07FEB177" w14:textId="77777777" w:rsidR="006D602E" w:rsidRPr="006C208E" w:rsidRDefault="006D602E" w:rsidP="006C208E">
      <w:pPr>
        <w:pStyle w:val="NoSpacing"/>
        <w:numPr>
          <w:ilvl w:val="2"/>
          <w:numId w:val="12"/>
        </w:numPr>
        <w:spacing w:line="276" w:lineRule="auto"/>
        <w:jc w:val="both"/>
        <w:rPr>
          <w:rFonts w:ascii="Times New Roman" w:hAnsi="Times New Roman" w:cs="Times New Roman"/>
          <w:snapToGrid w:val="0"/>
          <w:sz w:val="24"/>
          <w:szCs w:val="24"/>
        </w:rPr>
      </w:pPr>
      <w:r w:rsidRPr="006C208E">
        <w:rPr>
          <w:rFonts w:ascii="Times New Roman" w:hAnsi="Times New Roman" w:cs="Times New Roman"/>
          <w:snapToGrid w:val="0"/>
          <w:sz w:val="24"/>
          <w:szCs w:val="24"/>
        </w:rPr>
        <w:t>Supply: quality and procurement; service and guarantees</w:t>
      </w:r>
    </w:p>
    <w:p w14:paraId="50EADC00" w14:textId="77777777" w:rsidR="006D602E" w:rsidRPr="006C208E" w:rsidRDefault="006D602E" w:rsidP="006C208E">
      <w:pPr>
        <w:pStyle w:val="NoSpacing"/>
        <w:numPr>
          <w:ilvl w:val="3"/>
          <w:numId w:val="12"/>
        </w:numPr>
        <w:spacing w:line="276" w:lineRule="auto"/>
        <w:jc w:val="both"/>
        <w:rPr>
          <w:rFonts w:ascii="Times New Roman" w:hAnsi="Times New Roman" w:cs="Times New Roman"/>
          <w:snapToGrid w:val="0"/>
          <w:sz w:val="24"/>
          <w:szCs w:val="24"/>
        </w:rPr>
      </w:pPr>
      <w:r w:rsidRPr="006C208E">
        <w:rPr>
          <w:rFonts w:ascii="Times New Roman" w:hAnsi="Times New Roman" w:cs="Times New Roman"/>
          <w:sz w:val="24"/>
          <w:szCs w:val="24"/>
        </w:rPr>
        <w:t>Partnership with suppliers for a long-term business horizon</w:t>
      </w:r>
    </w:p>
    <w:p w14:paraId="5D06C790" w14:textId="77777777" w:rsidR="006D602E" w:rsidRPr="006C208E" w:rsidRDefault="006D602E" w:rsidP="006C208E">
      <w:pPr>
        <w:pStyle w:val="NoSpacing"/>
        <w:numPr>
          <w:ilvl w:val="3"/>
          <w:numId w:val="12"/>
        </w:numPr>
        <w:spacing w:line="276" w:lineRule="auto"/>
        <w:jc w:val="both"/>
        <w:rPr>
          <w:rFonts w:ascii="Times New Roman" w:hAnsi="Times New Roman" w:cs="Times New Roman"/>
          <w:snapToGrid w:val="0"/>
          <w:sz w:val="24"/>
          <w:szCs w:val="24"/>
        </w:rPr>
      </w:pPr>
      <w:r w:rsidRPr="006C208E">
        <w:rPr>
          <w:rFonts w:ascii="Times New Roman" w:hAnsi="Times New Roman" w:cs="Times New Roman"/>
          <w:sz w:val="24"/>
          <w:szCs w:val="24"/>
        </w:rPr>
        <w:t>Clear arrangement about service and maintenance</w:t>
      </w:r>
    </w:p>
    <w:p w14:paraId="6822B7CD" w14:textId="77777777" w:rsidR="006D602E" w:rsidRPr="006C208E" w:rsidRDefault="006D602E" w:rsidP="006C208E">
      <w:pPr>
        <w:pStyle w:val="NoSpacing"/>
        <w:numPr>
          <w:ilvl w:val="3"/>
          <w:numId w:val="12"/>
        </w:numPr>
        <w:spacing w:line="276" w:lineRule="auto"/>
        <w:jc w:val="both"/>
        <w:rPr>
          <w:rFonts w:ascii="Times New Roman" w:hAnsi="Times New Roman" w:cs="Times New Roman"/>
          <w:snapToGrid w:val="0"/>
          <w:sz w:val="24"/>
          <w:szCs w:val="24"/>
        </w:rPr>
      </w:pPr>
      <w:r w:rsidRPr="006C208E">
        <w:rPr>
          <w:rFonts w:ascii="Times New Roman" w:hAnsi="Times New Roman" w:cs="Times New Roman"/>
          <w:sz w:val="24"/>
          <w:szCs w:val="24"/>
        </w:rPr>
        <w:t>Warranty arrangements: specific details with respect to system guarantee including guarantee terms for product components, performance, and other factors (to avoid disputes and beneficiary dissatisfaction)</w:t>
      </w:r>
    </w:p>
    <w:p w14:paraId="16F2212C" w14:textId="77777777" w:rsidR="006D602E" w:rsidRPr="006C208E" w:rsidRDefault="006D602E" w:rsidP="006C208E">
      <w:pPr>
        <w:pStyle w:val="NoSpacing"/>
        <w:numPr>
          <w:ilvl w:val="2"/>
          <w:numId w:val="12"/>
        </w:numPr>
        <w:spacing w:line="276" w:lineRule="auto"/>
        <w:jc w:val="both"/>
        <w:rPr>
          <w:rFonts w:ascii="Times New Roman" w:hAnsi="Times New Roman" w:cs="Times New Roman"/>
          <w:snapToGrid w:val="0"/>
          <w:sz w:val="24"/>
          <w:szCs w:val="24"/>
        </w:rPr>
      </w:pPr>
      <w:r w:rsidRPr="006C208E">
        <w:rPr>
          <w:rFonts w:ascii="Times New Roman" w:hAnsi="Times New Roman" w:cs="Times New Roman"/>
          <w:snapToGrid w:val="0"/>
          <w:sz w:val="24"/>
          <w:szCs w:val="24"/>
        </w:rPr>
        <w:t>Distribution, sales and installation: staff; equipment, etc.</w:t>
      </w:r>
    </w:p>
    <w:p w14:paraId="61EF4576" w14:textId="77777777" w:rsidR="006D602E" w:rsidRPr="006C208E" w:rsidRDefault="006D602E" w:rsidP="006C208E">
      <w:pPr>
        <w:pStyle w:val="NoSpacing"/>
        <w:numPr>
          <w:ilvl w:val="2"/>
          <w:numId w:val="12"/>
        </w:numPr>
        <w:spacing w:line="276" w:lineRule="auto"/>
        <w:jc w:val="both"/>
        <w:rPr>
          <w:rFonts w:ascii="Times New Roman" w:hAnsi="Times New Roman" w:cs="Times New Roman"/>
          <w:snapToGrid w:val="0"/>
          <w:sz w:val="24"/>
          <w:szCs w:val="24"/>
        </w:rPr>
      </w:pPr>
      <w:r w:rsidRPr="006C208E">
        <w:rPr>
          <w:rFonts w:ascii="Times New Roman" w:hAnsi="Times New Roman" w:cs="Times New Roman"/>
          <w:snapToGrid w:val="0"/>
          <w:sz w:val="24"/>
          <w:szCs w:val="24"/>
        </w:rPr>
        <w:t>Maintenance and service</w:t>
      </w:r>
    </w:p>
    <w:p w14:paraId="3348ADB7" w14:textId="77777777" w:rsidR="006D602E" w:rsidRPr="006C208E" w:rsidRDefault="006D602E" w:rsidP="006C208E">
      <w:pPr>
        <w:pStyle w:val="NoSpacing"/>
        <w:numPr>
          <w:ilvl w:val="2"/>
          <w:numId w:val="12"/>
        </w:numPr>
        <w:spacing w:line="276" w:lineRule="auto"/>
        <w:jc w:val="both"/>
        <w:rPr>
          <w:rFonts w:ascii="Times New Roman" w:hAnsi="Times New Roman" w:cs="Times New Roman"/>
          <w:snapToGrid w:val="0"/>
          <w:sz w:val="24"/>
          <w:szCs w:val="24"/>
        </w:rPr>
      </w:pPr>
      <w:r w:rsidRPr="006C208E">
        <w:rPr>
          <w:rFonts w:ascii="Times New Roman" w:hAnsi="Times New Roman" w:cs="Times New Roman"/>
          <w:snapToGrid w:val="0"/>
          <w:sz w:val="24"/>
          <w:szCs w:val="24"/>
        </w:rPr>
        <w:t>Reporting, accounting, and monitoring.</w:t>
      </w:r>
    </w:p>
    <w:p w14:paraId="707A507F" w14:textId="71C6BDFA" w:rsidR="00CC48FB" w:rsidRPr="006C208E" w:rsidRDefault="00307138" w:rsidP="006C208E">
      <w:pPr>
        <w:pStyle w:val="NoSpacing"/>
        <w:numPr>
          <w:ilvl w:val="1"/>
          <w:numId w:val="12"/>
        </w:numPr>
        <w:spacing w:line="276" w:lineRule="auto"/>
        <w:jc w:val="both"/>
        <w:rPr>
          <w:rFonts w:ascii="Times New Roman" w:hAnsi="Times New Roman" w:cs="Times New Roman"/>
          <w:snapToGrid w:val="0"/>
          <w:sz w:val="24"/>
          <w:szCs w:val="24"/>
        </w:rPr>
      </w:pPr>
      <w:r w:rsidRPr="006C208E">
        <w:rPr>
          <w:rFonts w:ascii="Times New Roman" w:hAnsi="Times New Roman" w:cs="Times New Roman"/>
          <w:snapToGrid w:val="0"/>
          <w:sz w:val="24"/>
          <w:szCs w:val="24"/>
        </w:rPr>
        <w:t xml:space="preserve">Price list for </w:t>
      </w:r>
      <w:r w:rsidR="00442884" w:rsidRPr="006C208E">
        <w:rPr>
          <w:rFonts w:ascii="Times New Roman" w:hAnsi="Times New Roman" w:cs="Times New Roman"/>
          <w:snapToGrid w:val="0"/>
          <w:sz w:val="24"/>
          <w:szCs w:val="24"/>
        </w:rPr>
        <w:t>CCS</w:t>
      </w:r>
      <w:r w:rsidRPr="006C208E">
        <w:rPr>
          <w:rFonts w:ascii="Times New Roman" w:hAnsi="Times New Roman" w:cs="Times New Roman"/>
          <w:snapToGrid w:val="0"/>
          <w:sz w:val="24"/>
          <w:szCs w:val="24"/>
        </w:rPr>
        <w:t xml:space="preserve"> under the project</w:t>
      </w:r>
      <w:r w:rsidR="00442884" w:rsidRPr="006C208E">
        <w:rPr>
          <w:rFonts w:ascii="Times New Roman" w:hAnsi="Times New Roman" w:cs="Times New Roman"/>
          <w:snapToGrid w:val="0"/>
          <w:sz w:val="24"/>
          <w:szCs w:val="24"/>
        </w:rPr>
        <w:t xml:space="preserve"> </w:t>
      </w:r>
      <w:r w:rsidRPr="006C208E">
        <w:rPr>
          <w:rFonts w:ascii="Times New Roman" w:hAnsi="Times New Roman" w:cs="Times New Roman"/>
          <w:snapToGrid w:val="0"/>
          <w:sz w:val="24"/>
          <w:szCs w:val="24"/>
        </w:rPr>
        <w:t xml:space="preserve">and (optional) a price formula for price updates based on </w:t>
      </w:r>
      <w:r w:rsidR="00E54512" w:rsidRPr="006C208E">
        <w:rPr>
          <w:rFonts w:ascii="Times New Roman" w:hAnsi="Times New Roman" w:cs="Times New Roman"/>
          <w:snapToGrid w:val="0"/>
          <w:sz w:val="24"/>
          <w:szCs w:val="24"/>
        </w:rPr>
        <w:t>concrete macro-economic indicators such as inflation or forex rate</w:t>
      </w:r>
      <w:r w:rsidR="009A1083" w:rsidRPr="006C208E">
        <w:rPr>
          <w:rFonts w:ascii="Times New Roman" w:hAnsi="Times New Roman" w:cs="Times New Roman"/>
          <w:snapToGrid w:val="0"/>
          <w:sz w:val="24"/>
          <w:szCs w:val="24"/>
        </w:rPr>
        <w:t xml:space="preserve">. It is to be noted that the proposed price list shall not be considered final at this stage and shall be further reviewed by </w:t>
      </w:r>
      <w:proofErr w:type="spellStart"/>
      <w:r w:rsidR="00EE2095">
        <w:rPr>
          <w:rFonts w:ascii="Times New Roman" w:hAnsi="Times New Roman" w:cs="Times New Roman"/>
          <w:snapToGrid w:val="0"/>
          <w:sz w:val="24"/>
          <w:szCs w:val="24"/>
        </w:rPr>
        <w:t>MoE</w:t>
      </w:r>
      <w:proofErr w:type="spellEnd"/>
      <w:r w:rsidR="009A1083" w:rsidRPr="006C208E">
        <w:rPr>
          <w:rFonts w:ascii="Times New Roman" w:hAnsi="Times New Roman" w:cs="Times New Roman"/>
          <w:snapToGrid w:val="0"/>
          <w:sz w:val="24"/>
          <w:szCs w:val="24"/>
        </w:rPr>
        <w:t xml:space="preserve"> with the selected </w:t>
      </w:r>
      <w:r w:rsidR="00BF251F">
        <w:rPr>
          <w:rFonts w:ascii="Times New Roman" w:hAnsi="Times New Roman" w:cs="Times New Roman"/>
          <w:snapToGrid w:val="0"/>
          <w:sz w:val="24"/>
          <w:szCs w:val="24"/>
        </w:rPr>
        <w:t>applicant</w:t>
      </w:r>
      <w:r w:rsidR="009A1083" w:rsidRPr="006C208E">
        <w:rPr>
          <w:rFonts w:ascii="Times New Roman" w:hAnsi="Times New Roman" w:cs="Times New Roman"/>
          <w:snapToGrid w:val="0"/>
          <w:sz w:val="24"/>
          <w:szCs w:val="24"/>
        </w:rPr>
        <w:t xml:space="preserve"> prior to loan agreement execution</w:t>
      </w:r>
      <w:r w:rsidR="00CC48FB" w:rsidRPr="006C208E">
        <w:rPr>
          <w:rFonts w:ascii="Times New Roman" w:hAnsi="Times New Roman" w:cs="Times New Roman"/>
          <w:snapToGrid w:val="0"/>
          <w:sz w:val="24"/>
          <w:szCs w:val="24"/>
        </w:rPr>
        <w:t>;</w:t>
      </w:r>
    </w:p>
    <w:p w14:paraId="54529229" w14:textId="63220846" w:rsidR="00CC48FB" w:rsidRPr="006C208E" w:rsidRDefault="00CC48FB" w:rsidP="006C208E">
      <w:pPr>
        <w:pStyle w:val="ListParagraph"/>
        <w:numPr>
          <w:ilvl w:val="1"/>
          <w:numId w:val="12"/>
        </w:numPr>
        <w:rPr>
          <w:rFonts w:ascii="Times New Roman" w:hAnsi="Times New Roman" w:cs="Times New Roman"/>
          <w:snapToGrid w:val="0"/>
          <w:sz w:val="24"/>
          <w:szCs w:val="24"/>
        </w:rPr>
      </w:pPr>
      <w:r w:rsidRPr="006C208E">
        <w:rPr>
          <w:rFonts w:ascii="Times New Roman" w:hAnsi="Times New Roman" w:cs="Times New Roman"/>
          <w:snapToGrid w:val="0"/>
          <w:sz w:val="24"/>
          <w:szCs w:val="24"/>
        </w:rPr>
        <w:t>Detailed project implementation plan including timeline;</w:t>
      </w:r>
    </w:p>
    <w:p w14:paraId="663A8C7E" w14:textId="7A6115D1" w:rsidR="00CC48FB" w:rsidRPr="006C208E" w:rsidRDefault="00CC48FB" w:rsidP="006C208E">
      <w:pPr>
        <w:pStyle w:val="ListParagraph"/>
        <w:numPr>
          <w:ilvl w:val="1"/>
          <w:numId w:val="12"/>
        </w:numPr>
        <w:spacing w:after="0"/>
        <w:rPr>
          <w:rFonts w:ascii="Times New Roman" w:hAnsi="Times New Roman" w:cs="Times New Roman"/>
          <w:snapToGrid w:val="0"/>
          <w:sz w:val="24"/>
          <w:szCs w:val="24"/>
        </w:rPr>
      </w:pPr>
      <w:r w:rsidRPr="006C208E">
        <w:rPr>
          <w:rFonts w:ascii="Times New Roman" w:hAnsi="Times New Roman" w:cs="Times New Roman"/>
          <w:snapToGrid w:val="0"/>
          <w:sz w:val="24"/>
          <w:szCs w:val="24"/>
        </w:rPr>
        <w:t>Details on partnerships and collaborations with local organizations</w:t>
      </w:r>
      <w:r w:rsidR="00F441CA" w:rsidRPr="006C208E">
        <w:rPr>
          <w:rFonts w:ascii="Times New Roman" w:hAnsi="Times New Roman" w:cs="Times New Roman"/>
          <w:snapToGrid w:val="0"/>
          <w:sz w:val="24"/>
          <w:szCs w:val="24"/>
        </w:rPr>
        <w:t>.</w:t>
      </w:r>
    </w:p>
    <w:p w14:paraId="063D03E6" w14:textId="77777777" w:rsidR="006D602E" w:rsidRPr="006C208E" w:rsidRDefault="006D602E" w:rsidP="006C208E">
      <w:pPr>
        <w:pStyle w:val="NoSpacing"/>
        <w:spacing w:line="276" w:lineRule="auto"/>
        <w:jc w:val="both"/>
        <w:rPr>
          <w:rFonts w:ascii="Times New Roman" w:hAnsi="Times New Roman" w:cs="Times New Roman"/>
          <w:b/>
          <w:sz w:val="24"/>
          <w:szCs w:val="24"/>
        </w:rPr>
      </w:pPr>
    </w:p>
    <w:p w14:paraId="6DCB4DCB" w14:textId="77777777" w:rsidR="006D602E" w:rsidRPr="006C208E" w:rsidRDefault="006D602E" w:rsidP="006C208E">
      <w:pPr>
        <w:pStyle w:val="NoSpacing"/>
        <w:numPr>
          <w:ilvl w:val="0"/>
          <w:numId w:val="11"/>
        </w:numPr>
        <w:spacing w:line="276" w:lineRule="auto"/>
        <w:jc w:val="both"/>
        <w:rPr>
          <w:rFonts w:ascii="Times New Roman" w:hAnsi="Times New Roman" w:cs="Times New Roman"/>
          <w:b/>
          <w:sz w:val="24"/>
          <w:szCs w:val="24"/>
        </w:rPr>
      </w:pPr>
      <w:r w:rsidRPr="006C208E">
        <w:rPr>
          <w:rFonts w:ascii="Times New Roman" w:hAnsi="Times New Roman" w:cs="Times New Roman"/>
          <w:b/>
          <w:sz w:val="24"/>
          <w:szCs w:val="24"/>
        </w:rPr>
        <w:t xml:space="preserve">Risk Management </w:t>
      </w:r>
    </w:p>
    <w:p w14:paraId="1A1201D5" w14:textId="7B3D544D" w:rsidR="0088250B" w:rsidRPr="006C208E" w:rsidRDefault="00F441CA" w:rsidP="006C208E">
      <w:pPr>
        <w:pStyle w:val="NoSpacing"/>
        <w:numPr>
          <w:ilvl w:val="0"/>
          <w:numId w:val="16"/>
        </w:numPr>
        <w:spacing w:line="276" w:lineRule="auto"/>
        <w:jc w:val="both"/>
        <w:rPr>
          <w:rFonts w:ascii="Times New Roman" w:hAnsi="Times New Roman" w:cs="Times New Roman"/>
          <w:bCs/>
          <w:sz w:val="24"/>
          <w:szCs w:val="24"/>
        </w:rPr>
      </w:pPr>
      <w:r w:rsidRPr="006C208E">
        <w:rPr>
          <w:rFonts w:ascii="Times New Roman" w:hAnsi="Times New Roman" w:cs="Times New Roman"/>
          <w:bCs/>
          <w:sz w:val="24"/>
          <w:szCs w:val="24"/>
        </w:rPr>
        <w:t>D</w:t>
      </w:r>
      <w:r w:rsidR="0088250B" w:rsidRPr="006C208E">
        <w:rPr>
          <w:rFonts w:ascii="Times New Roman" w:hAnsi="Times New Roman" w:cs="Times New Roman"/>
          <w:bCs/>
          <w:sz w:val="24"/>
          <w:szCs w:val="24"/>
        </w:rPr>
        <w:t>escri</w:t>
      </w:r>
      <w:r w:rsidRPr="006C208E">
        <w:rPr>
          <w:rFonts w:ascii="Times New Roman" w:hAnsi="Times New Roman" w:cs="Times New Roman"/>
          <w:bCs/>
          <w:sz w:val="24"/>
          <w:szCs w:val="24"/>
        </w:rPr>
        <w:t>ption of</w:t>
      </w:r>
      <w:r w:rsidR="0088250B" w:rsidRPr="006C208E">
        <w:rPr>
          <w:rFonts w:ascii="Times New Roman" w:hAnsi="Times New Roman" w:cs="Times New Roman"/>
          <w:bCs/>
          <w:sz w:val="24"/>
          <w:szCs w:val="24"/>
        </w:rPr>
        <w:t xml:space="preserve"> risk mitigation measures for: supply chain risks, currency and inflation, policy and regulatory changes</w:t>
      </w:r>
      <w:r w:rsidRPr="006C208E">
        <w:rPr>
          <w:rFonts w:ascii="Times New Roman" w:hAnsi="Times New Roman" w:cs="Times New Roman"/>
          <w:bCs/>
          <w:sz w:val="24"/>
          <w:szCs w:val="24"/>
        </w:rPr>
        <w:t>;</w:t>
      </w:r>
    </w:p>
    <w:p w14:paraId="27523E11" w14:textId="4E56DE13" w:rsidR="006D602E" w:rsidRPr="006C208E" w:rsidRDefault="00F441CA" w:rsidP="006C208E">
      <w:pPr>
        <w:pStyle w:val="NoSpacing"/>
        <w:numPr>
          <w:ilvl w:val="0"/>
          <w:numId w:val="16"/>
        </w:numPr>
        <w:spacing w:line="276" w:lineRule="auto"/>
        <w:jc w:val="both"/>
        <w:rPr>
          <w:rFonts w:ascii="Times New Roman" w:hAnsi="Times New Roman" w:cs="Times New Roman"/>
          <w:bCs/>
          <w:sz w:val="24"/>
          <w:szCs w:val="24"/>
        </w:rPr>
      </w:pPr>
      <w:r w:rsidRPr="006C208E">
        <w:rPr>
          <w:rFonts w:ascii="Times New Roman" w:hAnsi="Times New Roman" w:cs="Times New Roman"/>
          <w:bCs/>
          <w:sz w:val="24"/>
          <w:szCs w:val="24"/>
        </w:rPr>
        <w:t>D</w:t>
      </w:r>
      <w:r w:rsidR="006D602E" w:rsidRPr="006C208E">
        <w:rPr>
          <w:rFonts w:ascii="Times New Roman" w:hAnsi="Times New Roman" w:cs="Times New Roman"/>
          <w:bCs/>
          <w:sz w:val="24"/>
          <w:szCs w:val="24"/>
        </w:rPr>
        <w:t>escri</w:t>
      </w:r>
      <w:r w:rsidRPr="006C208E">
        <w:rPr>
          <w:rFonts w:ascii="Times New Roman" w:hAnsi="Times New Roman" w:cs="Times New Roman"/>
          <w:bCs/>
          <w:sz w:val="24"/>
          <w:szCs w:val="24"/>
        </w:rPr>
        <w:t>ption of</w:t>
      </w:r>
      <w:r w:rsidR="006D602E" w:rsidRPr="006C208E">
        <w:rPr>
          <w:rFonts w:ascii="Times New Roman" w:hAnsi="Times New Roman" w:cs="Times New Roman"/>
          <w:bCs/>
          <w:sz w:val="24"/>
          <w:szCs w:val="24"/>
        </w:rPr>
        <w:t xml:space="preserve"> financial management system to ensure internal control</w:t>
      </w:r>
      <w:r w:rsidRPr="006C208E">
        <w:rPr>
          <w:rFonts w:ascii="Times New Roman" w:hAnsi="Times New Roman" w:cs="Times New Roman"/>
          <w:bCs/>
          <w:sz w:val="24"/>
          <w:szCs w:val="24"/>
        </w:rPr>
        <w:t>;</w:t>
      </w:r>
    </w:p>
    <w:p w14:paraId="1923D577" w14:textId="75926C5F" w:rsidR="006D602E" w:rsidRPr="006C208E" w:rsidRDefault="00F441CA" w:rsidP="006C208E">
      <w:pPr>
        <w:pStyle w:val="NoSpacing"/>
        <w:numPr>
          <w:ilvl w:val="0"/>
          <w:numId w:val="16"/>
        </w:numPr>
        <w:spacing w:line="276" w:lineRule="auto"/>
        <w:jc w:val="both"/>
        <w:rPr>
          <w:rFonts w:ascii="Times New Roman" w:hAnsi="Times New Roman" w:cs="Times New Roman"/>
          <w:bCs/>
          <w:sz w:val="24"/>
          <w:szCs w:val="24"/>
        </w:rPr>
      </w:pPr>
      <w:r w:rsidRPr="006C208E">
        <w:rPr>
          <w:rFonts w:ascii="Times New Roman" w:hAnsi="Times New Roman" w:cs="Times New Roman"/>
          <w:bCs/>
          <w:sz w:val="24"/>
          <w:szCs w:val="24"/>
        </w:rPr>
        <w:t xml:space="preserve">Description of </w:t>
      </w:r>
      <w:r w:rsidR="006D602E" w:rsidRPr="006C208E">
        <w:rPr>
          <w:rFonts w:ascii="Times New Roman" w:hAnsi="Times New Roman" w:cs="Times New Roman"/>
          <w:bCs/>
          <w:sz w:val="24"/>
          <w:szCs w:val="24"/>
        </w:rPr>
        <w:t>credit management process</w:t>
      </w:r>
      <w:r w:rsidRPr="006C208E">
        <w:rPr>
          <w:rFonts w:ascii="Times New Roman" w:hAnsi="Times New Roman" w:cs="Times New Roman"/>
          <w:bCs/>
          <w:sz w:val="24"/>
          <w:szCs w:val="24"/>
        </w:rPr>
        <w:t>;</w:t>
      </w:r>
    </w:p>
    <w:p w14:paraId="0EC0EE0E" w14:textId="0D5460D1" w:rsidR="006D602E" w:rsidRPr="006C208E" w:rsidRDefault="00F441CA" w:rsidP="006C208E">
      <w:pPr>
        <w:pStyle w:val="NoSpacing"/>
        <w:numPr>
          <w:ilvl w:val="0"/>
          <w:numId w:val="16"/>
        </w:numPr>
        <w:spacing w:line="276" w:lineRule="auto"/>
        <w:jc w:val="both"/>
        <w:rPr>
          <w:rFonts w:ascii="Times New Roman" w:hAnsi="Times New Roman" w:cs="Times New Roman"/>
          <w:bCs/>
          <w:sz w:val="24"/>
          <w:szCs w:val="24"/>
        </w:rPr>
      </w:pPr>
      <w:r w:rsidRPr="006C208E">
        <w:rPr>
          <w:rFonts w:ascii="Times New Roman" w:hAnsi="Times New Roman" w:cs="Times New Roman"/>
          <w:bCs/>
          <w:sz w:val="24"/>
          <w:szCs w:val="24"/>
        </w:rPr>
        <w:t xml:space="preserve">Description of </w:t>
      </w:r>
      <w:r w:rsidR="006D602E" w:rsidRPr="006C208E">
        <w:rPr>
          <w:rFonts w:ascii="Times New Roman" w:hAnsi="Times New Roman" w:cs="Times New Roman"/>
          <w:bCs/>
          <w:sz w:val="24"/>
          <w:szCs w:val="24"/>
        </w:rPr>
        <w:t xml:space="preserve">process of </w:t>
      </w:r>
      <w:r w:rsidR="0088250B" w:rsidRPr="006C208E">
        <w:rPr>
          <w:rFonts w:ascii="Times New Roman" w:hAnsi="Times New Roman" w:cs="Times New Roman"/>
          <w:bCs/>
          <w:sz w:val="24"/>
          <w:szCs w:val="24"/>
        </w:rPr>
        <w:t xml:space="preserve">customer default, </w:t>
      </w:r>
      <w:r w:rsidR="006D602E" w:rsidRPr="006C208E">
        <w:rPr>
          <w:rFonts w:ascii="Times New Roman" w:hAnsi="Times New Roman" w:cs="Times New Roman"/>
          <w:bCs/>
          <w:sz w:val="24"/>
          <w:szCs w:val="24"/>
        </w:rPr>
        <w:t>managing overdue payment and bad debt</w:t>
      </w:r>
      <w:r w:rsidRPr="006C208E">
        <w:rPr>
          <w:rFonts w:ascii="Times New Roman" w:hAnsi="Times New Roman" w:cs="Times New Roman"/>
          <w:bCs/>
          <w:sz w:val="24"/>
          <w:szCs w:val="24"/>
        </w:rPr>
        <w:t>;</w:t>
      </w:r>
    </w:p>
    <w:p w14:paraId="1A794EED" w14:textId="7DE16969" w:rsidR="000F03D1" w:rsidRPr="00EE543E" w:rsidRDefault="00F441CA" w:rsidP="00EE543E">
      <w:pPr>
        <w:pStyle w:val="NoSpacing"/>
        <w:numPr>
          <w:ilvl w:val="0"/>
          <w:numId w:val="16"/>
        </w:numPr>
        <w:spacing w:line="276" w:lineRule="auto"/>
        <w:jc w:val="both"/>
        <w:rPr>
          <w:rFonts w:ascii="Times New Roman" w:hAnsi="Times New Roman" w:cs="Times New Roman"/>
          <w:bCs/>
          <w:sz w:val="24"/>
          <w:szCs w:val="24"/>
        </w:rPr>
      </w:pPr>
      <w:r w:rsidRPr="006C208E">
        <w:rPr>
          <w:rFonts w:ascii="Times New Roman" w:hAnsi="Times New Roman" w:cs="Times New Roman"/>
          <w:bCs/>
          <w:sz w:val="24"/>
          <w:szCs w:val="24"/>
        </w:rPr>
        <w:t xml:space="preserve">Description of </w:t>
      </w:r>
      <w:r w:rsidR="0088250B" w:rsidRPr="006C208E">
        <w:rPr>
          <w:rFonts w:ascii="Times New Roman" w:hAnsi="Times New Roman" w:cs="Times New Roman"/>
          <w:bCs/>
          <w:sz w:val="24"/>
          <w:szCs w:val="24"/>
        </w:rPr>
        <w:t xml:space="preserve">process of managing </w:t>
      </w:r>
      <w:r w:rsidR="00A27571" w:rsidRPr="006C208E">
        <w:rPr>
          <w:rFonts w:ascii="Times New Roman" w:hAnsi="Times New Roman" w:cs="Times New Roman"/>
          <w:bCs/>
          <w:sz w:val="24"/>
          <w:szCs w:val="24"/>
        </w:rPr>
        <w:t>CCS</w:t>
      </w:r>
      <w:r w:rsidR="0088250B" w:rsidRPr="006C208E">
        <w:rPr>
          <w:rFonts w:ascii="Times New Roman" w:hAnsi="Times New Roman" w:cs="Times New Roman"/>
          <w:bCs/>
          <w:sz w:val="24"/>
          <w:szCs w:val="24"/>
        </w:rPr>
        <w:t xml:space="preserve"> technical issues at the households</w:t>
      </w:r>
      <w:r w:rsidRPr="006C208E">
        <w:rPr>
          <w:rFonts w:ascii="Times New Roman" w:hAnsi="Times New Roman" w:cs="Times New Roman"/>
          <w:bCs/>
          <w:sz w:val="24"/>
          <w:szCs w:val="24"/>
        </w:rPr>
        <w:t>.</w:t>
      </w:r>
      <w:r w:rsidR="0088250B" w:rsidRPr="006C208E">
        <w:rPr>
          <w:rFonts w:ascii="Times New Roman" w:hAnsi="Times New Roman" w:cs="Times New Roman"/>
          <w:bCs/>
          <w:sz w:val="24"/>
          <w:szCs w:val="24"/>
        </w:rPr>
        <w:t xml:space="preserve"> </w:t>
      </w:r>
    </w:p>
    <w:p w14:paraId="266F9C9F" w14:textId="77777777" w:rsidR="006D602E" w:rsidRPr="006C208E" w:rsidRDefault="006D602E" w:rsidP="006C208E">
      <w:pPr>
        <w:pStyle w:val="NoSpacing"/>
        <w:spacing w:line="276" w:lineRule="auto"/>
        <w:ind w:left="720"/>
        <w:jc w:val="both"/>
        <w:rPr>
          <w:rFonts w:ascii="Times New Roman" w:hAnsi="Times New Roman" w:cs="Times New Roman"/>
          <w:bCs/>
          <w:sz w:val="24"/>
          <w:szCs w:val="24"/>
        </w:rPr>
      </w:pPr>
    </w:p>
    <w:p w14:paraId="3AD5AAA5" w14:textId="495409C1" w:rsidR="006D602E" w:rsidRPr="006C208E" w:rsidRDefault="006D602E" w:rsidP="006C208E">
      <w:pPr>
        <w:pStyle w:val="NoSpacing"/>
        <w:numPr>
          <w:ilvl w:val="0"/>
          <w:numId w:val="11"/>
        </w:numPr>
        <w:spacing w:line="276" w:lineRule="auto"/>
        <w:jc w:val="both"/>
        <w:rPr>
          <w:rFonts w:ascii="Times New Roman" w:hAnsi="Times New Roman" w:cs="Times New Roman"/>
          <w:b/>
          <w:sz w:val="24"/>
          <w:szCs w:val="24"/>
        </w:rPr>
      </w:pPr>
      <w:r w:rsidRPr="006C208E">
        <w:rPr>
          <w:rFonts w:ascii="Times New Roman" w:hAnsi="Times New Roman" w:cs="Times New Roman"/>
          <w:b/>
          <w:sz w:val="24"/>
          <w:szCs w:val="24"/>
        </w:rPr>
        <w:t xml:space="preserve">Financial </w:t>
      </w:r>
      <w:r w:rsidR="009276C5" w:rsidRPr="006C208E">
        <w:rPr>
          <w:rFonts w:ascii="Times New Roman" w:hAnsi="Times New Roman" w:cs="Times New Roman"/>
          <w:b/>
          <w:sz w:val="24"/>
          <w:szCs w:val="24"/>
        </w:rPr>
        <w:t>Management</w:t>
      </w:r>
    </w:p>
    <w:p w14:paraId="05DCE140" w14:textId="64117C6F" w:rsidR="004C74B4" w:rsidRPr="006C208E" w:rsidRDefault="004C74B4" w:rsidP="006C208E">
      <w:pPr>
        <w:pStyle w:val="ListParagraph"/>
        <w:numPr>
          <w:ilvl w:val="0"/>
          <w:numId w:val="13"/>
        </w:numPr>
        <w:jc w:val="both"/>
        <w:rPr>
          <w:rFonts w:ascii="Times New Roman" w:hAnsi="Times New Roman" w:cs="Times New Roman"/>
          <w:sz w:val="24"/>
          <w:szCs w:val="24"/>
        </w:rPr>
      </w:pPr>
      <w:r w:rsidRPr="006C208E">
        <w:rPr>
          <w:rFonts w:ascii="Times New Roman" w:hAnsi="Times New Roman" w:cs="Times New Roman"/>
          <w:sz w:val="24"/>
          <w:szCs w:val="24"/>
        </w:rPr>
        <w:t xml:space="preserve">Project and corporate level financial projections focusing on revenue, costs, cash flow, </w:t>
      </w:r>
      <w:r w:rsidR="00F441CA" w:rsidRPr="006C208E">
        <w:rPr>
          <w:rFonts w:ascii="Times New Roman" w:hAnsi="Times New Roman" w:cs="Times New Roman"/>
          <w:sz w:val="24"/>
          <w:szCs w:val="24"/>
        </w:rPr>
        <w:t>b</w:t>
      </w:r>
      <w:r w:rsidRPr="006C208E">
        <w:rPr>
          <w:rFonts w:ascii="Times New Roman" w:hAnsi="Times New Roman" w:cs="Times New Roman"/>
          <w:sz w:val="24"/>
          <w:szCs w:val="24"/>
        </w:rPr>
        <w:t>reak-even analysis, and return on investment;</w:t>
      </w:r>
    </w:p>
    <w:p w14:paraId="05BA027C" w14:textId="77777777" w:rsidR="004C74B4" w:rsidRPr="006C208E" w:rsidRDefault="004C74B4" w:rsidP="006C208E">
      <w:pPr>
        <w:pStyle w:val="ListParagraph"/>
        <w:numPr>
          <w:ilvl w:val="0"/>
          <w:numId w:val="13"/>
        </w:numPr>
        <w:spacing w:after="0"/>
        <w:rPr>
          <w:rFonts w:ascii="Times New Roman" w:hAnsi="Times New Roman" w:cs="Times New Roman"/>
          <w:sz w:val="24"/>
          <w:szCs w:val="24"/>
        </w:rPr>
      </w:pPr>
      <w:r w:rsidRPr="006C208E">
        <w:rPr>
          <w:rFonts w:ascii="Times New Roman" w:hAnsi="Times New Roman" w:cs="Times New Roman"/>
          <w:sz w:val="24"/>
          <w:szCs w:val="24"/>
        </w:rPr>
        <w:t>Financing plan, including plans to raise equity, debt and grants to implement the plan;</w:t>
      </w:r>
    </w:p>
    <w:p w14:paraId="536BB9DE" w14:textId="77777777" w:rsidR="006D602E" w:rsidRPr="006C208E" w:rsidRDefault="006D602E" w:rsidP="006C208E">
      <w:pPr>
        <w:pStyle w:val="NoSpacing"/>
        <w:numPr>
          <w:ilvl w:val="0"/>
          <w:numId w:val="13"/>
        </w:numPr>
        <w:spacing w:line="276" w:lineRule="auto"/>
        <w:jc w:val="both"/>
        <w:rPr>
          <w:rFonts w:ascii="Times New Roman" w:hAnsi="Times New Roman" w:cs="Times New Roman"/>
          <w:sz w:val="24"/>
          <w:szCs w:val="24"/>
        </w:rPr>
      </w:pPr>
      <w:r w:rsidRPr="006C208E">
        <w:rPr>
          <w:rFonts w:ascii="Times New Roman" w:hAnsi="Times New Roman" w:cs="Times New Roman"/>
          <w:sz w:val="24"/>
          <w:szCs w:val="24"/>
        </w:rPr>
        <w:t>Budgets:</w:t>
      </w:r>
    </w:p>
    <w:p w14:paraId="66C66624" w14:textId="6AA3DAC2" w:rsidR="006D602E" w:rsidRPr="006C208E" w:rsidRDefault="006D602E" w:rsidP="006C208E">
      <w:pPr>
        <w:pStyle w:val="NoSpacing"/>
        <w:numPr>
          <w:ilvl w:val="0"/>
          <w:numId w:val="14"/>
        </w:numPr>
        <w:spacing w:line="276" w:lineRule="auto"/>
        <w:jc w:val="both"/>
        <w:rPr>
          <w:rFonts w:ascii="Times New Roman" w:hAnsi="Times New Roman" w:cs="Times New Roman"/>
          <w:snapToGrid w:val="0"/>
          <w:sz w:val="24"/>
          <w:szCs w:val="24"/>
        </w:rPr>
      </w:pPr>
      <w:r w:rsidRPr="006C208E">
        <w:rPr>
          <w:rFonts w:ascii="Times New Roman" w:hAnsi="Times New Roman" w:cs="Times New Roman"/>
          <w:snapToGrid w:val="0"/>
          <w:sz w:val="24"/>
          <w:szCs w:val="24"/>
        </w:rPr>
        <w:t>Estimated amount of loan requested</w:t>
      </w:r>
      <w:r w:rsidR="00CC48FB" w:rsidRPr="006C208E">
        <w:rPr>
          <w:rFonts w:ascii="Times New Roman" w:hAnsi="Times New Roman" w:cs="Times New Roman"/>
          <w:snapToGrid w:val="0"/>
          <w:sz w:val="24"/>
          <w:szCs w:val="24"/>
        </w:rPr>
        <w:t xml:space="preserve"> </w:t>
      </w:r>
    </w:p>
    <w:p w14:paraId="644973E1" w14:textId="77777777" w:rsidR="006D602E" w:rsidRPr="006C208E" w:rsidRDefault="006D602E" w:rsidP="006C208E">
      <w:pPr>
        <w:pStyle w:val="NoSpacing"/>
        <w:numPr>
          <w:ilvl w:val="0"/>
          <w:numId w:val="14"/>
        </w:numPr>
        <w:spacing w:line="276" w:lineRule="auto"/>
        <w:jc w:val="both"/>
        <w:rPr>
          <w:rFonts w:ascii="Times New Roman" w:hAnsi="Times New Roman" w:cs="Times New Roman"/>
          <w:snapToGrid w:val="0"/>
          <w:sz w:val="24"/>
          <w:szCs w:val="24"/>
        </w:rPr>
      </w:pPr>
      <w:r w:rsidRPr="006C208E">
        <w:rPr>
          <w:rFonts w:ascii="Times New Roman" w:hAnsi="Times New Roman" w:cs="Times New Roman"/>
          <w:snapToGrid w:val="0"/>
          <w:sz w:val="24"/>
          <w:szCs w:val="24"/>
        </w:rPr>
        <w:t xml:space="preserve">Breakdown of financing cost items: </w:t>
      </w:r>
    </w:p>
    <w:p w14:paraId="70EF61CA" w14:textId="60C45AEA" w:rsidR="006D602E" w:rsidRPr="006C208E" w:rsidRDefault="006D602E" w:rsidP="006C208E">
      <w:pPr>
        <w:pStyle w:val="NoSpacing"/>
        <w:numPr>
          <w:ilvl w:val="3"/>
          <w:numId w:val="12"/>
        </w:numPr>
        <w:spacing w:line="276" w:lineRule="auto"/>
        <w:jc w:val="both"/>
        <w:rPr>
          <w:rFonts w:ascii="Times New Roman" w:hAnsi="Times New Roman" w:cs="Times New Roman"/>
          <w:sz w:val="24"/>
          <w:szCs w:val="24"/>
        </w:rPr>
      </w:pPr>
      <w:r w:rsidRPr="006C208E">
        <w:rPr>
          <w:rFonts w:ascii="Times New Roman" w:hAnsi="Times New Roman" w:cs="Times New Roman"/>
          <w:sz w:val="24"/>
          <w:szCs w:val="24"/>
        </w:rPr>
        <w:t xml:space="preserve">Procurement, </w:t>
      </w:r>
      <w:r w:rsidR="00EE2AB5" w:rsidRPr="006C208E">
        <w:rPr>
          <w:rFonts w:ascii="Times New Roman" w:hAnsi="Times New Roman" w:cs="Times New Roman"/>
          <w:sz w:val="24"/>
          <w:szCs w:val="24"/>
        </w:rPr>
        <w:t xml:space="preserve">CRM platform, </w:t>
      </w:r>
      <w:r w:rsidRPr="006C208E">
        <w:rPr>
          <w:rFonts w:ascii="Times New Roman" w:hAnsi="Times New Roman" w:cs="Times New Roman"/>
          <w:sz w:val="24"/>
          <w:szCs w:val="24"/>
        </w:rPr>
        <w:t>transportation, installation, monitoring, post installation service, branch office and head office management cost etc.</w:t>
      </w:r>
    </w:p>
    <w:p w14:paraId="2A878788" w14:textId="77777777" w:rsidR="006D602E" w:rsidRPr="006C208E" w:rsidRDefault="006D602E" w:rsidP="006C208E">
      <w:pPr>
        <w:pStyle w:val="NoSpacing"/>
        <w:numPr>
          <w:ilvl w:val="3"/>
          <w:numId w:val="12"/>
        </w:numPr>
        <w:spacing w:line="276" w:lineRule="auto"/>
        <w:jc w:val="both"/>
        <w:rPr>
          <w:rFonts w:ascii="Times New Roman" w:hAnsi="Times New Roman" w:cs="Times New Roman"/>
          <w:snapToGrid w:val="0"/>
          <w:sz w:val="24"/>
          <w:szCs w:val="24"/>
        </w:rPr>
      </w:pPr>
      <w:r w:rsidRPr="006C208E">
        <w:rPr>
          <w:rFonts w:ascii="Times New Roman" w:hAnsi="Times New Roman" w:cs="Times New Roman"/>
          <w:sz w:val="24"/>
          <w:szCs w:val="24"/>
        </w:rPr>
        <w:t>Full financial forecasts of drawdown requests</w:t>
      </w:r>
    </w:p>
    <w:p w14:paraId="0FB6FF4E" w14:textId="0DDF9EA5" w:rsidR="006D602E" w:rsidRPr="006C208E" w:rsidRDefault="006D602E" w:rsidP="006C208E">
      <w:pPr>
        <w:pStyle w:val="NoSpacing"/>
        <w:numPr>
          <w:ilvl w:val="0"/>
          <w:numId w:val="13"/>
        </w:numPr>
        <w:spacing w:line="276" w:lineRule="auto"/>
        <w:jc w:val="both"/>
        <w:rPr>
          <w:rFonts w:ascii="Times New Roman" w:hAnsi="Times New Roman" w:cs="Times New Roman"/>
          <w:sz w:val="24"/>
          <w:szCs w:val="24"/>
        </w:rPr>
      </w:pPr>
      <w:r w:rsidRPr="006C208E">
        <w:rPr>
          <w:rFonts w:ascii="Times New Roman" w:hAnsi="Times New Roman" w:cs="Times New Roman"/>
          <w:sz w:val="24"/>
          <w:szCs w:val="24"/>
        </w:rPr>
        <w:t xml:space="preserve">Separate </w:t>
      </w:r>
      <w:r w:rsidR="00FC2FE8" w:rsidRPr="006C208E">
        <w:rPr>
          <w:rFonts w:ascii="Times New Roman" w:hAnsi="Times New Roman" w:cs="Times New Roman"/>
          <w:sz w:val="24"/>
          <w:szCs w:val="24"/>
        </w:rPr>
        <w:t xml:space="preserve">Project </w:t>
      </w:r>
      <w:r w:rsidRPr="006C208E">
        <w:rPr>
          <w:rFonts w:ascii="Times New Roman" w:hAnsi="Times New Roman" w:cs="Times New Roman"/>
          <w:sz w:val="24"/>
          <w:szCs w:val="24"/>
        </w:rPr>
        <w:t>accounting procedures (Note: Companies must maintain a separate project accounting to NNNF)</w:t>
      </w:r>
    </w:p>
    <w:p w14:paraId="7A6D0FCD" w14:textId="77777777" w:rsidR="006D602E" w:rsidRPr="006C208E" w:rsidRDefault="006D602E" w:rsidP="006C208E">
      <w:pPr>
        <w:pStyle w:val="NoSpacing"/>
        <w:spacing w:line="276" w:lineRule="auto"/>
        <w:jc w:val="both"/>
        <w:rPr>
          <w:rFonts w:ascii="Times New Roman" w:hAnsi="Times New Roman" w:cs="Times New Roman"/>
          <w:sz w:val="24"/>
          <w:szCs w:val="24"/>
        </w:rPr>
      </w:pPr>
    </w:p>
    <w:p w14:paraId="45041BB7" w14:textId="40403058" w:rsidR="006D602E" w:rsidRPr="006C208E" w:rsidRDefault="006D602E" w:rsidP="006C208E">
      <w:pPr>
        <w:pStyle w:val="NoSpacing"/>
        <w:numPr>
          <w:ilvl w:val="0"/>
          <w:numId w:val="11"/>
        </w:numPr>
        <w:spacing w:line="276" w:lineRule="auto"/>
        <w:jc w:val="both"/>
        <w:rPr>
          <w:rFonts w:ascii="Times New Roman" w:hAnsi="Times New Roman" w:cs="Times New Roman"/>
          <w:b/>
          <w:sz w:val="24"/>
          <w:szCs w:val="24"/>
        </w:rPr>
      </w:pPr>
      <w:r w:rsidRPr="006C208E">
        <w:rPr>
          <w:rFonts w:ascii="Times New Roman" w:hAnsi="Times New Roman" w:cs="Times New Roman"/>
          <w:b/>
          <w:sz w:val="24"/>
          <w:szCs w:val="24"/>
        </w:rPr>
        <w:t xml:space="preserve">Environmental and Social </w:t>
      </w:r>
      <w:r w:rsidR="0017262E" w:rsidRPr="006C208E">
        <w:rPr>
          <w:rFonts w:ascii="Times New Roman" w:hAnsi="Times New Roman" w:cs="Times New Roman"/>
          <w:b/>
          <w:sz w:val="24"/>
          <w:szCs w:val="24"/>
        </w:rPr>
        <w:t>Management System</w:t>
      </w:r>
    </w:p>
    <w:p w14:paraId="49A81937" w14:textId="798B7DED" w:rsidR="006D602E" w:rsidRPr="006C208E" w:rsidRDefault="006D602E" w:rsidP="006C208E">
      <w:pPr>
        <w:pStyle w:val="NoSpacing"/>
        <w:numPr>
          <w:ilvl w:val="0"/>
          <w:numId w:val="17"/>
        </w:numPr>
        <w:spacing w:line="276" w:lineRule="auto"/>
        <w:jc w:val="both"/>
        <w:rPr>
          <w:rFonts w:ascii="Times New Roman" w:hAnsi="Times New Roman" w:cs="Times New Roman"/>
          <w:bCs/>
          <w:sz w:val="24"/>
          <w:szCs w:val="24"/>
        </w:rPr>
      </w:pPr>
      <w:r w:rsidRPr="006C208E">
        <w:rPr>
          <w:rFonts w:ascii="Times New Roman" w:hAnsi="Times New Roman" w:cs="Times New Roman"/>
          <w:bCs/>
          <w:sz w:val="24"/>
          <w:szCs w:val="24"/>
        </w:rPr>
        <w:t xml:space="preserve">Please attach the Environmental and Social </w:t>
      </w:r>
      <w:r w:rsidR="000409E1" w:rsidRPr="006C208E">
        <w:rPr>
          <w:rFonts w:ascii="Times New Roman" w:hAnsi="Times New Roman" w:cs="Times New Roman"/>
          <w:bCs/>
          <w:sz w:val="24"/>
          <w:szCs w:val="24"/>
        </w:rPr>
        <w:t xml:space="preserve">Management System </w:t>
      </w:r>
      <w:r w:rsidRPr="006C208E">
        <w:rPr>
          <w:rFonts w:ascii="Times New Roman" w:hAnsi="Times New Roman" w:cs="Times New Roman"/>
          <w:bCs/>
          <w:sz w:val="24"/>
          <w:szCs w:val="24"/>
        </w:rPr>
        <w:t>of your organization</w:t>
      </w:r>
    </w:p>
    <w:p w14:paraId="69A19537" w14:textId="56D5DE21" w:rsidR="00FF70D4" w:rsidRPr="006C208E" w:rsidRDefault="00307138" w:rsidP="006C208E">
      <w:pPr>
        <w:pStyle w:val="ListParagraph"/>
        <w:numPr>
          <w:ilvl w:val="0"/>
          <w:numId w:val="17"/>
        </w:numPr>
        <w:spacing w:after="0"/>
        <w:jc w:val="both"/>
        <w:rPr>
          <w:rFonts w:ascii="Times New Roman" w:hAnsi="Times New Roman" w:cs="Times New Roman"/>
          <w:sz w:val="24"/>
          <w:szCs w:val="24"/>
        </w:rPr>
      </w:pPr>
      <w:r w:rsidRPr="006C208E">
        <w:rPr>
          <w:rFonts w:ascii="Times New Roman" w:hAnsi="Times New Roman" w:cs="Times New Roman"/>
          <w:bCs/>
          <w:sz w:val="24"/>
          <w:szCs w:val="24"/>
        </w:rPr>
        <w:t xml:space="preserve">Please indicate compliance with the </w:t>
      </w:r>
      <w:r w:rsidR="00C462AA" w:rsidRPr="006C208E">
        <w:rPr>
          <w:rFonts w:ascii="Times New Roman" w:hAnsi="Times New Roman" w:cs="Times New Roman"/>
          <w:bCs/>
          <w:sz w:val="24"/>
          <w:szCs w:val="24"/>
        </w:rPr>
        <w:t>P</w:t>
      </w:r>
      <w:r w:rsidRPr="006C208E">
        <w:rPr>
          <w:rFonts w:ascii="Times New Roman" w:hAnsi="Times New Roman" w:cs="Times New Roman"/>
          <w:bCs/>
          <w:sz w:val="24"/>
          <w:szCs w:val="24"/>
        </w:rPr>
        <w:t xml:space="preserve">roject’s </w:t>
      </w:r>
      <w:r w:rsidRPr="006C208E">
        <w:rPr>
          <w:rFonts w:ascii="Times New Roman" w:hAnsi="Times New Roman" w:cs="Times New Roman"/>
          <w:sz w:val="24"/>
          <w:szCs w:val="24"/>
        </w:rPr>
        <w:t>Environmental and Social Management System</w:t>
      </w:r>
      <w:r w:rsidR="0071265E" w:rsidRPr="006C208E">
        <w:rPr>
          <w:rFonts w:ascii="Times New Roman" w:hAnsi="Times New Roman" w:cs="Times New Roman"/>
          <w:sz w:val="24"/>
          <w:szCs w:val="24"/>
        </w:rPr>
        <w:t xml:space="preserve"> (ESMS)</w:t>
      </w:r>
      <w:r w:rsidR="00C462AA" w:rsidRPr="006C208E">
        <w:rPr>
          <w:rStyle w:val="FootnoteReference"/>
          <w:rFonts w:ascii="Times New Roman" w:hAnsi="Times New Roman" w:cs="Times New Roman"/>
          <w:sz w:val="24"/>
          <w:szCs w:val="24"/>
        </w:rPr>
        <w:footnoteReference w:id="9"/>
      </w:r>
      <w:r w:rsidRPr="006C208E">
        <w:rPr>
          <w:rFonts w:ascii="Times New Roman" w:hAnsi="Times New Roman" w:cs="Times New Roman"/>
          <w:sz w:val="24"/>
          <w:szCs w:val="24"/>
        </w:rPr>
        <w:t xml:space="preserve">, or </w:t>
      </w:r>
      <w:r w:rsidR="00C462AA" w:rsidRPr="006C208E">
        <w:rPr>
          <w:rFonts w:ascii="Times New Roman" w:hAnsi="Times New Roman" w:cs="Times New Roman"/>
          <w:sz w:val="24"/>
          <w:szCs w:val="24"/>
        </w:rPr>
        <w:t xml:space="preserve">a concrete </w:t>
      </w:r>
      <w:r w:rsidRPr="006C208E">
        <w:rPr>
          <w:rFonts w:ascii="Times New Roman" w:hAnsi="Times New Roman" w:cs="Times New Roman"/>
          <w:sz w:val="24"/>
          <w:szCs w:val="24"/>
        </w:rPr>
        <w:t xml:space="preserve">plan to </w:t>
      </w:r>
      <w:r w:rsidR="00C462AA" w:rsidRPr="006C208E">
        <w:rPr>
          <w:rFonts w:ascii="Times New Roman" w:hAnsi="Times New Roman" w:cs="Times New Roman"/>
          <w:sz w:val="24"/>
          <w:szCs w:val="24"/>
        </w:rPr>
        <w:t>become compliant</w:t>
      </w:r>
      <w:r w:rsidRPr="006C208E">
        <w:rPr>
          <w:rFonts w:ascii="Times New Roman" w:hAnsi="Times New Roman" w:cs="Times New Roman"/>
          <w:sz w:val="24"/>
          <w:szCs w:val="24"/>
        </w:rPr>
        <w:t xml:space="preserve"> with it during the </w:t>
      </w:r>
      <w:r w:rsidR="00C462AA" w:rsidRPr="006C208E">
        <w:rPr>
          <w:rFonts w:ascii="Times New Roman" w:hAnsi="Times New Roman" w:cs="Times New Roman"/>
          <w:sz w:val="24"/>
          <w:szCs w:val="24"/>
        </w:rPr>
        <w:t>first year of the P</w:t>
      </w:r>
      <w:r w:rsidRPr="006C208E">
        <w:rPr>
          <w:rFonts w:ascii="Times New Roman" w:hAnsi="Times New Roman" w:cs="Times New Roman"/>
          <w:sz w:val="24"/>
          <w:szCs w:val="24"/>
        </w:rPr>
        <w:t xml:space="preserve">roject (note </w:t>
      </w:r>
      <w:r w:rsidR="00C462AA" w:rsidRPr="006C208E">
        <w:rPr>
          <w:rFonts w:ascii="Times New Roman" w:hAnsi="Times New Roman" w:cs="Times New Roman"/>
          <w:sz w:val="24"/>
          <w:szCs w:val="24"/>
        </w:rPr>
        <w:t>that the</w:t>
      </w:r>
      <w:r w:rsidRPr="006C208E">
        <w:rPr>
          <w:rFonts w:ascii="Times New Roman" w:hAnsi="Times New Roman" w:cs="Times New Roman"/>
          <w:sz w:val="24"/>
          <w:szCs w:val="24"/>
        </w:rPr>
        <w:t xml:space="preserve"> </w:t>
      </w:r>
      <w:r w:rsidR="00C462AA" w:rsidRPr="006C208E">
        <w:rPr>
          <w:rFonts w:ascii="Times New Roman" w:hAnsi="Times New Roman" w:cs="Times New Roman"/>
          <w:sz w:val="24"/>
          <w:szCs w:val="24"/>
        </w:rPr>
        <w:t>P</w:t>
      </w:r>
      <w:r w:rsidRPr="006C208E">
        <w:rPr>
          <w:rFonts w:ascii="Times New Roman" w:hAnsi="Times New Roman" w:cs="Times New Roman"/>
          <w:sz w:val="24"/>
          <w:szCs w:val="24"/>
        </w:rPr>
        <w:t xml:space="preserve">roject may be able to provide </w:t>
      </w:r>
      <w:r w:rsidR="0071265E" w:rsidRPr="006C208E">
        <w:rPr>
          <w:rFonts w:ascii="Times New Roman" w:hAnsi="Times New Roman" w:cs="Times New Roman"/>
          <w:sz w:val="24"/>
          <w:szCs w:val="24"/>
        </w:rPr>
        <w:t>T</w:t>
      </w:r>
      <w:r w:rsidRPr="006C208E">
        <w:rPr>
          <w:rFonts w:ascii="Times New Roman" w:hAnsi="Times New Roman" w:cs="Times New Roman"/>
          <w:sz w:val="24"/>
          <w:szCs w:val="24"/>
        </w:rPr>
        <w:t>echnical Assistance for this purpose)</w:t>
      </w:r>
    </w:p>
    <w:p w14:paraId="0AAE5AB9" w14:textId="65B78F0C" w:rsidR="00307138" w:rsidRPr="006C208E" w:rsidRDefault="00307138" w:rsidP="006C208E">
      <w:pPr>
        <w:pStyle w:val="NoSpacing"/>
        <w:spacing w:line="276" w:lineRule="auto"/>
        <w:jc w:val="both"/>
        <w:rPr>
          <w:rFonts w:ascii="Times New Roman" w:hAnsi="Times New Roman" w:cs="Times New Roman"/>
          <w:bCs/>
          <w:sz w:val="24"/>
          <w:szCs w:val="24"/>
        </w:rPr>
      </w:pPr>
    </w:p>
    <w:p w14:paraId="728651CB" w14:textId="2B0C3FA9" w:rsidR="0071265E" w:rsidRPr="006C208E" w:rsidRDefault="0071265E" w:rsidP="006C208E">
      <w:pPr>
        <w:pStyle w:val="Heading1"/>
        <w:spacing w:before="0"/>
        <w:jc w:val="both"/>
        <w:rPr>
          <w:rFonts w:ascii="Times New Roman" w:hAnsi="Times New Roman" w:cs="Times New Roman"/>
          <w:sz w:val="24"/>
          <w:szCs w:val="24"/>
        </w:rPr>
      </w:pPr>
    </w:p>
    <w:p w14:paraId="420C4207" w14:textId="77777777" w:rsidR="0003172B" w:rsidRPr="006C208E" w:rsidRDefault="0003172B" w:rsidP="006C208E"/>
    <w:p w14:paraId="3C88A641" w14:textId="77777777" w:rsidR="0003172B" w:rsidRPr="006C208E" w:rsidRDefault="0003172B" w:rsidP="006C208E"/>
    <w:p w14:paraId="71F35C70" w14:textId="77777777" w:rsidR="0003172B" w:rsidRPr="006C208E" w:rsidRDefault="0003172B" w:rsidP="006C208E"/>
    <w:p w14:paraId="23652BE6" w14:textId="77777777" w:rsidR="0003172B" w:rsidRPr="006C208E" w:rsidRDefault="0003172B" w:rsidP="006C208E"/>
    <w:p w14:paraId="048BB84A" w14:textId="77777777" w:rsidR="00C763C0" w:rsidRPr="006C208E" w:rsidRDefault="00C763C0" w:rsidP="006C208E">
      <w:pPr>
        <w:sectPr w:rsidR="00C763C0" w:rsidRPr="006C208E" w:rsidSect="00D014E3">
          <w:pgSz w:w="11909" w:h="16834"/>
          <w:pgMar w:top="1440" w:right="1440" w:bottom="1440" w:left="1440" w:header="720" w:footer="720" w:gutter="0"/>
          <w:cols w:space="720"/>
          <w:docGrid w:linePitch="360"/>
        </w:sectPr>
      </w:pPr>
    </w:p>
    <w:p w14:paraId="26CA4F69" w14:textId="2E61BA7D" w:rsidR="0004476E" w:rsidRPr="006C208E" w:rsidRDefault="0004476E" w:rsidP="006C208E">
      <w:pPr>
        <w:pStyle w:val="Heading1"/>
        <w:spacing w:before="0"/>
        <w:jc w:val="both"/>
        <w:rPr>
          <w:rFonts w:ascii="Times New Roman" w:hAnsi="Times New Roman" w:cs="Times New Roman"/>
          <w:b w:val="0"/>
          <w:bCs w:val="0"/>
        </w:rPr>
      </w:pPr>
      <w:bookmarkStart w:id="14" w:name="_SECTION_6:_ANNEX"/>
      <w:bookmarkStart w:id="15" w:name="_Toc237975168"/>
      <w:bookmarkEnd w:id="14"/>
      <w:r w:rsidRPr="006C208E">
        <w:rPr>
          <w:rFonts w:ascii="Times New Roman" w:hAnsi="Times New Roman" w:cs="Times New Roman"/>
        </w:rPr>
        <w:lastRenderedPageBreak/>
        <w:t>SECTION 6: A</w:t>
      </w:r>
      <w:r w:rsidR="003F54BD" w:rsidRPr="006C208E">
        <w:rPr>
          <w:rFonts w:ascii="Times New Roman" w:hAnsi="Times New Roman" w:cs="Times New Roman"/>
        </w:rPr>
        <w:t>NNEX</w:t>
      </w:r>
      <w:r w:rsidRPr="006C208E">
        <w:rPr>
          <w:rFonts w:ascii="Times New Roman" w:hAnsi="Times New Roman" w:cs="Times New Roman"/>
        </w:rPr>
        <w:t xml:space="preserve"> </w:t>
      </w:r>
      <w:r w:rsidR="003F54BD" w:rsidRPr="006C208E">
        <w:rPr>
          <w:rFonts w:ascii="Times New Roman" w:hAnsi="Times New Roman" w:cs="Times New Roman"/>
        </w:rPr>
        <w:t>TO</w:t>
      </w:r>
      <w:r w:rsidRPr="006C208E">
        <w:rPr>
          <w:rFonts w:ascii="Times New Roman" w:hAnsi="Times New Roman" w:cs="Times New Roman"/>
        </w:rPr>
        <w:t xml:space="preserve"> </w:t>
      </w:r>
      <w:r w:rsidR="003F54BD" w:rsidRPr="006C208E">
        <w:rPr>
          <w:rFonts w:ascii="Times New Roman" w:hAnsi="Times New Roman" w:cs="Times New Roman"/>
        </w:rPr>
        <w:t>THE</w:t>
      </w:r>
      <w:r w:rsidRPr="006C208E">
        <w:rPr>
          <w:rFonts w:ascii="Times New Roman" w:hAnsi="Times New Roman" w:cs="Times New Roman"/>
        </w:rPr>
        <w:t xml:space="preserve"> </w:t>
      </w:r>
      <w:r w:rsidR="00CB7FF7" w:rsidRPr="006C208E">
        <w:rPr>
          <w:rFonts w:ascii="Times New Roman" w:hAnsi="Times New Roman" w:cs="Times New Roman"/>
        </w:rPr>
        <w:t>B</w:t>
      </w:r>
      <w:r w:rsidR="003F54BD" w:rsidRPr="006C208E">
        <w:rPr>
          <w:rFonts w:ascii="Times New Roman" w:hAnsi="Times New Roman" w:cs="Times New Roman"/>
        </w:rPr>
        <w:t>USINESS</w:t>
      </w:r>
      <w:r w:rsidRPr="006C208E">
        <w:rPr>
          <w:rFonts w:ascii="Times New Roman" w:hAnsi="Times New Roman" w:cs="Times New Roman"/>
        </w:rPr>
        <w:t xml:space="preserve"> </w:t>
      </w:r>
      <w:r w:rsidR="003F54BD" w:rsidRPr="006C208E">
        <w:rPr>
          <w:rFonts w:ascii="Times New Roman" w:hAnsi="Times New Roman" w:cs="Times New Roman"/>
        </w:rPr>
        <w:t>PLAN</w:t>
      </w:r>
      <w:bookmarkEnd w:id="15"/>
      <w:r w:rsidRPr="006C208E">
        <w:rPr>
          <w:rFonts w:ascii="Times New Roman" w:hAnsi="Times New Roman" w:cs="Times New Roman"/>
        </w:rPr>
        <w:t xml:space="preserve"> </w:t>
      </w:r>
    </w:p>
    <w:p w14:paraId="4D99C041" w14:textId="77777777" w:rsidR="0004476E" w:rsidRPr="006C208E" w:rsidRDefault="0004476E" w:rsidP="006C208E">
      <w:pPr>
        <w:pStyle w:val="NoSpacing"/>
        <w:spacing w:line="276" w:lineRule="auto"/>
        <w:contextualSpacing/>
        <w:rPr>
          <w:rFonts w:ascii="Times New Roman" w:hAnsi="Times New Roman" w:cs="Times New Roman"/>
          <w:sz w:val="24"/>
          <w:szCs w:val="24"/>
        </w:rPr>
      </w:pPr>
    </w:p>
    <w:p w14:paraId="1E7163F8" w14:textId="77777777" w:rsidR="0004476E" w:rsidRPr="006C208E" w:rsidRDefault="0004476E" w:rsidP="006C208E">
      <w:pPr>
        <w:pStyle w:val="NoSpacing"/>
        <w:numPr>
          <w:ilvl w:val="0"/>
          <w:numId w:val="18"/>
        </w:numPr>
        <w:spacing w:line="276" w:lineRule="auto"/>
        <w:contextualSpacing/>
        <w:rPr>
          <w:rFonts w:ascii="Times New Roman" w:hAnsi="Times New Roman" w:cs="Times New Roman"/>
          <w:b/>
          <w:bCs/>
          <w:sz w:val="24"/>
          <w:szCs w:val="24"/>
        </w:rPr>
      </w:pPr>
      <w:r w:rsidRPr="006C208E">
        <w:rPr>
          <w:rFonts w:ascii="Times New Roman" w:hAnsi="Times New Roman" w:cs="Times New Roman"/>
          <w:b/>
          <w:bCs/>
          <w:sz w:val="24"/>
          <w:szCs w:val="24"/>
        </w:rPr>
        <w:t>Organizational Information</w:t>
      </w:r>
    </w:p>
    <w:p w14:paraId="7F14D936" w14:textId="6A4BA9B1" w:rsidR="0004476E" w:rsidRPr="006C208E" w:rsidRDefault="0004476E" w:rsidP="006C208E">
      <w:pPr>
        <w:pStyle w:val="NoSpacing"/>
        <w:spacing w:line="276" w:lineRule="auto"/>
        <w:contextualSpacing/>
        <w:jc w:val="both"/>
        <w:rPr>
          <w:rFonts w:ascii="Times New Roman" w:hAnsi="Times New Roman" w:cs="Times New Roman"/>
          <w:i/>
          <w:iCs/>
          <w:sz w:val="24"/>
          <w:szCs w:val="24"/>
        </w:rPr>
      </w:pPr>
      <w:r w:rsidRPr="006C208E">
        <w:rPr>
          <w:rFonts w:ascii="Times New Roman" w:hAnsi="Times New Roman" w:cs="Times New Roman"/>
          <w:i/>
          <w:iCs/>
          <w:sz w:val="24"/>
          <w:szCs w:val="24"/>
        </w:rPr>
        <w:t xml:space="preserve">[Please attach the memorandum and articles </w:t>
      </w:r>
      <w:r w:rsidR="00025587" w:rsidRPr="006C208E">
        <w:rPr>
          <w:rFonts w:ascii="Times New Roman" w:hAnsi="Times New Roman" w:cs="Times New Roman"/>
          <w:i/>
          <w:iCs/>
          <w:sz w:val="24"/>
          <w:szCs w:val="24"/>
        </w:rPr>
        <w:t xml:space="preserve">of </w:t>
      </w:r>
      <w:r w:rsidRPr="006C208E">
        <w:rPr>
          <w:rFonts w:ascii="Times New Roman" w:hAnsi="Times New Roman" w:cs="Times New Roman"/>
          <w:i/>
          <w:iCs/>
          <w:sz w:val="24"/>
          <w:szCs w:val="24"/>
        </w:rPr>
        <w:t>association/constitutions of your organization, list of shareholders and board of directors with pen profiles, copy of registration certificates mentioned in the application form, brochures, annual reports, etc.]</w:t>
      </w:r>
    </w:p>
    <w:p w14:paraId="5DDDEEB1" w14:textId="77777777" w:rsidR="0004476E" w:rsidRPr="006C208E" w:rsidRDefault="0004476E" w:rsidP="006C208E">
      <w:pPr>
        <w:pStyle w:val="NoSpacing"/>
        <w:spacing w:line="276" w:lineRule="auto"/>
        <w:contextualSpacing/>
        <w:rPr>
          <w:rFonts w:ascii="Times New Roman" w:hAnsi="Times New Roman" w:cs="Times New Roman"/>
          <w:sz w:val="24"/>
          <w:szCs w:val="24"/>
        </w:rPr>
      </w:pPr>
    </w:p>
    <w:p w14:paraId="261AE2BB" w14:textId="4DF7B140" w:rsidR="0004476E" w:rsidRPr="006C208E" w:rsidRDefault="0004476E" w:rsidP="006C208E">
      <w:pPr>
        <w:pStyle w:val="NoSpacing"/>
        <w:numPr>
          <w:ilvl w:val="0"/>
          <w:numId w:val="18"/>
        </w:numPr>
        <w:spacing w:line="276" w:lineRule="auto"/>
        <w:contextualSpacing/>
        <w:rPr>
          <w:rFonts w:ascii="Times New Roman" w:hAnsi="Times New Roman" w:cs="Times New Roman"/>
          <w:b/>
          <w:bCs/>
          <w:sz w:val="24"/>
          <w:szCs w:val="24"/>
        </w:rPr>
      </w:pPr>
      <w:r w:rsidRPr="006C208E">
        <w:rPr>
          <w:rFonts w:ascii="Times New Roman" w:hAnsi="Times New Roman" w:cs="Times New Roman"/>
          <w:b/>
          <w:bCs/>
          <w:sz w:val="24"/>
          <w:szCs w:val="24"/>
        </w:rPr>
        <w:t xml:space="preserve">Composition of </w:t>
      </w:r>
      <w:r w:rsidR="004C74B4" w:rsidRPr="006C208E">
        <w:rPr>
          <w:rFonts w:ascii="Times New Roman" w:hAnsi="Times New Roman" w:cs="Times New Roman"/>
          <w:b/>
          <w:bCs/>
          <w:sz w:val="24"/>
          <w:szCs w:val="24"/>
        </w:rPr>
        <w:t>Leadership</w:t>
      </w:r>
      <w:r w:rsidRPr="006C208E">
        <w:rPr>
          <w:rFonts w:ascii="Times New Roman" w:hAnsi="Times New Roman" w:cs="Times New Roman"/>
          <w:b/>
          <w:bCs/>
          <w:sz w:val="24"/>
          <w:szCs w:val="24"/>
        </w:rPr>
        <w:t xml:space="preserve"> Team </w:t>
      </w:r>
    </w:p>
    <w:p w14:paraId="7078DF05" w14:textId="77777777" w:rsidR="0004476E" w:rsidRPr="006C208E" w:rsidRDefault="0004476E" w:rsidP="006C208E">
      <w:pPr>
        <w:pStyle w:val="NoSpacing"/>
        <w:spacing w:line="276" w:lineRule="auto"/>
        <w:contextualSpacing/>
        <w:rPr>
          <w:rFonts w:ascii="Times New Roman" w:hAnsi="Times New Roman" w:cs="Times New Roman"/>
          <w:sz w:val="24"/>
          <w:szCs w:val="24"/>
        </w:rPr>
      </w:pPr>
    </w:p>
    <w:tbl>
      <w:tblPr>
        <w:tblW w:w="9054" w:type="dxa"/>
        <w:tblInd w:w="18" w:type="dxa"/>
        <w:tblBorders>
          <w:top w:val="double" w:sz="6" w:space="0" w:color="auto"/>
          <w:left w:val="double" w:sz="6" w:space="0" w:color="auto"/>
          <w:bottom w:val="double" w:sz="6" w:space="0" w:color="auto"/>
          <w:right w:val="double" w:sz="6" w:space="0" w:color="auto"/>
        </w:tblBorders>
        <w:tblLayout w:type="fixed"/>
        <w:tblLook w:val="04A0" w:firstRow="1" w:lastRow="0" w:firstColumn="1" w:lastColumn="0" w:noHBand="0" w:noVBand="1"/>
      </w:tblPr>
      <w:tblGrid>
        <w:gridCol w:w="1400"/>
        <w:gridCol w:w="1417"/>
        <w:gridCol w:w="1560"/>
        <w:gridCol w:w="1275"/>
        <w:gridCol w:w="3402"/>
      </w:tblGrid>
      <w:tr w:rsidR="004C74B4" w:rsidRPr="006C208E" w14:paraId="65C02C71" w14:textId="42F5F343" w:rsidTr="00E718DA">
        <w:tc>
          <w:tcPr>
            <w:tcW w:w="5652" w:type="dxa"/>
            <w:gridSpan w:val="4"/>
            <w:tcBorders>
              <w:top w:val="nil"/>
              <w:left w:val="nil"/>
              <w:bottom w:val="nil"/>
              <w:right w:val="nil"/>
            </w:tcBorders>
          </w:tcPr>
          <w:p w14:paraId="6810C0C5" w14:textId="3257C1B0" w:rsidR="004C74B4" w:rsidRPr="006C208E" w:rsidRDefault="004C74B4" w:rsidP="006C208E">
            <w:pPr>
              <w:pStyle w:val="NoSpacing"/>
              <w:spacing w:line="276" w:lineRule="auto"/>
              <w:contextualSpacing/>
              <w:rPr>
                <w:rFonts w:ascii="Times New Roman" w:hAnsi="Times New Roman" w:cs="Times New Roman"/>
                <w:b/>
                <w:bCs/>
              </w:rPr>
            </w:pPr>
            <w:r w:rsidRPr="006C208E">
              <w:rPr>
                <w:rFonts w:ascii="Times New Roman" w:hAnsi="Times New Roman" w:cs="Times New Roman"/>
                <w:b/>
                <w:bCs/>
              </w:rPr>
              <w:t>Managerial Staff</w:t>
            </w:r>
          </w:p>
        </w:tc>
        <w:tc>
          <w:tcPr>
            <w:tcW w:w="3402" w:type="dxa"/>
            <w:tcBorders>
              <w:top w:val="nil"/>
              <w:left w:val="nil"/>
              <w:bottom w:val="nil"/>
              <w:right w:val="nil"/>
            </w:tcBorders>
          </w:tcPr>
          <w:p w14:paraId="708217FF" w14:textId="77777777" w:rsidR="004C74B4" w:rsidRPr="006C208E" w:rsidRDefault="004C74B4" w:rsidP="006C208E">
            <w:pPr>
              <w:pStyle w:val="NoSpacing"/>
              <w:spacing w:line="276" w:lineRule="auto"/>
              <w:contextualSpacing/>
              <w:rPr>
                <w:rFonts w:ascii="Times New Roman" w:hAnsi="Times New Roman" w:cs="Times New Roman"/>
                <w:b/>
                <w:bCs/>
              </w:rPr>
            </w:pPr>
          </w:p>
        </w:tc>
      </w:tr>
      <w:tr w:rsidR="004C74B4" w:rsidRPr="006C208E" w14:paraId="1D80A1D3" w14:textId="49DF767D" w:rsidTr="00E718DA">
        <w:tc>
          <w:tcPr>
            <w:tcW w:w="1400" w:type="dxa"/>
            <w:tcBorders>
              <w:top w:val="single" w:sz="6" w:space="0" w:color="auto"/>
              <w:left w:val="single" w:sz="4" w:space="0" w:color="auto"/>
              <w:bottom w:val="single" w:sz="6" w:space="0" w:color="auto"/>
              <w:right w:val="single" w:sz="6" w:space="0" w:color="auto"/>
            </w:tcBorders>
            <w:vAlign w:val="center"/>
          </w:tcPr>
          <w:p w14:paraId="1875D3F4" w14:textId="77777777" w:rsidR="004C74B4" w:rsidRPr="006C208E" w:rsidRDefault="004C74B4" w:rsidP="006C208E">
            <w:pPr>
              <w:pStyle w:val="NoSpacing"/>
              <w:spacing w:line="276" w:lineRule="auto"/>
              <w:contextualSpacing/>
              <w:jc w:val="center"/>
              <w:rPr>
                <w:rFonts w:ascii="Times New Roman" w:hAnsi="Times New Roman" w:cs="Times New Roman"/>
                <w:b/>
                <w:bCs/>
              </w:rPr>
            </w:pPr>
            <w:r w:rsidRPr="006C208E">
              <w:rPr>
                <w:rFonts w:ascii="Times New Roman" w:hAnsi="Times New Roman" w:cs="Times New Roman"/>
                <w:b/>
                <w:bCs/>
              </w:rPr>
              <w:t>Name</w:t>
            </w:r>
          </w:p>
        </w:tc>
        <w:tc>
          <w:tcPr>
            <w:tcW w:w="1417" w:type="dxa"/>
            <w:tcBorders>
              <w:top w:val="single" w:sz="6" w:space="0" w:color="auto"/>
              <w:left w:val="single" w:sz="6" w:space="0" w:color="auto"/>
              <w:bottom w:val="single" w:sz="6" w:space="0" w:color="auto"/>
              <w:right w:val="single" w:sz="6" w:space="0" w:color="auto"/>
            </w:tcBorders>
            <w:vAlign w:val="center"/>
          </w:tcPr>
          <w:p w14:paraId="7B50F681" w14:textId="77777777" w:rsidR="004C74B4" w:rsidRPr="006C208E" w:rsidRDefault="004C74B4" w:rsidP="006C208E">
            <w:pPr>
              <w:pStyle w:val="NoSpacing"/>
              <w:spacing w:line="276" w:lineRule="auto"/>
              <w:contextualSpacing/>
              <w:jc w:val="center"/>
              <w:rPr>
                <w:rFonts w:ascii="Times New Roman" w:hAnsi="Times New Roman" w:cs="Times New Roman"/>
                <w:b/>
                <w:bCs/>
              </w:rPr>
            </w:pPr>
            <w:r w:rsidRPr="006C208E">
              <w:rPr>
                <w:rFonts w:ascii="Times New Roman" w:hAnsi="Times New Roman" w:cs="Times New Roman"/>
                <w:b/>
                <w:bCs/>
              </w:rPr>
              <w:t>Position</w:t>
            </w:r>
          </w:p>
        </w:tc>
        <w:tc>
          <w:tcPr>
            <w:tcW w:w="1560" w:type="dxa"/>
            <w:tcBorders>
              <w:top w:val="single" w:sz="6" w:space="0" w:color="auto"/>
              <w:left w:val="single" w:sz="6" w:space="0" w:color="auto"/>
              <w:bottom w:val="single" w:sz="6" w:space="0" w:color="auto"/>
              <w:right w:val="single" w:sz="4" w:space="0" w:color="auto"/>
            </w:tcBorders>
            <w:vAlign w:val="center"/>
          </w:tcPr>
          <w:p w14:paraId="6C0D9BE9" w14:textId="77777777" w:rsidR="004C74B4" w:rsidRPr="006C208E" w:rsidRDefault="004C74B4" w:rsidP="006C208E">
            <w:pPr>
              <w:pStyle w:val="NoSpacing"/>
              <w:spacing w:line="276" w:lineRule="auto"/>
              <w:contextualSpacing/>
              <w:jc w:val="center"/>
              <w:rPr>
                <w:rFonts w:ascii="Times New Roman" w:hAnsi="Times New Roman" w:cs="Times New Roman"/>
                <w:b/>
                <w:bCs/>
              </w:rPr>
            </w:pPr>
            <w:r w:rsidRPr="006C208E">
              <w:rPr>
                <w:rFonts w:ascii="Times New Roman" w:hAnsi="Times New Roman" w:cs="Times New Roman"/>
                <w:b/>
                <w:bCs/>
              </w:rPr>
              <w:t>Task</w:t>
            </w:r>
          </w:p>
        </w:tc>
        <w:tc>
          <w:tcPr>
            <w:tcW w:w="1275" w:type="dxa"/>
            <w:tcBorders>
              <w:top w:val="single" w:sz="6" w:space="0" w:color="auto"/>
              <w:left w:val="single" w:sz="6" w:space="0" w:color="auto"/>
              <w:bottom w:val="single" w:sz="6" w:space="0" w:color="auto"/>
              <w:right w:val="single" w:sz="4" w:space="0" w:color="auto"/>
            </w:tcBorders>
            <w:vAlign w:val="center"/>
          </w:tcPr>
          <w:p w14:paraId="61232CF5" w14:textId="77777777" w:rsidR="004C74B4" w:rsidRPr="006C208E" w:rsidRDefault="004C74B4" w:rsidP="006C208E">
            <w:pPr>
              <w:pStyle w:val="NoSpacing"/>
              <w:spacing w:line="276" w:lineRule="auto"/>
              <w:contextualSpacing/>
              <w:jc w:val="center"/>
              <w:rPr>
                <w:rFonts w:ascii="Times New Roman" w:hAnsi="Times New Roman" w:cs="Times New Roman"/>
                <w:b/>
                <w:bCs/>
              </w:rPr>
            </w:pPr>
            <w:r w:rsidRPr="006C208E">
              <w:rPr>
                <w:rFonts w:ascii="Times New Roman" w:hAnsi="Times New Roman" w:cs="Times New Roman"/>
                <w:b/>
                <w:bCs/>
              </w:rPr>
              <w:t>Year of Joining</w:t>
            </w:r>
          </w:p>
        </w:tc>
        <w:tc>
          <w:tcPr>
            <w:tcW w:w="3402" w:type="dxa"/>
            <w:tcBorders>
              <w:top w:val="single" w:sz="6" w:space="0" w:color="auto"/>
              <w:left w:val="single" w:sz="6" w:space="0" w:color="auto"/>
              <w:bottom w:val="single" w:sz="6" w:space="0" w:color="auto"/>
              <w:right w:val="single" w:sz="4" w:space="0" w:color="auto"/>
            </w:tcBorders>
            <w:vAlign w:val="center"/>
          </w:tcPr>
          <w:p w14:paraId="1CD18622" w14:textId="04789CE5" w:rsidR="004C74B4" w:rsidRPr="006C208E" w:rsidRDefault="004C74B4" w:rsidP="006C208E">
            <w:pPr>
              <w:pStyle w:val="NoSpacing"/>
              <w:spacing w:line="276" w:lineRule="auto"/>
              <w:contextualSpacing/>
              <w:jc w:val="center"/>
              <w:rPr>
                <w:rFonts w:ascii="Times New Roman" w:hAnsi="Times New Roman" w:cs="Times New Roman"/>
                <w:b/>
                <w:bCs/>
              </w:rPr>
            </w:pPr>
            <w:r w:rsidRPr="006C208E">
              <w:rPr>
                <w:rFonts w:ascii="Times New Roman" w:hAnsi="Times New Roman" w:cs="Times New Roman"/>
                <w:b/>
                <w:bCs/>
              </w:rPr>
              <w:t>Summary of experience and qualifications</w:t>
            </w:r>
          </w:p>
        </w:tc>
      </w:tr>
      <w:tr w:rsidR="004C74B4" w:rsidRPr="006C208E" w14:paraId="45BC90AB" w14:textId="2D138F55" w:rsidTr="00E718DA">
        <w:tc>
          <w:tcPr>
            <w:tcW w:w="1400" w:type="dxa"/>
            <w:tcBorders>
              <w:left w:val="single" w:sz="4" w:space="0" w:color="auto"/>
              <w:bottom w:val="single" w:sz="6" w:space="0" w:color="auto"/>
              <w:right w:val="single" w:sz="6" w:space="0" w:color="auto"/>
            </w:tcBorders>
          </w:tcPr>
          <w:p w14:paraId="6ACCE7ED" w14:textId="77777777" w:rsidR="004C74B4" w:rsidRPr="006C208E" w:rsidRDefault="004C74B4" w:rsidP="006C208E">
            <w:pPr>
              <w:pStyle w:val="NoSpacing"/>
              <w:spacing w:line="276" w:lineRule="auto"/>
              <w:contextualSpacing/>
              <w:rPr>
                <w:rFonts w:ascii="Times New Roman" w:hAnsi="Times New Roman" w:cs="Times New Roman"/>
              </w:rPr>
            </w:pPr>
            <w:r w:rsidRPr="006C208E">
              <w:rPr>
                <w:rFonts w:ascii="Times New Roman" w:hAnsi="Times New Roman" w:cs="Times New Roman"/>
              </w:rPr>
              <w:t>.........</w:t>
            </w:r>
          </w:p>
        </w:tc>
        <w:tc>
          <w:tcPr>
            <w:tcW w:w="1417" w:type="dxa"/>
            <w:tcBorders>
              <w:left w:val="single" w:sz="6" w:space="0" w:color="auto"/>
              <w:bottom w:val="single" w:sz="6" w:space="0" w:color="auto"/>
              <w:right w:val="single" w:sz="6" w:space="0" w:color="auto"/>
            </w:tcBorders>
          </w:tcPr>
          <w:p w14:paraId="51EA6BDA" w14:textId="77777777" w:rsidR="004C74B4" w:rsidRPr="006C208E" w:rsidRDefault="004C74B4" w:rsidP="006C208E">
            <w:pPr>
              <w:pStyle w:val="NoSpacing"/>
              <w:spacing w:line="276" w:lineRule="auto"/>
              <w:contextualSpacing/>
              <w:rPr>
                <w:rFonts w:ascii="Times New Roman" w:hAnsi="Times New Roman" w:cs="Times New Roman"/>
              </w:rPr>
            </w:pPr>
          </w:p>
        </w:tc>
        <w:tc>
          <w:tcPr>
            <w:tcW w:w="1560" w:type="dxa"/>
            <w:tcBorders>
              <w:left w:val="single" w:sz="6" w:space="0" w:color="auto"/>
              <w:bottom w:val="single" w:sz="6" w:space="0" w:color="auto"/>
              <w:right w:val="single" w:sz="4" w:space="0" w:color="auto"/>
            </w:tcBorders>
          </w:tcPr>
          <w:p w14:paraId="293874AC" w14:textId="77777777" w:rsidR="004C74B4" w:rsidRPr="006C208E" w:rsidRDefault="004C74B4" w:rsidP="006C208E">
            <w:pPr>
              <w:pStyle w:val="NoSpacing"/>
              <w:spacing w:line="276" w:lineRule="auto"/>
              <w:contextualSpacing/>
              <w:rPr>
                <w:rFonts w:ascii="Times New Roman" w:hAnsi="Times New Roman" w:cs="Times New Roman"/>
              </w:rPr>
            </w:pPr>
          </w:p>
        </w:tc>
        <w:tc>
          <w:tcPr>
            <w:tcW w:w="1275" w:type="dxa"/>
            <w:tcBorders>
              <w:left w:val="single" w:sz="6" w:space="0" w:color="auto"/>
              <w:bottom w:val="single" w:sz="6" w:space="0" w:color="auto"/>
              <w:right w:val="single" w:sz="4" w:space="0" w:color="auto"/>
            </w:tcBorders>
          </w:tcPr>
          <w:p w14:paraId="75E0A23A" w14:textId="77777777" w:rsidR="004C74B4" w:rsidRPr="006C208E" w:rsidRDefault="004C74B4" w:rsidP="006C208E">
            <w:pPr>
              <w:pStyle w:val="NoSpacing"/>
              <w:spacing w:line="276" w:lineRule="auto"/>
              <w:contextualSpacing/>
              <w:rPr>
                <w:rFonts w:ascii="Times New Roman" w:hAnsi="Times New Roman" w:cs="Times New Roman"/>
              </w:rPr>
            </w:pPr>
          </w:p>
        </w:tc>
        <w:tc>
          <w:tcPr>
            <w:tcW w:w="3402" w:type="dxa"/>
            <w:tcBorders>
              <w:left w:val="single" w:sz="6" w:space="0" w:color="auto"/>
              <w:bottom w:val="single" w:sz="6" w:space="0" w:color="auto"/>
              <w:right w:val="single" w:sz="4" w:space="0" w:color="auto"/>
            </w:tcBorders>
          </w:tcPr>
          <w:p w14:paraId="626E8692" w14:textId="77777777" w:rsidR="004C74B4" w:rsidRPr="006C208E" w:rsidRDefault="004C74B4" w:rsidP="006C208E">
            <w:pPr>
              <w:pStyle w:val="NoSpacing"/>
              <w:spacing w:line="276" w:lineRule="auto"/>
              <w:contextualSpacing/>
              <w:rPr>
                <w:rFonts w:ascii="Times New Roman" w:hAnsi="Times New Roman" w:cs="Times New Roman"/>
              </w:rPr>
            </w:pPr>
          </w:p>
        </w:tc>
      </w:tr>
      <w:tr w:rsidR="004C74B4" w:rsidRPr="006C208E" w14:paraId="12B4C960" w14:textId="452D6EF3" w:rsidTr="00E718DA">
        <w:tc>
          <w:tcPr>
            <w:tcW w:w="1400" w:type="dxa"/>
            <w:tcBorders>
              <w:top w:val="single" w:sz="6" w:space="0" w:color="auto"/>
              <w:left w:val="single" w:sz="4" w:space="0" w:color="auto"/>
              <w:bottom w:val="single" w:sz="6" w:space="0" w:color="auto"/>
              <w:right w:val="single" w:sz="6" w:space="0" w:color="auto"/>
            </w:tcBorders>
          </w:tcPr>
          <w:p w14:paraId="6E06C4DD" w14:textId="77777777" w:rsidR="004C74B4" w:rsidRPr="006C208E" w:rsidRDefault="004C74B4" w:rsidP="006C208E">
            <w:pPr>
              <w:pStyle w:val="NoSpacing"/>
              <w:spacing w:line="276" w:lineRule="auto"/>
              <w:contextualSpacing/>
              <w:rPr>
                <w:rFonts w:ascii="Times New Roman" w:hAnsi="Times New Roman" w:cs="Times New Roman"/>
              </w:rPr>
            </w:pPr>
            <w:r w:rsidRPr="006C208E">
              <w:rPr>
                <w:rFonts w:ascii="Times New Roman" w:hAnsi="Times New Roman" w:cs="Times New Roman"/>
              </w:rPr>
              <w:t>............</w:t>
            </w:r>
          </w:p>
        </w:tc>
        <w:tc>
          <w:tcPr>
            <w:tcW w:w="1417" w:type="dxa"/>
            <w:tcBorders>
              <w:top w:val="single" w:sz="6" w:space="0" w:color="auto"/>
              <w:left w:val="single" w:sz="6" w:space="0" w:color="auto"/>
              <w:bottom w:val="single" w:sz="6" w:space="0" w:color="auto"/>
              <w:right w:val="single" w:sz="6" w:space="0" w:color="auto"/>
            </w:tcBorders>
          </w:tcPr>
          <w:p w14:paraId="14BB3CD6" w14:textId="77777777" w:rsidR="004C74B4" w:rsidRPr="006C208E" w:rsidRDefault="004C74B4" w:rsidP="006C208E">
            <w:pPr>
              <w:pStyle w:val="NoSpacing"/>
              <w:spacing w:line="276" w:lineRule="auto"/>
              <w:contextualSpacing/>
              <w:rPr>
                <w:rFonts w:ascii="Times New Roman" w:hAnsi="Times New Roman" w:cs="Times New Roman"/>
              </w:rPr>
            </w:pPr>
          </w:p>
        </w:tc>
        <w:tc>
          <w:tcPr>
            <w:tcW w:w="1560" w:type="dxa"/>
            <w:tcBorders>
              <w:top w:val="single" w:sz="6" w:space="0" w:color="auto"/>
              <w:left w:val="single" w:sz="6" w:space="0" w:color="auto"/>
              <w:bottom w:val="single" w:sz="6" w:space="0" w:color="auto"/>
              <w:right w:val="single" w:sz="4" w:space="0" w:color="auto"/>
            </w:tcBorders>
          </w:tcPr>
          <w:p w14:paraId="6E199C9B" w14:textId="77777777" w:rsidR="004C74B4" w:rsidRPr="006C208E" w:rsidRDefault="004C74B4" w:rsidP="006C208E">
            <w:pPr>
              <w:pStyle w:val="NoSpacing"/>
              <w:spacing w:line="276" w:lineRule="auto"/>
              <w:contextualSpacing/>
              <w:rPr>
                <w:rFonts w:ascii="Times New Roman" w:hAnsi="Times New Roman" w:cs="Times New Roman"/>
              </w:rPr>
            </w:pPr>
          </w:p>
        </w:tc>
        <w:tc>
          <w:tcPr>
            <w:tcW w:w="1275" w:type="dxa"/>
            <w:tcBorders>
              <w:top w:val="single" w:sz="6" w:space="0" w:color="auto"/>
              <w:left w:val="single" w:sz="6" w:space="0" w:color="auto"/>
              <w:bottom w:val="single" w:sz="6" w:space="0" w:color="auto"/>
              <w:right w:val="single" w:sz="4" w:space="0" w:color="auto"/>
            </w:tcBorders>
          </w:tcPr>
          <w:p w14:paraId="6799CF5B" w14:textId="77777777" w:rsidR="004C74B4" w:rsidRPr="006C208E" w:rsidRDefault="004C74B4" w:rsidP="006C208E">
            <w:pPr>
              <w:pStyle w:val="NoSpacing"/>
              <w:spacing w:line="276" w:lineRule="auto"/>
              <w:contextualSpacing/>
              <w:rPr>
                <w:rFonts w:ascii="Times New Roman" w:hAnsi="Times New Roman" w:cs="Times New Roman"/>
              </w:rPr>
            </w:pPr>
          </w:p>
        </w:tc>
        <w:tc>
          <w:tcPr>
            <w:tcW w:w="3402" w:type="dxa"/>
            <w:tcBorders>
              <w:top w:val="single" w:sz="6" w:space="0" w:color="auto"/>
              <w:left w:val="single" w:sz="6" w:space="0" w:color="auto"/>
              <w:bottom w:val="single" w:sz="6" w:space="0" w:color="auto"/>
              <w:right w:val="single" w:sz="4" w:space="0" w:color="auto"/>
            </w:tcBorders>
          </w:tcPr>
          <w:p w14:paraId="7B0626EE" w14:textId="77777777" w:rsidR="004C74B4" w:rsidRPr="006C208E" w:rsidRDefault="004C74B4" w:rsidP="006C208E">
            <w:pPr>
              <w:pStyle w:val="NoSpacing"/>
              <w:spacing w:line="276" w:lineRule="auto"/>
              <w:contextualSpacing/>
              <w:rPr>
                <w:rFonts w:ascii="Times New Roman" w:hAnsi="Times New Roman" w:cs="Times New Roman"/>
              </w:rPr>
            </w:pPr>
          </w:p>
        </w:tc>
      </w:tr>
      <w:tr w:rsidR="004C74B4" w:rsidRPr="006C208E" w14:paraId="7BF4911F" w14:textId="361083AE" w:rsidTr="00E718DA">
        <w:tc>
          <w:tcPr>
            <w:tcW w:w="1400" w:type="dxa"/>
            <w:tcBorders>
              <w:top w:val="single" w:sz="6" w:space="0" w:color="auto"/>
              <w:left w:val="single" w:sz="4" w:space="0" w:color="auto"/>
              <w:bottom w:val="single" w:sz="6" w:space="0" w:color="auto"/>
              <w:right w:val="single" w:sz="6" w:space="0" w:color="auto"/>
            </w:tcBorders>
          </w:tcPr>
          <w:p w14:paraId="3C9E3042" w14:textId="77777777" w:rsidR="004C74B4" w:rsidRPr="006C208E" w:rsidRDefault="004C74B4" w:rsidP="006C208E">
            <w:pPr>
              <w:pStyle w:val="NoSpacing"/>
              <w:spacing w:line="276" w:lineRule="auto"/>
              <w:contextualSpacing/>
              <w:rPr>
                <w:rFonts w:ascii="Times New Roman" w:hAnsi="Times New Roman" w:cs="Times New Roman"/>
              </w:rPr>
            </w:pPr>
          </w:p>
        </w:tc>
        <w:tc>
          <w:tcPr>
            <w:tcW w:w="1417" w:type="dxa"/>
            <w:tcBorders>
              <w:top w:val="single" w:sz="6" w:space="0" w:color="auto"/>
              <w:left w:val="single" w:sz="6" w:space="0" w:color="auto"/>
              <w:bottom w:val="single" w:sz="6" w:space="0" w:color="auto"/>
              <w:right w:val="single" w:sz="6" w:space="0" w:color="auto"/>
            </w:tcBorders>
          </w:tcPr>
          <w:p w14:paraId="1BAE194A" w14:textId="77777777" w:rsidR="004C74B4" w:rsidRPr="006C208E" w:rsidRDefault="004C74B4" w:rsidP="006C208E">
            <w:pPr>
              <w:pStyle w:val="NoSpacing"/>
              <w:spacing w:line="276" w:lineRule="auto"/>
              <w:contextualSpacing/>
              <w:rPr>
                <w:rFonts w:ascii="Times New Roman" w:hAnsi="Times New Roman" w:cs="Times New Roman"/>
              </w:rPr>
            </w:pPr>
          </w:p>
        </w:tc>
        <w:tc>
          <w:tcPr>
            <w:tcW w:w="1560" w:type="dxa"/>
            <w:tcBorders>
              <w:top w:val="single" w:sz="6" w:space="0" w:color="auto"/>
              <w:left w:val="single" w:sz="6" w:space="0" w:color="auto"/>
              <w:bottom w:val="single" w:sz="6" w:space="0" w:color="auto"/>
              <w:right w:val="single" w:sz="4" w:space="0" w:color="auto"/>
            </w:tcBorders>
          </w:tcPr>
          <w:p w14:paraId="010CE009" w14:textId="77777777" w:rsidR="004C74B4" w:rsidRPr="006C208E" w:rsidRDefault="004C74B4" w:rsidP="006C208E">
            <w:pPr>
              <w:pStyle w:val="NoSpacing"/>
              <w:spacing w:line="276" w:lineRule="auto"/>
              <w:contextualSpacing/>
              <w:rPr>
                <w:rFonts w:ascii="Times New Roman" w:hAnsi="Times New Roman" w:cs="Times New Roman"/>
              </w:rPr>
            </w:pPr>
          </w:p>
        </w:tc>
        <w:tc>
          <w:tcPr>
            <w:tcW w:w="1275" w:type="dxa"/>
            <w:tcBorders>
              <w:top w:val="single" w:sz="6" w:space="0" w:color="auto"/>
              <w:left w:val="single" w:sz="6" w:space="0" w:color="auto"/>
              <w:bottom w:val="single" w:sz="6" w:space="0" w:color="auto"/>
              <w:right w:val="single" w:sz="4" w:space="0" w:color="auto"/>
            </w:tcBorders>
          </w:tcPr>
          <w:p w14:paraId="65FB7CEE" w14:textId="77777777" w:rsidR="004C74B4" w:rsidRPr="006C208E" w:rsidRDefault="004C74B4" w:rsidP="006C208E">
            <w:pPr>
              <w:pStyle w:val="NoSpacing"/>
              <w:spacing w:line="276" w:lineRule="auto"/>
              <w:contextualSpacing/>
              <w:rPr>
                <w:rFonts w:ascii="Times New Roman" w:hAnsi="Times New Roman" w:cs="Times New Roman"/>
              </w:rPr>
            </w:pPr>
          </w:p>
        </w:tc>
        <w:tc>
          <w:tcPr>
            <w:tcW w:w="3402" w:type="dxa"/>
            <w:tcBorders>
              <w:top w:val="single" w:sz="6" w:space="0" w:color="auto"/>
              <w:left w:val="single" w:sz="6" w:space="0" w:color="auto"/>
              <w:bottom w:val="single" w:sz="6" w:space="0" w:color="auto"/>
              <w:right w:val="single" w:sz="4" w:space="0" w:color="auto"/>
            </w:tcBorders>
          </w:tcPr>
          <w:p w14:paraId="32987092" w14:textId="77777777" w:rsidR="004C74B4" w:rsidRPr="006C208E" w:rsidRDefault="004C74B4" w:rsidP="006C208E">
            <w:pPr>
              <w:pStyle w:val="NoSpacing"/>
              <w:spacing w:line="276" w:lineRule="auto"/>
              <w:contextualSpacing/>
              <w:rPr>
                <w:rFonts w:ascii="Times New Roman" w:hAnsi="Times New Roman" w:cs="Times New Roman"/>
              </w:rPr>
            </w:pPr>
          </w:p>
        </w:tc>
      </w:tr>
    </w:tbl>
    <w:p w14:paraId="6F84ED16" w14:textId="77777777" w:rsidR="0004476E" w:rsidRPr="006C208E" w:rsidRDefault="0004476E" w:rsidP="006C208E">
      <w:pPr>
        <w:pStyle w:val="NoSpacing"/>
        <w:spacing w:line="276" w:lineRule="auto"/>
        <w:contextualSpacing/>
        <w:rPr>
          <w:rFonts w:ascii="Times New Roman" w:hAnsi="Times New Roman" w:cs="Times New Roman"/>
          <w:sz w:val="24"/>
          <w:szCs w:val="24"/>
        </w:rPr>
      </w:pPr>
      <w:r w:rsidRPr="006C208E">
        <w:rPr>
          <w:rFonts w:ascii="Times New Roman" w:hAnsi="Times New Roman" w:cs="Times New Roman"/>
          <w:sz w:val="24"/>
          <w:szCs w:val="24"/>
        </w:rPr>
        <w:tab/>
      </w:r>
    </w:p>
    <w:p w14:paraId="598869B0" w14:textId="6BAE43D1" w:rsidR="0004476E" w:rsidRPr="006C208E" w:rsidRDefault="0004476E" w:rsidP="006C208E">
      <w:pPr>
        <w:pStyle w:val="NoSpacing"/>
        <w:numPr>
          <w:ilvl w:val="0"/>
          <w:numId w:val="18"/>
        </w:numPr>
        <w:spacing w:line="276" w:lineRule="auto"/>
        <w:contextualSpacing/>
        <w:rPr>
          <w:rFonts w:ascii="Times New Roman" w:hAnsi="Times New Roman" w:cs="Times New Roman"/>
          <w:b/>
          <w:bCs/>
          <w:sz w:val="24"/>
          <w:szCs w:val="24"/>
        </w:rPr>
      </w:pPr>
      <w:r w:rsidRPr="006C208E">
        <w:rPr>
          <w:rFonts w:ascii="Times New Roman" w:hAnsi="Times New Roman" w:cs="Times New Roman"/>
          <w:b/>
          <w:bCs/>
          <w:sz w:val="24"/>
          <w:szCs w:val="24"/>
        </w:rPr>
        <w:t xml:space="preserve">Composition of Proposed </w:t>
      </w:r>
      <w:r w:rsidR="00E54512" w:rsidRPr="006C208E">
        <w:rPr>
          <w:rFonts w:ascii="Times New Roman" w:hAnsi="Times New Roman" w:cs="Times New Roman"/>
          <w:b/>
          <w:bCs/>
          <w:sz w:val="24"/>
          <w:szCs w:val="24"/>
        </w:rPr>
        <w:t xml:space="preserve">Project </w:t>
      </w:r>
      <w:r w:rsidRPr="006C208E">
        <w:rPr>
          <w:rFonts w:ascii="Times New Roman" w:hAnsi="Times New Roman" w:cs="Times New Roman"/>
          <w:b/>
          <w:bCs/>
          <w:sz w:val="24"/>
          <w:szCs w:val="24"/>
        </w:rPr>
        <w:t xml:space="preserve">Team </w:t>
      </w:r>
    </w:p>
    <w:p w14:paraId="614B7926" w14:textId="77777777" w:rsidR="0004476E" w:rsidRPr="006C208E" w:rsidRDefault="0004476E" w:rsidP="006C208E">
      <w:pPr>
        <w:pStyle w:val="NoSpacing"/>
        <w:spacing w:line="276" w:lineRule="auto"/>
        <w:contextualSpacing/>
        <w:rPr>
          <w:rFonts w:ascii="Times New Roman" w:hAnsi="Times New Roman" w:cs="Times New Roman"/>
          <w:sz w:val="24"/>
          <w:szCs w:val="24"/>
        </w:rPr>
      </w:pPr>
    </w:p>
    <w:tbl>
      <w:tblPr>
        <w:tblW w:w="9162" w:type="dxa"/>
        <w:tblInd w:w="18" w:type="dxa"/>
        <w:tblBorders>
          <w:top w:val="double" w:sz="6" w:space="0" w:color="auto"/>
          <w:left w:val="double" w:sz="6" w:space="0" w:color="auto"/>
          <w:bottom w:val="double" w:sz="6" w:space="0" w:color="auto"/>
          <w:right w:val="double" w:sz="6" w:space="0" w:color="auto"/>
        </w:tblBorders>
        <w:tblLayout w:type="fixed"/>
        <w:tblLook w:val="04A0" w:firstRow="1" w:lastRow="0" w:firstColumn="1" w:lastColumn="0" w:noHBand="0" w:noVBand="1"/>
      </w:tblPr>
      <w:tblGrid>
        <w:gridCol w:w="1400"/>
        <w:gridCol w:w="1417"/>
        <w:gridCol w:w="4743"/>
        <w:gridCol w:w="1602"/>
      </w:tblGrid>
      <w:tr w:rsidR="00F139FF" w:rsidRPr="006C208E" w14:paraId="19457BA3" w14:textId="77777777">
        <w:tc>
          <w:tcPr>
            <w:tcW w:w="9162" w:type="dxa"/>
            <w:gridSpan w:val="4"/>
            <w:tcBorders>
              <w:top w:val="nil"/>
              <w:left w:val="nil"/>
              <w:bottom w:val="nil"/>
              <w:right w:val="nil"/>
            </w:tcBorders>
          </w:tcPr>
          <w:p w14:paraId="27739C72" w14:textId="176CA2B0" w:rsidR="0004476E" w:rsidRPr="006C208E" w:rsidRDefault="00E54512" w:rsidP="006C208E">
            <w:pPr>
              <w:pStyle w:val="NoSpacing"/>
              <w:spacing w:line="276" w:lineRule="auto"/>
              <w:contextualSpacing/>
              <w:rPr>
                <w:rFonts w:ascii="Times New Roman" w:hAnsi="Times New Roman" w:cs="Times New Roman"/>
                <w:b/>
                <w:bCs/>
              </w:rPr>
            </w:pPr>
            <w:r w:rsidRPr="006C208E">
              <w:rPr>
                <w:rFonts w:ascii="Times New Roman" w:hAnsi="Times New Roman" w:cs="Times New Roman"/>
                <w:b/>
                <w:bCs/>
              </w:rPr>
              <w:t xml:space="preserve">Key staff </w:t>
            </w:r>
            <w:r w:rsidR="004C74B4" w:rsidRPr="006C208E">
              <w:rPr>
                <w:rFonts w:ascii="Times New Roman" w:hAnsi="Times New Roman" w:cs="Times New Roman"/>
                <w:b/>
                <w:bCs/>
              </w:rPr>
              <w:t>proposed to manage and implement the Business Plan</w:t>
            </w:r>
            <w:r w:rsidR="001E48BC" w:rsidRPr="006C208E">
              <w:rPr>
                <w:rStyle w:val="FootnoteReference"/>
                <w:rFonts w:ascii="Times New Roman" w:hAnsi="Times New Roman" w:cs="Times New Roman"/>
                <w:b/>
                <w:bCs/>
              </w:rPr>
              <w:footnoteReference w:id="10"/>
            </w:r>
          </w:p>
        </w:tc>
      </w:tr>
      <w:tr w:rsidR="00F139FF" w:rsidRPr="006C208E" w14:paraId="0F6C21AA" w14:textId="77777777" w:rsidTr="00E718DA">
        <w:tc>
          <w:tcPr>
            <w:tcW w:w="1400" w:type="dxa"/>
            <w:tcBorders>
              <w:top w:val="single" w:sz="6" w:space="0" w:color="auto"/>
              <w:left w:val="single" w:sz="4" w:space="0" w:color="auto"/>
              <w:bottom w:val="single" w:sz="6" w:space="0" w:color="auto"/>
              <w:right w:val="single" w:sz="6" w:space="0" w:color="auto"/>
            </w:tcBorders>
            <w:vAlign w:val="center"/>
          </w:tcPr>
          <w:p w14:paraId="19A4D4DD" w14:textId="77777777" w:rsidR="0004476E" w:rsidRPr="006C208E" w:rsidRDefault="0004476E" w:rsidP="006C208E">
            <w:pPr>
              <w:pStyle w:val="NoSpacing"/>
              <w:spacing w:line="276" w:lineRule="auto"/>
              <w:contextualSpacing/>
              <w:jc w:val="center"/>
              <w:rPr>
                <w:rFonts w:ascii="Times New Roman" w:hAnsi="Times New Roman" w:cs="Times New Roman"/>
                <w:b/>
                <w:bCs/>
              </w:rPr>
            </w:pPr>
            <w:r w:rsidRPr="006C208E">
              <w:rPr>
                <w:rFonts w:ascii="Times New Roman" w:hAnsi="Times New Roman" w:cs="Times New Roman"/>
                <w:b/>
                <w:bCs/>
              </w:rPr>
              <w:t>Name</w:t>
            </w:r>
          </w:p>
        </w:tc>
        <w:tc>
          <w:tcPr>
            <w:tcW w:w="1417" w:type="dxa"/>
            <w:tcBorders>
              <w:top w:val="single" w:sz="6" w:space="0" w:color="auto"/>
              <w:left w:val="single" w:sz="6" w:space="0" w:color="auto"/>
              <w:bottom w:val="single" w:sz="6" w:space="0" w:color="auto"/>
              <w:right w:val="single" w:sz="6" w:space="0" w:color="auto"/>
            </w:tcBorders>
            <w:vAlign w:val="center"/>
          </w:tcPr>
          <w:p w14:paraId="6386E20C" w14:textId="77777777" w:rsidR="0004476E" w:rsidRPr="006C208E" w:rsidRDefault="0004476E" w:rsidP="006C208E">
            <w:pPr>
              <w:pStyle w:val="NoSpacing"/>
              <w:spacing w:line="276" w:lineRule="auto"/>
              <w:contextualSpacing/>
              <w:jc w:val="center"/>
              <w:rPr>
                <w:rFonts w:ascii="Times New Roman" w:hAnsi="Times New Roman" w:cs="Times New Roman"/>
                <w:b/>
                <w:bCs/>
              </w:rPr>
            </w:pPr>
            <w:r w:rsidRPr="006C208E">
              <w:rPr>
                <w:rFonts w:ascii="Times New Roman" w:hAnsi="Times New Roman" w:cs="Times New Roman"/>
                <w:b/>
                <w:bCs/>
              </w:rPr>
              <w:t>Proposed Position</w:t>
            </w:r>
          </w:p>
        </w:tc>
        <w:tc>
          <w:tcPr>
            <w:tcW w:w="4743" w:type="dxa"/>
            <w:tcBorders>
              <w:top w:val="single" w:sz="6" w:space="0" w:color="auto"/>
              <w:left w:val="single" w:sz="6" w:space="0" w:color="auto"/>
              <w:bottom w:val="single" w:sz="6" w:space="0" w:color="auto"/>
              <w:right w:val="single" w:sz="4" w:space="0" w:color="auto"/>
            </w:tcBorders>
            <w:vAlign w:val="center"/>
          </w:tcPr>
          <w:p w14:paraId="489AD64D" w14:textId="1E6EDEA7" w:rsidR="0004476E" w:rsidRPr="006C208E" w:rsidRDefault="001E48BC" w:rsidP="006C208E">
            <w:pPr>
              <w:pStyle w:val="NoSpacing"/>
              <w:spacing w:line="276" w:lineRule="auto"/>
              <w:contextualSpacing/>
              <w:jc w:val="center"/>
              <w:rPr>
                <w:rFonts w:ascii="Times New Roman" w:hAnsi="Times New Roman" w:cs="Times New Roman"/>
                <w:b/>
                <w:bCs/>
              </w:rPr>
            </w:pPr>
            <w:r w:rsidRPr="006C208E">
              <w:rPr>
                <w:rFonts w:ascii="Times New Roman" w:hAnsi="Times New Roman" w:cs="Times New Roman"/>
                <w:b/>
                <w:bCs/>
              </w:rPr>
              <w:t xml:space="preserve">Summary of </w:t>
            </w:r>
            <w:r w:rsidR="0004476E" w:rsidRPr="006C208E">
              <w:rPr>
                <w:rFonts w:ascii="Times New Roman" w:hAnsi="Times New Roman" w:cs="Times New Roman"/>
                <w:b/>
                <w:bCs/>
              </w:rPr>
              <w:t>Education Qualification</w:t>
            </w:r>
            <w:r w:rsidRPr="006C208E">
              <w:rPr>
                <w:rFonts w:ascii="Times New Roman" w:hAnsi="Times New Roman" w:cs="Times New Roman"/>
                <w:b/>
                <w:bCs/>
              </w:rPr>
              <w:t>s and Business Experience</w:t>
            </w:r>
          </w:p>
        </w:tc>
        <w:tc>
          <w:tcPr>
            <w:tcW w:w="1602" w:type="dxa"/>
            <w:tcBorders>
              <w:top w:val="single" w:sz="6" w:space="0" w:color="auto"/>
              <w:left w:val="single" w:sz="6" w:space="0" w:color="auto"/>
              <w:bottom w:val="single" w:sz="6" w:space="0" w:color="auto"/>
              <w:right w:val="single" w:sz="4" w:space="0" w:color="auto"/>
            </w:tcBorders>
            <w:vAlign w:val="center"/>
          </w:tcPr>
          <w:p w14:paraId="771C300C" w14:textId="77777777" w:rsidR="0004476E" w:rsidRPr="006C208E" w:rsidRDefault="0004476E" w:rsidP="006C208E">
            <w:pPr>
              <w:pStyle w:val="NoSpacing"/>
              <w:spacing w:line="276" w:lineRule="auto"/>
              <w:contextualSpacing/>
              <w:jc w:val="center"/>
              <w:rPr>
                <w:rFonts w:ascii="Times New Roman" w:hAnsi="Times New Roman" w:cs="Times New Roman"/>
                <w:b/>
                <w:bCs/>
              </w:rPr>
            </w:pPr>
            <w:r w:rsidRPr="006C208E">
              <w:rPr>
                <w:rFonts w:ascii="Times New Roman" w:hAnsi="Times New Roman" w:cs="Times New Roman"/>
                <w:b/>
                <w:bCs/>
              </w:rPr>
              <w:t>Years of Experience</w:t>
            </w:r>
          </w:p>
        </w:tc>
      </w:tr>
      <w:tr w:rsidR="00F139FF" w:rsidRPr="006C208E" w14:paraId="5381F2E7" w14:textId="77777777" w:rsidTr="00E718DA">
        <w:tc>
          <w:tcPr>
            <w:tcW w:w="1400" w:type="dxa"/>
            <w:tcBorders>
              <w:left w:val="single" w:sz="4" w:space="0" w:color="auto"/>
              <w:bottom w:val="single" w:sz="6" w:space="0" w:color="auto"/>
              <w:right w:val="single" w:sz="6" w:space="0" w:color="auto"/>
            </w:tcBorders>
          </w:tcPr>
          <w:p w14:paraId="4254406A" w14:textId="77777777" w:rsidR="0004476E" w:rsidRPr="006C208E" w:rsidRDefault="0004476E" w:rsidP="006C208E">
            <w:pPr>
              <w:pStyle w:val="NoSpacing"/>
              <w:spacing w:line="276" w:lineRule="auto"/>
              <w:contextualSpacing/>
              <w:rPr>
                <w:rFonts w:ascii="Times New Roman" w:hAnsi="Times New Roman" w:cs="Times New Roman"/>
              </w:rPr>
            </w:pPr>
            <w:r w:rsidRPr="006C208E">
              <w:rPr>
                <w:rFonts w:ascii="Times New Roman" w:hAnsi="Times New Roman" w:cs="Times New Roman"/>
              </w:rPr>
              <w:t>.........</w:t>
            </w:r>
          </w:p>
        </w:tc>
        <w:tc>
          <w:tcPr>
            <w:tcW w:w="1417" w:type="dxa"/>
            <w:tcBorders>
              <w:left w:val="single" w:sz="6" w:space="0" w:color="auto"/>
              <w:bottom w:val="single" w:sz="6" w:space="0" w:color="auto"/>
              <w:right w:val="single" w:sz="6" w:space="0" w:color="auto"/>
            </w:tcBorders>
          </w:tcPr>
          <w:p w14:paraId="3537EB30" w14:textId="77777777" w:rsidR="0004476E" w:rsidRPr="006C208E" w:rsidRDefault="0004476E" w:rsidP="006C208E">
            <w:pPr>
              <w:pStyle w:val="NoSpacing"/>
              <w:spacing w:line="276" w:lineRule="auto"/>
              <w:contextualSpacing/>
              <w:rPr>
                <w:rFonts w:ascii="Times New Roman" w:hAnsi="Times New Roman" w:cs="Times New Roman"/>
              </w:rPr>
            </w:pPr>
          </w:p>
        </w:tc>
        <w:tc>
          <w:tcPr>
            <w:tcW w:w="4743" w:type="dxa"/>
            <w:tcBorders>
              <w:left w:val="single" w:sz="6" w:space="0" w:color="auto"/>
              <w:bottom w:val="single" w:sz="6" w:space="0" w:color="auto"/>
              <w:right w:val="single" w:sz="4" w:space="0" w:color="auto"/>
            </w:tcBorders>
          </w:tcPr>
          <w:p w14:paraId="3D46719F" w14:textId="77777777" w:rsidR="0004476E" w:rsidRPr="006C208E" w:rsidRDefault="0004476E" w:rsidP="006C208E">
            <w:pPr>
              <w:pStyle w:val="NoSpacing"/>
              <w:spacing w:line="276" w:lineRule="auto"/>
              <w:contextualSpacing/>
              <w:rPr>
                <w:rFonts w:ascii="Times New Roman" w:hAnsi="Times New Roman" w:cs="Times New Roman"/>
              </w:rPr>
            </w:pPr>
          </w:p>
        </w:tc>
        <w:tc>
          <w:tcPr>
            <w:tcW w:w="1602" w:type="dxa"/>
            <w:tcBorders>
              <w:left w:val="single" w:sz="6" w:space="0" w:color="auto"/>
              <w:bottom w:val="single" w:sz="6" w:space="0" w:color="auto"/>
              <w:right w:val="single" w:sz="4" w:space="0" w:color="auto"/>
            </w:tcBorders>
          </w:tcPr>
          <w:p w14:paraId="5281AACA" w14:textId="77777777" w:rsidR="0004476E" w:rsidRPr="006C208E" w:rsidRDefault="0004476E" w:rsidP="006C208E">
            <w:pPr>
              <w:pStyle w:val="NoSpacing"/>
              <w:spacing w:line="276" w:lineRule="auto"/>
              <w:contextualSpacing/>
              <w:rPr>
                <w:rFonts w:ascii="Times New Roman" w:hAnsi="Times New Roman" w:cs="Times New Roman"/>
              </w:rPr>
            </w:pPr>
          </w:p>
        </w:tc>
      </w:tr>
      <w:tr w:rsidR="00F139FF" w:rsidRPr="006C208E" w14:paraId="5A0300B1" w14:textId="77777777" w:rsidTr="00E718DA">
        <w:tc>
          <w:tcPr>
            <w:tcW w:w="1400" w:type="dxa"/>
            <w:tcBorders>
              <w:top w:val="single" w:sz="6" w:space="0" w:color="auto"/>
              <w:left w:val="single" w:sz="4" w:space="0" w:color="auto"/>
              <w:bottom w:val="single" w:sz="6" w:space="0" w:color="auto"/>
              <w:right w:val="single" w:sz="6" w:space="0" w:color="auto"/>
            </w:tcBorders>
          </w:tcPr>
          <w:p w14:paraId="3B507ADC" w14:textId="77777777" w:rsidR="0004476E" w:rsidRPr="006C208E" w:rsidRDefault="0004476E" w:rsidP="006C208E">
            <w:pPr>
              <w:pStyle w:val="NoSpacing"/>
              <w:spacing w:line="276" w:lineRule="auto"/>
              <w:contextualSpacing/>
              <w:rPr>
                <w:rFonts w:ascii="Times New Roman" w:hAnsi="Times New Roman" w:cs="Times New Roman"/>
              </w:rPr>
            </w:pPr>
            <w:r w:rsidRPr="006C208E">
              <w:rPr>
                <w:rFonts w:ascii="Times New Roman" w:hAnsi="Times New Roman" w:cs="Times New Roman"/>
              </w:rPr>
              <w:t>............</w:t>
            </w:r>
          </w:p>
        </w:tc>
        <w:tc>
          <w:tcPr>
            <w:tcW w:w="1417" w:type="dxa"/>
            <w:tcBorders>
              <w:top w:val="single" w:sz="6" w:space="0" w:color="auto"/>
              <w:left w:val="single" w:sz="6" w:space="0" w:color="auto"/>
              <w:bottom w:val="single" w:sz="6" w:space="0" w:color="auto"/>
              <w:right w:val="single" w:sz="6" w:space="0" w:color="auto"/>
            </w:tcBorders>
          </w:tcPr>
          <w:p w14:paraId="198615D4" w14:textId="77777777" w:rsidR="0004476E" w:rsidRPr="006C208E" w:rsidRDefault="0004476E" w:rsidP="006C208E">
            <w:pPr>
              <w:pStyle w:val="NoSpacing"/>
              <w:spacing w:line="276" w:lineRule="auto"/>
              <w:contextualSpacing/>
              <w:rPr>
                <w:rFonts w:ascii="Times New Roman" w:hAnsi="Times New Roman" w:cs="Times New Roman"/>
              </w:rPr>
            </w:pPr>
          </w:p>
        </w:tc>
        <w:tc>
          <w:tcPr>
            <w:tcW w:w="4743" w:type="dxa"/>
            <w:tcBorders>
              <w:top w:val="single" w:sz="6" w:space="0" w:color="auto"/>
              <w:left w:val="single" w:sz="6" w:space="0" w:color="auto"/>
              <w:bottom w:val="single" w:sz="6" w:space="0" w:color="auto"/>
              <w:right w:val="single" w:sz="4" w:space="0" w:color="auto"/>
            </w:tcBorders>
          </w:tcPr>
          <w:p w14:paraId="48001991" w14:textId="77777777" w:rsidR="0004476E" w:rsidRPr="006C208E" w:rsidRDefault="0004476E" w:rsidP="006C208E">
            <w:pPr>
              <w:pStyle w:val="NoSpacing"/>
              <w:spacing w:line="276" w:lineRule="auto"/>
              <w:contextualSpacing/>
              <w:rPr>
                <w:rFonts w:ascii="Times New Roman" w:hAnsi="Times New Roman" w:cs="Times New Roman"/>
              </w:rPr>
            </w:pPr>
          </w:p>
        </w:tc>
        <w:tc>
          <w:tcPr>
            <w:tcW w:w="1602" w:type="dxa"/>
            <w:tcBorders>
              <w:top w:val="single" w:sz="6" w:space="0" w:color="auto"/>
              <w:left w:val="single" w:sz="6" w:space="0" w:color="auto"/>
              <w:bottom w:val="single" w:sz="6" w:space="0" w:color="auto"/>
              <w:right w:val="single" w:sz="4" w:space="0" w:color="auto"/>
            </w:tcBorders>
          </w:tcPr>
          <w:p w14:paraId="46E1A851" w14:textId="77777777" w:rsidR="0004476E" w:rsidRPr="006C208E" w:rsidRDefault="0004476E" w:rsidP="006C208E">
            <w:pPr>
              <w:pStyle w:val="NoSpacing"/>
              <w:spacing w:line="276" w:lineRule="auto"/>
              <w:contextualSpacing/>
              <w:rPr>
                <w:rFonts w:ascii="Times New Roman" w:hAnsi="Times New Roman" w:cs="Times New Roman"/>
              </w:rPr>
            </w:pPr>
          </w:p>
        </w:tc>
      </w:tr>
      <w:tr w:rsidR="00F139FF" w:rsidRPr="006C208E" w14:paraId="01DFD3AB" w14:textId="77777777" w:rsidTr="00E718DA">
        <w:tc>
          <w:tcPr>
            <w:tcW w:w="1400" w:type="dxa"/>
            <w:tcBorders>
              <w:top w:val="single" w:sz="6" w:space="0" w:color="auto"/>
              <w:left w:val="single" w:sz="4" w:space="0" w:color="auto"/>
              <w:bottom w:val="single" w:sz="6" w:space="0" w:color="auto"/>
              <w:right w:val="single" w:sz="6" w:space="0" w:color="auto"/>
            </w:tcBorders>
          </w:tcPr>
          <w:p w14:paraId="403E7B44" w14:textId="77777777" w:rsidR="0004476E" w:rsidRPr="006C208E" w:rsidRDefault="0004476E" w:rsidP="006C208E">
            <w:pPr>
              <w:pStyle w:val="NoSpacing"/>
              <w:spacing w:line="276" w:lineRule="auto"/>
              <w:contextualSpacing/>
              <w:rPr>
                <w:rFonts w:ascii="Times New Roman" w:hAnsi="Times New Roman" w:cs="Times New Roman"/>
              </w:rPr>
            </w:pPr>
          </w:p>
        </w:tc>
        <w:tc>
          <w:tcPr>
            <w:tcW w:w="1417" w:type="dxa"/>
            <w:tcBorders>
              <w:top w:val="single" w:sz="6" w:space="0" w:color="auto"/>
              <w:left w:val="single" w:sz="6" w:space="0" w:color="auto"/>
              <w:bottom w:val="single" w:sz="6" w:space="0" w:color="auto"/>
              <w:right w:val="single" w:sz="6" w:space="0" w:color="auto"/>
            </w:tcBorders>
          </w:tcPr>
          <w:p w14:paraId="380BA7EF" w14:textId="77777777" w:rsidR="0004476E" w:rsidRPr="006C208E" w:rsidRDefault="0004476E" w:rsidP="006C208E">
            <w:pPr>
              <w:pStyle w:val="NoSpacing"/>
              <w:spacing w:line="276" w:lineRule="auto"/>
              <w:contextualSpacing/>
              <w:rPr>
                <w:rFonts w:ascii="Times New Roman" w:hAnsi="Times New Roman" w:cs="Times New Roman"/>
              </w:rPr>
            </w:pPr>
          </w:p>
        </w:tc>
        <w:tc>
          <w:tcPr>
            <w:tcW w:w="4743" w:type="dxa"/>
            <w:tcBorders>
              <w:top w:val="single" w:sz="6" w:space="0" w:color="auto"/>
              <w:left w:val="single" w:sz="6" w:space="0" w:color="auto"/>
              <w:bottom w:val="single" w:sz="6" w:space="0" w:color="auto"/>
              <w:right w:val="single" w:sz="4" w:space="0" w:color="auto"/>
            </w:tcBorders>
          </w:tcPr>
          <w:p w14:paraId="32365990" w14:textId="77777777" w:rsidR="0004476E" w:rsidRPr="006C208E" w:rsidRDefault="0004476E" w:rsidP="006C208E">
            <w:pPr>
              <w:pStyle w:val="NoSpacing"/>
              <w:spacing w:line="276" w:lineRule="auto"/>
              <w:contextualSpacing/>
              <w:rPr>
                <w:rFonts w:ascii="Times New Roman" w:hAnsi="Times New Roman" w:cs="Times New Roman"/>
              </w:rPr>
            </w:pPr>
          </w:p>
        </w:tc>
        <w:tc>
          <w:tcPr>
            <w:tcW w:w="1602" w:type="dxa"/>
            <w:tcBorders>
              <w:top w:val="single" w:sz="6" w:space="0" w:color="auto"/>
              <w:left w:val="single" w:sz="6" w:space="0" w:color="auto"/>
              <w:bottom w:val="single" w:sz="6" w:space="0" w:color="auto"/>
              <w:right w:val="single" w:sz="4" w:space="0" w:color="auto"/>
            </w:tcBorders>
          </w:tcPr>
          <w:p w14:paraId="6A16A5B4" w14:textId="77777777" w:rsidR="0004476E" w:rsidRPr="006C208E" w:rsidRDefault="0004476E" w:rsidP="006C208E">
            <w:pPr>
              <w:pStyle w:val="NoSpacing"/>
              <w:spacing w:line="276" w:lineRule="auto"/>
              <w:contextualSpacing/>
              <w:rPr>
                <w:rFonts w:ascii="Times New Roman" w:hAnsi="Times New Roman" w:cs="Times New Roman"/>
              </w:rPr>
            </w:pPr>
          </w:p>
        </w:tc>
      </w:tr>
    </w:tbl>
    <w:p w14:paraId="2318F736" w14:textId="3580F78B" w:rsidR="0004476E" w:rsidRPr="006C208E" w:rsidRDefault="0004476E" w:rsidP="006C208E">
      <w:pPr>
        <w:pStyle w:val="NoSpacing"/>
        <w:spacing w:line="276" w:lineRule="auto"/>
        <w:contextualSpacing/>
        <w:jc w:val="both"/>
        <w:rPr>
          <w:rFonts w:ascii="Times New Roman" w:hAnsi="Times New Roman" w:cs="Times New Roman"/>
          <w:i/>
          <w:iCs/>
          <w:sz w:val="24"/>
          <w:szCs w:val="24"/>
        </w:rPr>
      </w:pPr>
      <w:r w:rsidRPr="006C208E">
        <w:rPr>
          <w:rFonts w:ascii="Times New Roman" w:hAnsi="Times New Roman" w:cs="Times New Roman"/>
          <w:i/>
          <w:iCs/>
          <w:sz w:val="24"/>
          <w:szCs w:val="24"/>
        </w:rPr>
        <w:t>[Please attach the supporting documents e.g. certificates on technical qualification</w:t>
      </w:r>
      <w:r w:rsidR="00EC3A27" w:rsidRPr="006C208E">
        <w:rPr>
          <w:rFonts w:ascii="Times New Roman" w:hAnsi="Times New Roman" w:cs="Times New Roman"/>
          <w:i/>
          <w:iCs/>
          <w:sz w:val="24"/>
          <w:szCs w:val="24"/>
        </w:rPr>
        <w:t xml:space="preserve"> </w:t>
      </w:r>
      <w:r w:rsidRPr="006C208E">
        <w:rPr>
          <w:rFonts w:ascii="Times New Roman" w:hAnsi="Times New Roman" w:cs="Times New Roman"/>
          <w:i/>
          <w:iCs/>
          <w:sz w:val="24"/>
          <w:szCs w:val="24"/>
        </w:rPr>
        <w:t>/</w:t>
      </w:r>
      <w:r w:rsidR="00EC3A27" w:rsidRPr="006C208E">
        <w:rPr>
          <w:rFonts w:ascii="Times New Roman" w:hAnsi="Times New Roman" w:cs="Times New Roman"/>
          <w:i/>
          <w:iCs/>
          <w:sz w:val="24"/>
          <w:szCs w:val="24"/>
        </w:rPr>
        <w:t xml:space="preserve"> </w:t>
      </w:r>
      <w:r w:rsidRPr="006C208E">
        <w:rPr>
          <w:rFonts w:ascii="Times New Roman" w:hAnsi="Times New Roman" w:cs="Times New Roman"/>
          <w:i/>
          <w:iCs/>
          <w:sz w:val="24"/>
          <w:szCs w:val="24"/>
        </w:rPr>
        <w:t>education, experience of key staff]</w:t>
      </w:r>
    </w:p>
    <w:p w14:paraId="0FD08B31" w14:textId="77777777" w:rsidR="0004476E" w:rsidRPr="006C208E" w:rsidRDefault="0004476E" w:rsidP="006C208E">
      <w:pPr>
        <w:pStyle w:val="NoSpacing"/>
        <w:spacing w:line="276" w:lineRule="auto"/>
        <w:contextualSpacing/>
        <w:rPr>
          <w:rFonts w:ascii="Times New Roman" w:hAnsi="Times New Roman" w:cs="Times New Roman"/>
          <w:sz w:val="24"/>
          <w:szCs w:val="24"/>
        </w:rPr>
      </w:pPr>
    </w:p>
    <w:p w14:paraId="4E788F99" w14:textId="62DD221E" w:rsidR="0004476E" w:rsidRPr="006C208E" w:rsidRDefault="0004476E" w:rsidP="006C208E">
      <w:pPr>
        <w:pStyle w:val="NoSpacing"/>
        <w:numPr>
          <w:ilvl w:val="0"/>
          <w:numId w:val="18"/>
        </w:numPr>
        <w:spacing w:line="276" w:lineRule="auto"/>
        <w:contextualSpacing/>
        <w:rPr>
          <w:rFonts w:ascii="Times New Roman" w:hAnsi="Times New Roman" w:cs="Times New Roman"/>
          <w:b/>
          <w:bCs/>
          <w:sz w:val="24"/>
          <w:szCs w:val="24"/>
        </w:rPr>
      </w:pPr>
      <w:r w:rsidRPr="006C208E">
        <w:rPr>
          <w:rFonts w:ascii="Times New Roman" w:hAnsi="Times New Roman" w:cs="Times New Roman"/>
          <w:b/>
          <w:bCs/>
          <w:sz w:val="24"/>
          <w:szCs w:val="24"/>
        </w:rPr>
        <w:t>Format of Curriculum Vitae (CV) of CEO/ MD</w:t>
      </w:r>
    </w:p>
    <w:p w14:paraId="0229AE49" w14:textId="77777777" w:rsidR="0004476E" w:rsidRPr="006C208E" w:rsidRDefault="0004476E" w:rsidP="006C208E">
      <w:pPr>
        <w:pStyle w:val="NoSpacing"/>
        <w:spacing w:line="276" w:lineRule="auto"/>
        <w:contextualSpacing/>
        <w:rPr>
          <w:rFonts w:ascii="Times New Roman" w:hAnsi="Times New Roman" w:cs="Times New Roman"/>
          <w:sz w:val="24"/>
          <w:szCs w:val="24"/>
        </w:rPr>
      </w:pPr>
    </w:p>
    <w:p w14:paraId="140FE7DC" w14:textId="77777777" w:rsidR="0004476E" w:rsidRPr="006C208E" w:rsidRDefault="0004476E" w:rsidP="006C208E">
      <w:pPr>
        <w:pStyle w:val="NoSpacing"/>
        <w:spacing w:line="276" w:lineRule="auto"/>
        <w:contextualSpacing/>
        <w:rPr>
          <w:rFonts w:ascii="Times New Roman" w:hAnsi="Times New Roman" w:cs="Times New Roman"/>
          <w:sz w:val="24"/>
          <w:szCs w:val="24"/>
        </w:rPr>
      </w:pPr>
      <w:r w:rsidRPr="006C208E">
        <w:rPr>
          <w:rFonts w:ascii="Times New Roman" w:hAnsi="Times New Roman" w:cs="Times New Roman"/>
          <w:sz w:val="24"/>
          <w:szCs w:val="24"/>
        </w:rPr>
        <w:t xml:space="preserve">Name:  </w:t>
      </w:r>
      <w:r w:rsidRPr="006C208E">
        <w:rPr>
          <w:rFonts w:ascii="Times New Roman" w:hAnsi="Times New Roman" w:cs="Times New Roman"/>
          <w:sz w:val="24"/>
          <w:szCs w:val="24"/>
        </w:rPr>
        <w:tab/>
      </w:r>
    </w:p>
    <w:p w14:paraId="413EA563" w14:textId="77777777" w:rsidR="0004476E" w:rsidRPr="006C208E" w:rsidRDefault="0004476E" w:rsidP="006C208E">
      <w:pPr>
        <w:pStyle w:val="NoSpacing"/>
        <w:spacing w:line="276" w:lineRule="auto"/>
        <w:contextualSpacing/>
        <w:rPr>
          <w:rFonts w:ascii="Times New Roman" w:hAnsi="Times New Roman" w:cs="Times New Roman"/>
          <w:sz w:val="24"/>
          <w:szCs w:val="24"/>
        </w:rPr>
      </w:pPr>
      <w:r w:rsidRPr="006C208E">
        <w:rPr>
          <w:rFonts w:ascii="Times New Roman" w:hAnsi="Times New Roman" w:cs="Times New Roman"/>
          <w:sz w:val="24"/>
          <w:szCs w:val="24"/>
        </w:rPr>
        <w:t xml:space="preserve">Designation:  </w:t>
      </w:r>
      <w:r w:rsidRPr="006C208E">
        <w:rPr>
          <w:rFonts w:ascii="Times New Roman" w:hAnsi="Times New Roman" w:cs="Times New Roman"/>
          <w:sz w:val="24"/>
          <w:szCs w:val="24"/>
        </w:rPr>
        <w:tab/>
      </w:r>
    </w:p>
    <w:p w14:paraId="1B5B95DE" w14:textId="77777777" w:rsidR="0004476E" w:rsidRPr="006C208E" w:rsidRDefault="0004476E" w:rsidP="006C208E">
      <w:pPr>
        <w:pStyle w:val="NoSpacing"/>
        <w:spacing w:line="276" w:lineRule="auto"/>
        <w:contextualSpacing/>
        <w:rPr>
          <w:rFonts w:ascii="Times New Roman" w:hAnsi="Times New Roman" w:cs="Times New Roman"/>
          <w:sz w:val="24"/>
          <w:szCs w:val="24"/>
        </w:rPr>
      </w:pPr>
      <w:r w:rsidRPr="006C208E">
        <w:rPr>
          <w:rFonts w:ascii="Times New Roman" w:hAnsi="Times New Roman" w:cs="Times New Roman"/>
          <w:sz w:val="24"/>
          <w:szCs w:val="24"/>
        </w:rPr>
        <w:t xml:space="preserve">Date of Birth:  </w:t>
      </w:r>
      <w:r w:rsidRPr="006C208E">
        <w:rPr>
          <w:rFonts w:ascii="Times New Roman" w:hAnsi="Times New Roman" w:cs="Times New Roman"/>
          <w:sz w:val="24"/>
          <w:szCs w:val="24"/>
        </w:rPr>
        <w:tab/>
      </w:r>
    </w:p>
    <w:p w14:paraId="23912364" w14:textId="77777777" w:rsidR="0004476E" w:rsidRPr="006C208E" w:rsidRDefault="0004476E" w:rsidP="006C208E">
      <w:pPr>
        <w:pStyle w:val="NoSpacing"/>
        <w:spacing w:line="276" w:lineRule="auto"/>
        <w:contextualSpacing/>
        <w:rPr>
          <w:rFonts w:ascii="Times New Roman" w:hAnsi="Times New Roman" w:cs="Times New Roman"/>
          <w:sz w:val="24"/>
          <w:szCs w:val="24"/>
        </w:rPr>
      </w:pPr>
      <w:r w:rsidRPr="006C208E">
        <w:rPr>
          <w:rFonts w:ascii="Times New Roman" w:hAnsi="Times New Roman" w:cs="Times New Roman"/>
          <w:sz w:val="24"/>
          <w:szCs w:val="24"/>
        </w:rPr>
        <w:t xml:space="preserve">Years with Applicant:  </w:t>
      </w:r>
      <w:r w:rsidRPr="006C208E">
        <w:rPr>
          <w:rFonts w:ascii="Times New Roman" w:hAnsi="Times New Roman" w:cs="Times New Roman"/>
          <w:sz w:val="24"/>
          <w:szCs w:val="24"/>
        </w:rPr>
        <w:tab/>
      </w:r>
      <w:r w:rsidRPr="006C208E">
        <w:rPr>
          <w:rFonts w:ascii="Times New Roman" w:hAnsi="Times New Roman" w:cs="Times New Roman"/>
          <w:sz w:val="24"/>
          <w:szCs w:val="24"/>
        </w:rPr>
        <w:tab/>
        <w:t xml:space="preserve">Nationality:  </w:t>
      </w:r>
      <w:r w:rsidRPr="006C208E">
        <w:rPr>
          <w:rFonts w:ascii="Times New Roman" w:hAnsi="Times New Roman" w:cs="Times New Roman"/>
          <w:sz w:val="24"/>
          <w:szCs w:val="24"/>
        </w:rPr>
        <w:tab/>
      </w:r>
    </w:p>
    <w:p w14:paraId="12078095" w14:textId="77777777" w:rsidR="0004476E" w:rsidRPr="006C208E" w:rsidRDefault="0004476E" w:rsidP="006C208E">
      <w:pPr>
        <w:pStyle w:val="NoSpacing"/>
        <w:spacing w:line="276" w:lineRule="auto"/>
        <w:contextualSpacing/>
        <w:rPr>
          <w:rFonts w:ascii="Times New Roman" w:hAnsi="Times New Roman" w:cs="Times New Roman"/>
          <w:sz w:val="24"/>
          <w:szCs w:val="24"/>
        </w:rPr>
      </w:pPr>
      <w:r w:rsidRPr="006C208E">
        <w:rPr>
          <w:rFonts w:ascii="Times New Roman" w:hAnsi="Times New Roman" w:cs="Times New Roman"/>
          <w:sz w:val="24"/>
          <w:szCs w:val="24"/>
        </w:rPr>
        <w:t xml:space="preserve">Detailed Tasks Assigned:  </w:t>
      </w:r>
      <w:r w:rsidRPr="006C208E">
        <w:rPr>
          <w:rFonts w:ascii="Times New Roman" w:hAnsi="Times New Roman" w:cs="Times New Roman"/>
          <w:sz w:val="24"/>
          <w:szCs w:val="24"/>
        </w:rPr>
        <w:tab/>
      </w:r>
    </w:p>
    <w:p w14:paraId="44DC9205" w14:textId="77777777" w:rsidR="0004476E" w:rsidRPr="006C208E" w:rsidRDefault="0004476E" w:rsidP="006C208E">
      <w:pPr>
        <w:pStyle w:val="NoSpacing"/>
        <w:spacing w:line="276" w:lineRule="auto"/>
        <w:contextualSpacing/>
        <w:rPr>
          <w:rFonts w:ascii="Times New Roman" w:hAnsi="Times New Roman" w:cs="Times New Roman"/>
          <w:sz w:val="24"/>
          <w:szCs w:val="24"/>
        </w:rPr>
      </w:pPr>
    </w:p>
    <w:p w14:paraId="5CDAA501" w14:textId="77777777" w:rsidR="0004476E" w:rsidRPr="006C208E" w:rsidRDefault="0004476E" w:rsidP="006C208E">
      <w:pPr>
        <w:pStyle w:val="NoSpacing"/>
        <w:spacing w:line="276" w:lineRule="auto"/>
        <w:contextualSpacing/>
        <w:rPr>
          <w:rFonts w:ascii="Times New Roman" w:hAnsi="Times New Roman" w:cs="Times New Roman"/>
          <w:sz w:val="24"/>
          <w:szCs w:val="24"/>
        </w:rPr>
      </w:pPr>
      <w:r w:rsidRPr="006C208E">
        <w:rPr>
          <w:rFonts w:ascii="Times New Roman" w:hAnsi="Times New Roman" w:cs="Times New Roman"/>
          <w:sz w:val="24"/>
          <w:szCs w:val="24"/>
        </w:rPr>
        <w:t>Key Qualifications:</w:t>
      </w:r>
    </w:p>
    <w:p w14:paraId="4AF8F360" w14:textId="77777777" w:rsidR="0004476E" w:rsidRPr="006C208E" w:rsidRDefault="0004476E" w:rsidP="006C208E">
      <w:pPr>
        <w:pStyle w:val="NoSpacing"/>
        <w:spacing w:line="276" w:lineRule="auto"/>
        <w:contextualSpacing/>
        <w:rPr>
          <w:rFonts w:ascii="Times New Roman" w:hAnsi="Times New Roman" w:cs="Times New Roman"/>
          <w:i/>
          <w:iCs/>
          <w:sz w:val="24"/>
          <w:szCs w:val="24"/>
        </w:rPr>
      </w:pPr>
      <w:r w:rsidRPr="006C208E">
        <w:rPr>
          <w:rFonts w:ascii="Times New Roman" w:hAnsi="Times New Roman" w:cs="Times New Roman"/>
          <w:i/>
          <w:iCs/>
          <w:sz w:val="24"/>
          <w:szCs w:val="24"/>
        </w:rPr>
        <w:t>[Give an outline of experience and training. Describe degree of responsibility on relevant previous projects and give dates and locations]</w:t>
      </w:r>
    </w:p>
    <w:p w14:paraId="4B9D85D0" w14:textId="77777777" w:rsidR="0004476E" w:rsidRPr="006C208E" w:rsidRDefault="0004476E" w:rsidP="006C208E">
      <w:pPr>
        <w:pStyle w:val="NoSpacing"/>
        <w:spacing w:line="276" w:lineRule="auto"/>
        <w:contextualSpacing/>
        <w:rPr>
          <w:rFonts w:ascii="Times New Roman" w:hAnsi="Times New Roman" w:cs="Times New Roman"/>
          <w:sz w:val="24"/>
          <w:szCs w:val="24"/>
        </w:rPr>
      </w:pPr>
    </w:p>
    <w:p w14:paraId="75235187" w14:textId="77777777" w:rsidR="0004476E" w:rsidRPr="006C208E" w:rsidRDefault="0004476E" w:rsidP="006C208E">
      <w:pPr>
        <w:pStyle w:val="NoSpacing"/>
        <w:spacing w:line="276" w:lineRule="auto"/>
        <w:contextualSpacing/>
        <w:rPr>
          <w:rFonts w:ascii="Times New Roman" w:hAnsi="Times New Roman" w:cs="Times New Roman"/>
          <w:sz w:val="24"/>
          <w:szCs w:val="24"/>
        </w:rPr>
      </w:pPr>
      <w:r w:rsidRPr="006C208E">
        <w:rPr>
          <w:rFonts w:ascii="Times New Roman" w:hAnsi="Times New Roman" w:cs="Times New Roman"/>
          <w:sz w:val="24"/>
          <w:szCs w:val="24"/>
        </w:rPr>
        <w:t>Education:</w:t>
      </w:r>
    </w:p>
    <w:p w14:paraId="66FBA77E" w14:textId="77777777" w:rsidR="0004476E" w:rsidRPr="006C208E" w:rsidRDefault="0004476E" w:rsidP="006C208E">
      <w:pPr>
        <w:pStyle w:val="NoSpacing"/>
        <w:spacing w:line="276" w:lineRule="auto"/>
        <w:contextualSpacing/>
        <w:jc w:val="both"/>
        <w:rPr>
          <w:rFonts w:ascii="Times New Roman" w:hAnsi="Times New Roman" w:cs="Times New Roman"/>
          <w:i/>
          <w:iCs/>
          <w:sz w:val="24"/>
          <w:szCs w:val="24"/>
        </w:rPr>
      </w:pPr>
      <w:r w:rsidRPr="006C208E">
        <w:rPr>
          <w:rFonts w:ascii="Times New Roman" w:hAnsi="Times New Roman" w:cs="Times New Roman"/>
          <w:i/>
          <w:iCs/>
          <w:sz w:val="24"/>
          <w:szCs w:val="24"/>
        </w:rPr>
        <w:lastRenderedPageBreak/>
        <w:t>[Summarize college/university and other specialized education, giving names of schools, dates at-tended, and degrees obtained (Enclose copy of key qualification certificates)]</w:t>
      </w:r>
    </w:p>
    <w:p w14:paraId="5F558BED" w14:textId="77777777" w:rsidR="0004476E" w:rsidRPr="006C208E" w:rsidRDefault="0004476E" w:rsidP="006C208E">
      <w:pPr>
        <w:pStyle w:val="NoSpacing"/>
        <w:spacing w:line="276" w:lineRule="auto"/>
        <w:contextualSpacing/>
        <w:rPr>
          <w:rFonts w:ascii="Times New Roman" w:hAnsi="Times New Roman" w:cs="Times New Roman"/>
          <w:sz w:val="24"/>
          <w:szCs w:val="24"/>
        </w:rPr>
      </w:pPr>
    </w:p>
    <w:p w14:paraId="6FE5E64D" w14:textId="77777777" w:rsidR="0004476E" w:rsidRPr="006C208E" w:rsidRDefault="0004476E" w:rsidP="006C208E">
      <w:pPr>
        <w:pStyle w:val="NoSpacing"/>
        <w:spacing w:line="276" w:lineRule="auto"/>
        <w:contextualSpacing/>
        <w:rPr>
          <w:rFonts w:ascii="Times New Roman" w:hAnsi="Times New Roman" w:cs="Times New Roman"/>
          <w:sz w:val="24"/>
          <w:szCs w:val="24"/>
        </w:rPr>
      </w:pPr>
      <w:r w:rsidRPr="006C208E">
        <w:rPr>
          <w:rFonts w:ascii="Times New Roman" w:hAnsi="Times New Roman" w:cs="Times New Roman"/>
          <w:sz w:val="24"/>
          <w:szCs w:val="24"/>
        </w:rPr>
        <w:t>Employment Record:</w:t>
      </w:r>
    </w:p>
    <w:p w14:paraId="61C104B1" w14:textId="77777777" w:rsidR="0004476E" w:rsidRPr="006C208E" w:rsidRDefault="0004476E" w:rsidP="006C208E">
      <w:pPr>
        <w:pStyle w:val="NoSpacing"/>
        <w:spacing w:line="276" w:lineRule="auto"/>
        <w:contextualSpacing/>
        <w:jc w:val="both"/>
        <w:rPr>
          <w:rFonts w:ascii="Times New Roman" w:hAnsi="Times New Roman" w:cs="Times New Roman"/>
          <w:i/>
          <w:iCs/>
          <w:sz w:val="24"/>
          <w:szCs w:val="24"/>
        </w:rPr>
      </w:pPr>
      <w:r w:rsidRPr="006C208E">
        <w:rPr>
          <w:rFonts w:ascii="Times New Roman" w:hAnsi="Times New Roman" w:cs="Times New Roman"/>
          <w:i/>
          <w:iCs/>
          <w:sz w:val="24"/>
          <w:szCs w:val="24"/>
        </w:rPr>
        <w:t>[Starting with present position, list in reverse order every employment held.  List all positions held since graduation including dates, names of employing entities, titles of positions held, and locations of assignments]</w:t>
      </w:r>
    </w:p>
    <w:p w14:paraId="44DDE9B8" w14:textId="77777777" w:rsidR="0004476E" w:rsidRPr="006C208E" w:rsidRDefault="0004476E" w:rsidP="006C208E">
      <w:pPr>
        <w:pStyle w:val="NoSpacing"/>
        <w:spacing w:line="276" w:lineRule="auto"/>
        <w:contextualSpacing/>
        <w:rPr>
          <w:rFonts w:ascii="Times New Roman" w:hAnsi="Times New Roman" w:cs="Times New Roman"/>
          <w:sz w:val="24"/>
          <w:szCs w:val="24"/>
        </w:rPr>
      </w:pPr>
    </w:p>
    <w:p w14:paraId="105C1582" w14:textId="77777777" w:rsidR="0004476E" w:rsidRPr="006C208E" w:rsidRDefault="0004476E" w:rsidP="006C208E">
      <w:pPr>
        <w:pStyle w:val="NoSpacing"/>
        <w:spacing w:line="276" w:lineRule="auto"/>
        <w:contextualSpacing/>
        <w:rPr>
          <w:rFonts w:ascii="Times New Roman" w:hAnsi="Times New Roman" w:cs="Times New Roman"/>
          <w:sz w:val="24"/>
          <w:szCs w:val="24"/>
        </w:rPr>
      </w:pPr>
      <w:r w:rsidRPr="006C208E">
        <w:rPr>
          <w:rFonts w:ascii="Times New Roman" w:hAnsi="Times New Roman" w:cs="Times New Roman"/>
          <w:sz w:val="24"/>
          <w:szCs w:val="24"/>
        </w:rPr>
        <w:t>Languages:</w:t>
      </w:r>
    </w:p>
    <w:p w14:paraId="37B1D1A7" w14:textId="77777777" w:rsidR="0004476E" w:rsidRPr="006C208E" w:rsidRDefault="0004476E" w:rsidP="006C208E">
      <w:pPr>
        <w:pStyle w:val="NoSpacing"/>
        <w:spacing w:line="276" w:lineRule="auto"/>
        <w:contextualSpacing/>
        <w:rPr>
          <w:rFonts w:ascii="Times New Roman" w:hAnsi="Times New Roman" w:cs="Times New Roman"/>
          <w:i/>
          <w:iCs/>
          <w:sz w:val="24"/>
          <w:szCs w:val="24"/>
        </w:rPr>
      </w:pPr>
      <w:r w:rsidRPr="006C208E">
        <w:rPr>
          <w:rFonts w:ascii="Times New Roman" w:hAnsi="Times New Roman" w:cs="Times New Roman"/>
          <w:i/>
          <w:iCs/>
          <w:sz w:val="24"/>
          <w:szCs w:val="24"/>
        </w:rPr>
        <w:t>[For each language indicates proficiency: excellent, good, fair, or poor in speaking, reading, and writing.]</w:t>
      </w:r>
    </w:p>
    <w:p w14:paraId="3BC4BAB3" w14:textId="77777777" w:rsidR="0004476E" w:rsidRPr="006C208E" w:rsidRDefault="0004476E" w:rsidP="006C208E">
      <w:pPr>
        <w:pStyle w:val="NoSpacing"/>
        <w:spacing w:line="276" w:lineRule="auto"/>
        <w:contextualSpacing/>
        <w:rPr>
          <w:rFonts w:ascii="Times New Roman" w:hAnsi="Times New Roman" w:cs="Times New Roman"/>
          <w:sz w:val="24"/>
          <w:szCs w:val="24"/>
        </w:rPr>
      </w:pPr>
    </w:p>
    <w:p w14:paraId="053B465D" w14:textId="77777777" w:rsidR="0004476E" w:rsidRPr="006C208E" w:rsidRDefault="0004476E" w:rsidP="006C208E">
      <w:pPr>
        <w:pStyle w:val="NoSpacing"/>
        <w:spacing w:line="276" w:lineRule="auto"/>
        <w:contextualSpacing/>
        <w:rPr>
          <w:rFonts w:ascii="Times New Roman" w:hAnsi="Times New Roman" w:cs="Times New Roman"/>
          <w:sz w:val="24"/>
          <w:szCs w:val="24"/>
        </w:rPr>
      </w:pPr>
      <w:r w:rsidRPr="006C208E">
        <w:rPr>
          <w:rFonts w:ascii="Times New Roman" w:hAnsi="Times New Roman" w:cs="Times New Roman"/>
          <w:sz w:val="24"/>
          <w:szCs w:val="24"/>
        </w:rPr>
        <w:t>Certification:</w:t>
      </w:r>
    </w:p>
    <w:p w14:paraId="4E070F63" w14:textId="77777777" w:rsidR="0004476E" w:rsidRPr="006C208E" w:rsidRDefault="0004476E" w:rsidP="006C208E">
      <w:pPr>
        <w:pStyle w:val="NoSpacing"/>
        <w:spacing w:line="276" w:lineRule="auto"/>
        <w:contextualSpacing/>
        <w:rPr>
          <w:rFonts w:ascii="Times New Roman" w:hAnsi="Times New Roman" w:cs="Times New Roman"/>
          <w:sz w:val="24"/>
          <w:szCs w:val="24"/>
        </w:rPr>
      </w:pPr>
      <w:r w:rsidRPr="006C208E">
        <w:rPr>
          <w:rFonts w:ascii="Times New Roman" w:hAnsi="Times New Roman" w:cs="Times New Roman"/>
          <w:sz w:val="24"/>
          <w:szCs w:val="24"/>
        </w:rPr>
        <w:t xml:space="preserve">I, the undersigned, certify that to the best of my knowledge and belief, these data correctly describe my qualifications, my experience, and me. </w:t>
      </w:r>
    </w:p>
    <w:p w14:paraId="7FE62C3E" w14:textId="77777777" w:rsidR="0004476E" w:rsidRPr="006C208E" w:rsidRDefault="0004476E" w:rsidP="006C208E">
      <w:pPr>
        <w:pStyle w:val="NoSpacing"/>
        <w:spacing w:line="276" w:lineRule="auto"/>
        <w:contextualSpacing/>
        <w:rPr>
          <w:rFonts w:ascii="Times New Roman" w:hAnsi="Times New Roman" w:cs="Times New Roman"/>
          <w:sz w:val="24"/>
          <w:szCs w:val="24"/>
        </w:rPr>
      </w:pPr>
    </w:p>
    <w:p w14:paraId="3C3C3A37" w14:textId="77777777" w:rsidR="0004476E" w:rsidRPr="006C208E" w:rsidRDefault="0004476E" w:rsidP="006C208E">
      <w:pPr>
        <w:pStyle w:val="NoSpacing"/>
        <w:spacing w:line="276" w:lineRule="auto"/>
        <w:contextualSpacing/>
        <w:rPr>
          <w:rFonts w:ascii="Times New Roman" w:hAnsi="Times New Roman" w:cs="Times New Roman"/>
          <w:i/>
          <w:iCs/>
          <w:sz w:val="24"/>
          <w:szCs w:val="24"/>
        </w:rPr>
      </w:pPr>
      <w:r w:rsidRPr="006C208E">
        <w:rPr>
          <w:rFonts w:ascii="Times New Roman" w:hAnsi="Times New Roman" w:cs="Times New Roman"/>
          <w:i/>
          <w:iCs/>
          <w:sz w:val="24"/>
          <w:szCs w:val="24"/>
        </w:rPr>
        <w:t>[Signature of CEO and authorized representative of the Applicant]</w:t>
      </w:r>
    </w:p>
    <w:p w14:paraId="6D9214D6" w14:textId="77777777" w:rsidR="0004476E" w:rsidRPr="006C208E" w:rsidRDefault="0004476E" w:rsidP="006C208E">
      <w:pPr>
        <w:pStyle w:val="NoSpacing"/>
        <w:spacing w:line="276" w:lineRule="auto"/>
        <w:contextualSpacing/>
        <w:rPr>
          <w:rFonts w:ascii="Times New Roman" w:hAnsi="Times New Roman" w:cs="Times New Roman"/>
          <w:i/>
          <w:iCs/>
          <w:sz w:val="24"/>
          <w:szCs w:val="24"/>
        </w:rPr>
      </w:pPr>
      <w:r w:rsidRPr="006C208E">
        <w:rPr>
          <w:rFonts w:ascii="Times New Roman" w:hAnsi="Times New Roman" w:cs="Times New Roman"/>
          <w:i/>
          <w:iCs/>
          <w:sz w:val="24"/>
          <w:szCs w:val="24"/>
        </w:rPr>
        <w:t>Day/Month/Year</w:t>
      </w:r>
    </w:p>
    <w:p w14:paraId="1836532D" w14:textId="77777777" w:rsidR="0004476E" w:rsidRPr="006C208E" w:rsidRDefault="0004476E" w:rsidP="006C208E">
      <w:pPr>
        <w:pStyle w:val="NoSpacing"/>
        <w:spacing w:line="276" w:lineRule="auto"/>
        <w:contextualSpacing/>
        <w:rPr>
          <w:rFonts w:ascii="Times New Roman" w:hAnsi="Times New Roman" w:cs="Times New Roman"/>
          <w:sz w:val="24"/>
          <w:szCs w:val="24"/>
        </w:rPr>
      </w:pPr>
    </w:p>
    <w:p w14:paraId="77219B85" w14:textId="77777777" w:rsidR="0004476E" w:rsidRPr="006C208E" w:rsidRDefault="0004476E" w:rsidP="006C208E">
      <w:pPr>
        <w:pStyle w:val="NoSpacing"/>
        <w:spacing w:line="276" w:lineRule="auto"/>
        <w:contextualSpacing/>
        <w:rPr>
          <w:rFonts w:ascii="Times New Roman" w:hAnsi="Times New Roman" w:cs="Times New Roman"/>
          <w:sz w:val="24"/>
          <w:szCs w:val="24"/>
        </w:rPr>
      </w:pPr>
      <w:r w:rsidRPr="006C208E">
        <w:rPr>
          <w:rFonts w:ascii="Times New Roman" w:hAnsi="Times New Roman" w:cs="Times New Roman"/>
          <w:sz w:val="24"/>
          <w:szCs w:val="24"/>
        </w:rPr>
        <w:t>Full name of CEO: ____________________________________________</w:t>
      </w:r>
    </w:p>
    <w:p w14:paraId="5F5823AB" w14:textId="77777777" w:rsidR="0004476E" w:rsidRPr="006C208E" w:rsidRDefault="0004476E" w:rsidP="006C208E">
      <w:pPr>
        <w:pStyle w:val="NoSpacing"/>
        <w:spacing w:line="276" w:lineRule="auto"/>
        <w:contextualSpacing/>
        <w:rPr>
          <w:rFonts w:ascii="Times New Roman" w:hAnsi="Times New Roman" w:cs="Times New Roman"/>
          <w:sz w:val="24"/>
          <w:szCs w:val="24"/>
        </w:rPr>
      </w:pPr>
    </w:p>
    <w:p w14:paraId="535D35C1" w14:textId="77777777" w:rsidR="0004476E" w:rsidRPr="006C208E" w:rsidRDefault="0004476E" w:rsidP="006C208E">
      <w:pPr>
        <w:pStyle w:val="NoSpacing"/>
        <w:spacing w:line="276" w:lineRule="auto"/>
        <w:contextualSpacing/>
        <w:rPr>
          <w:rFonts w:ascii="Times New Roman" w:hAnsi="Times New Roman" w:cs="Times New Roman"/>
          <w:sz w:val="24"/>
          <w:szCs w:val="24"/>
        </w:rPr>
      </w:pPr>
      <w:r w:rsidRPr="006C208E">
        <w:rPr>
          <w:rFonts w:ascii="Times New Roman" w:hAnsi="Times New Roman" w:cs="Times New Roman"/>
          <w:sz w:val="24"/>
          <w:szCs w:val="24"/>
        </w:rPr>
        <w:t>Full name of authorized representative: ___________________________</w:t>
      </w:r>
    </w:p>
    <w:p w14:paraId="7E4A1505" w14:textId="77777777" w:rsidR="0004476E" w:rsidRPr="006C208E" w:rsidRDefault="0004476E" w:rsidP="006C208E">
      <w:pPr>
        <w:pStyle w:val="NoSpacing"/>
        <w:spacing w:line="276" w:lineRule="auto"/>
        <w:contextualSpacing/>
        <w:rPr>
          <w:rFonts w:ascii="Times New Roman" w:hAnsi="Times New Roman" w:cs="Times New Roman"/>
          <w:sz w:val="24"/>
          <w:szCs w:val="24"/>
        </w:rPr>
      </w:pPr>
    </w:p>
    <w:p w14:paraId="7B156D61" w14:textId="2F0322A5" w:rsidR="0004476E" w:rsidRPr="00D568E8" w:rsidRDefault="0004476E" w:rsidP="006C208E">
      <w:pPr>
        <w:pStyle w:val="NoSpacing"/>
        <w:numPr>
          <w:ilvl w:val="0"/>
          <w:numId w:val="18"/>
        </w:numPr>
        <w:spacing w:line="276" w:lineRule="auto"/>
        <w:contextualSpacing/>
        <w:rPr>
          <w:rFonts w:ascii="Times New Roman" w:hAnsi="Times New Roman" w:cs="Times New Roman"/>
          <w:b/>
          <w:bCs/>
          <w:sz w:val="24"/>
          <w:szCs w:val="24"/>
        </w:rPr>
      </w:pPr>
      <w:r w:rsidRPr="00D568E8">
        <w:rPr>
          <w:rFonts w:ascii="Times New Roman" w:hAnsi="Times New Roman" w:cs="Times New Roman"/>
          <w:b/>
          <w:bCs/>
          <w:sz w:val="24"/>
          <w:szCs w:val="24"/>
        </w:rPr>
        <w:t>Audit Report</w:t>
      </w:r>
    </w:p>
    <w:p w14:paraId="00121927" w14:textId="0AA5F139" w:rsidR="0004476E" w:rsidRPr="00D568E8" w:rsidRDefault="0004476E" w:rsidP="006C208E">
      <w:pPr>
        <w:pStyle w:val="NoSpacing"/>
        <w:spacing w:line="276" w:lineRule="auto"/>
        <w:contextualSpacing/>
        <w:jc w:val="both"/>
        <w:rPr>
          <w:rFonts w:ascii="Times New Roman" w:hAnsi="Times New Roman" w:cs="Times New Roman"/>
          <w:i/>
          <w:iCs/>
          <w:sz w:val="24"/>
          <w:szCs w:val="24"/>
        </w:rPr>
      </w:pPr>
      <w:r w:rsidRPr="00D568E8">
        <w:rPr>
          <w:rFonts w:ascii="Times New Roman" w:hAnsi="Times New Roman" w:cs="Times New Roman"/>
          <w:i/>
          <w:iCs/>
          <w:sz w:val="24"/>
          <w:szCs w:val="24"/>
        </w:rPr>
        <w:t xml:space="preserve">[Please enclose the certified Audit Report for the </w:t>
      </w:r>
      <w:r w:rsidR="00BC1A24" w:rsidRPr="00D568E8">
        <w:rPr>
          <w:rFonts w:ascii="Times New Roman" w:hAnsi="Times New Roman" w:cs="Times New Roman"/>
          <w:i/>
          <w:iCs/>
          <w:sz w:val="24"/>
          <w:szCs w:val="24"/>
        </w:rPr>
        <w:t>last</w:t>
      </w:r>
      <w:r w:rsidR="00294987" w:rsidRPr="00D568E8">
        <w:rPr>
          <w:rFonts w:ascii="Times New Roman" w:hAnsi="Times New Roman" w:cs="Times New Roman"/>
          <w:i/>
          <w:iCs/>
          <w:sz w:val="24"/>
          <w:szCs w:val="24"/>
        </w:rPr>
        <w:t xml:space="preserve"> </w:t>
      </w:r>
      <w:r w:rsidR="00BC1A24">
        <w:rPr>
          <w:rFonts w:ascii="Times New Roman" w:hAnsi="Times New Roman" w:cs="Times New Roman"/>
          <w:i/>
          <w:iCs/>
          <w:sz w:val="24"/>
          <w:szCs w:val="24"/>
        </w:rPr>
        <w:t>two</w:t>
      </w:r>
      <w:r w:rsidR="00BC1A24" w:rsidRPr="00D568E8">
        <w:rPr>
          <w:rFonts w:ascii="Times New Roman" w:hAnsi="Times New Roman" w:cs="Times New Roman"/>
          <w:i/>
          <w:iCs/>
          <w:sz w:val="24"/>
          <w:szCs w:val="24"/>
        </w:rPr>
        <w:t xml:space="preserve"> </w:t>
      </w:r>
      <w:r w:rsidRPr="00D568E8">
        <w:rPr>
          <w:rFonts w:ascii="Times New Roman" w:hAnsi="Times New Roman" w:cs="Times New Roman"/>
          <w:i/>
          <w:iCs/>
          <w:sz w:val="24"/>
          <w:szCs w:val="24"/>
        </w:rPr>
        <w:t>years (</w:t>
      </w:r>
      <w:r w:rsidR="00294987" w:rsidRPr="00D568E8">
        <w:rPr>
          <w:rFonts w:ascii="Times New Roman" w:hAnsi="Times New Roman" w:cs="Times New Roman"/>
          <w:i/>
          <w:iCs/>
          <w:sz w:val="24"/>
          <w:szCs w:val="24"/>
        </w:rPr>
        <w:t>i.e.</w:t>
      </w:r>
      <w:r w:rsidRPr="00D568E8">
        <w:rPr>
          <w:rFonts w:ascii="Times New Roman" w:hAnsi="Times New Roman" w:cs="Times New Roman"/>
          <w:i/>
          <w:iCs/>
          <w:sz w:val="24"/>
          <w:szCs w:val="24"/>
        </w:rPr>
        <w:t xml:space="preserve">, </w:t>
      </w:r>
      <w:r w:rsidR="00294987" w:rsidRPr="00D568E8">
        <w:rPr>
          <w:rFonts w:ascii="Times New Roman" w:hAnsi="Times New Roman" w:cs="Times New Roman"/>
          <w:i/>
          <w:iCs/>
          <w:sz w:val="24"/>
          <w:szCs w:val="24"/>
        </w:rPr>
        <w:t xml:space="preserve">2024 </w:t>
      </w:r>
      <w:r w:rsidRPr="00D568E8">
        <w:rPr>
          <w:rFonts w:ascii="Times New Roman" w:hAnsi="Times New Roman" w:cs="Times New Roman"/>
          <w:i/>
          <w:iCs/>
          <w:sz w:val="24"/>
          <w:szCs w:val="24"/>
        </w:rPr>
        <w:t xml:space="preserve">&amp; </w:t>
      </w:r>
      <w:r w:rsidR="00294987" w:rsidRPr="00D568E8">
        <w:rPr>
          <w:rFonts w:ascii="Times New Roman" w:hAnsi="Times New Roman" w:cs="Times New Roman"/>
          <w:i/>
          <w:iCs/>
          <w:sz w:val="24"/>
          <w:szCs w:val="24"/>
        </w:rPr>
        <w:t>2025</w:t>
      </w:r>
      <w:r w:rsidR="00E54512" w:rsidRPr="00D568E8">
        <w:rPr>
          <w:rFonts w:ascii="Times New Roman" w:hAnsi="Times New Roman" w:cs="Times New Roman"/>
          <w:i/>
          <w:iCs/>
          <w:sz w:val="24"/>
          <w:szCs w:val="24"/>
        </w:rPr>
        <w:t>)</w:t>
      </w:r>
      <w:r w:rsidR="001E48BC" w:rsidRPr="00D568E8">
        <w:rPr>
          <w:rFonts w:ascii="Times New Roman" w:hAnsi="Times New Roman" w:cs="Times New Roman"/>
          <w:i/>
          <w:iCs/>
          <w:sz w:val="24"/>
          <w:szCs w:val="24"/>
        </w:rPr>
        <w:t>.</w:t>
      </w:r>
      <w:r w:rsidR="001E48BC" w:rsidRPr="00D568E8">
        <w:t xml:space="preserve"> </w:t>
      </w:r>
      <w:r w:rsidR="001E48BC" w:rsidRPr="00D568E8">
        <w:rPr>
          <w:rFonts w:ascii="Times New Roman" w:hAnsi="Times New Roman" w:cs="Times New Roman"/>
          <w:i/>
          <w:iCs/>
          <w:sz w:val="24"/>
          <w:szCs w:val="24"/>
        </w:rPr>
        <w:t>The Financial Statement must be audited by a</w:t>
      </w:r>
      <w:r w:rsidR="0054446F" w:rsidRPr="00E829C5">
        <w:rPr>
          <w:rFonts w:ascii="Times New Roman" w:hAnsi="Times New Roman" w:cs="Times New Roman"/>
          <w:i/>
          <w:iCs/>
          <w:sz w:val="24"/>
          <w:szCs w:val="24"/>
        </w:rPr>
        <w:t>n auditor registered</w:t>
      </w:r>
      <w:r w:rsidR="00176E26" w:rsidRPr="00E829C5">
        <w:rPr>
          <w:rFonts w:ascii="Times New Roman" w:hAnsi="Times New Roman" w:cs="Times New Roman"/>
          <w:i/>
          <w:iCs/>
          <w:sz w:val="24"/>
          <w:szCs w:val="24"/>
        </w:rPr>
        <w:t xml:space="preserve"> and enlisted by </w:t>
      </w:r>
      <w:r w:rsidR="001E48BC" w:rsidRPr="00D568E8">
        <w:rPr>
          <w:rFonts w:ascii="Times New Roman" w:hAnsi="Times New Roman" w:cs="Times New Roman"/>
          <w:i/>
          <w:iCs/>
          <w:sz w:val="24"/>
          <w:szCs w:val="24"/>
        </w:rPr>
        <w:t>Malawi Accountants Board (MAB) (for companies registered in Malawi) or by enlisted audit firms from competent authority from the registration country (for companies domiciled outside Malawi)</w:t>
      </w:r>
      <w:r w:rsidRPr="00D568E8">
        <w:rPr>
          <w:rFonts w:ascii="Times New Roman" w:hAnsi="Times New Roman" w:cs="Times New Roman"/>
          <w:i/>
          <w:iCs/>
          <w:sz w:val="24"/>
          <w:szCs w:val="24"/>
        </w:rPr>
        <w:t>]</w:t>
      </w:r>
    </w:p>
    <w:p w14:paraId="515BAAD5" w14:textId="07B19E99" w:rsidR="0004476E" w:rsidRPr="00D568E8" w:rsidRDefault="0004476E" w:rsidP="006C208E">
      <w:pPr>
        <w:pStyle w:val="NoSpacing"/>
        <w:spacing w:line="276" w:lineRule="auto"/>
        <w:contextualSpacing/>
        <w:rPr>
          <w:rFonts w:ascii="Times New Roman" w:hAnsi="Times New Roman" w:cs="Times New Roman"/>
          <w:sz w:val="24"/>
          <w:szCs w:val="24"/>
        </w:rPr>
      </w:pPr>
    </w:p>
    <w:p w14:paraId="44B59A07" w14:textId="77777777" w:rsidR="0004476E" w:rsidRPr="006C208E" w:rsidRDefault="0004476E" w:rsidP="006C208E">
      <w:pPr>
        <w:pStyle w:val="NoSpacing"/>
        <w:numPr>
          <w:ilvl w:val="0"/>
          <w:numId w:val="18"/>
        </w:numPr>
        <w:spacing w:line="276" w:lineRule="auto"/>
        <w:contextualSpacing/>
        <w:rPr>
          <w:rFonts w:ascii="Times New Roman" w:hAnsi="Times New Roman" w:cs="Times New Roman"/>
          <w:b/>
          <w:bCs/>
          <w:sz w:val="24"/>
          <w:szCs w:val="24"/>
        </w:rPr>
      </w:pPr>
      <w:r w:rsidRPr="00D568E8">
        <w:rPr>
          <w:rFonts w:ascii="Times New Roman" w:hAnsi="Times New Roman" w:cs="Times New Roman"/>
          <w:b/>
          <w:bCs/>
          <w:sz w:val="24"/>
          <w:szCs w:val="24"/>
        </w:rPr>
        <w:t>Organizational Structure</w:t>
      </w:r>
      <w:r w:rsidRPr="006C208E">
        <w:rPr>
          <w:rFonts w:ascii="Times New Roman" w:hAnsi="Times New Roman" w:cs="Times New Roman"/>
          <w:b/>
          <w:bCs/>
          <w:sz w:val="24"/>
          <w:szCs w:val="24"/>
        </w:rPr>
        <w:t xml:space="preserve"> of the Applicant </w:t>
      </w:r>
    </w:p>
    <w:p w14:paraId="05E2CE32" w14:textId="4F7C6ADB" w:rsidR="0004476E" w:rsidRPr="006C208E" w:rsidRDefault="0004476E" w:rsidP="006C208E">
      <w:pPr>
        <w:pStyle w:val="NoSpacing"/>
        <w:spacing w:line="276" w:lineRule="auto"/>
        <w:contextualSpacing/>
        <w:jc w:val="both"/>
        <w:rPr>
          <w:rFonts w:ascii="Times New Roman" w:hAnsi="Times New Roman" w:cs="Times New Roman"/>
          <w:i/>
          <w:iCs/>
          <w:sz w:val="24"/>
          <w:szCs w:val="24"/>
        </w:rPr>
      </w:pPr>
      <w:r w:rsidRPr="006C208E">
        <w:rPr>
          <w:rFonts w:ascii="Times New Roman" w:hAnsi="Times New Roman" w:cs="Times New Roman"/>
          <w:i/>
          <w:iCs/>
          <w:sz w:val="24"/>
          <w:szCs w:val="24"/>
        </w:rPr>
        <w:t>[Please insert the Organizational structure of the organization i.e. how it is managing its activities and how it is planning to implement the NNNF</w:t>
      </w:r>
      <w:r w:rsidR="001E48BC" w:rsidRPr="006C208E">
        <w:rPr>
          <w:rFonts w:ascii="Times New Roman" w:hAnsi="Times New Roman" w:cs="Times New Roman"/>
          <w:i/>
          <w:iCs/>
          <w:sz w:val="24"/>
          <w:szCs w:val="24"/>
        </w:rPr>
        <w:t>. Note: Relevant business registration certificates for doing business in Malawi must be submitted for applicants operating in Malawi. International companies will be required to register in Malawi prior to executing loan agreements</w:t>
      </w:r>
      <w:r w:rsidRPr="006C208E">
        <w:rPr>
          <w:rFonts w:ascii="Times New Roman" w:hAnsi="Times New Roman" w:cs="Times New Roman"/>
          <w:i/>
          <w:iCs/>
          <w:sz w:val="24"/>
          <w:szCs w:val="24"/>
        </w:rPr>
        <w:t>]</w:t>
      </w:r>
    </w:p>
    <w:p w14:paraId="690D0ADC" w14:textId="77777777" w:rsidR="0004476E" w:rsidRPr="006C208E" w:rsidRDefault="0004476E" w:rsidP="006C208E">
      <w:pPr>
        <w:pStyle w:val="NoSpacing"/>
        <w:spacing w:line="276" w:lineRule="auto"/>
        <w:contextualSpacing/>
        <w:rPr>
          <w:rFonts w:ascii="Times New Roman" w:hAnsi="Times New Roman" w:cs="Times New Roman"/>
          <w:sz w:val="24"/>
          <w:szCs w:val="24"/>
        </w:rPr>
      </w:pPr>
    </w:p>
    <w:p w14:paraId="34668AB1" w14:textId="1CDE7F91" w:rsidR="0004476E" w:rsidRPr="006C208E" w:rsidRDefault="0004476E" w:rsidP="006C208E">
      <w:pPr>
        <w:pStyle w:val="NoSpacing"/>
        <w:numPr>
          <w:ilvl w:val="0"/>
          <w:numId w:val="18"/>
        </w:numPr>
        <w:spacing w:line="276" w:lineRule="auto"/>
        <w:contextualSpacing/>
        <w:rPr>
          <w:rFonts w:ascii="Times New Roman" w:hAnsi="Times New Roman" w:cs="Times New Roman"/>
          <w:b/>
          <w:bCs/>
          <w:sz w:val="24"/>
          <w:szCs w:val="24"/>
        </w:rPr>
      </w:pPr>
      <w:r w:rsidRPr="006C208E">
        <w:rPr>
          <w:rFonts w:ascii="Times New Roman" w:hAnsi="Times New Roman" w:cs="Times New Roman"/>
          <w:b/>
          <w:bCs/>
          <w:sz w:val="24"/>
          <w:szCs w:val="24"/>
        </w:rPr>
        <w:t xml:space="preserve">Details of </w:t>
      </w:r>
      <w:r w:rsidR="00E146F7" w:rsidRPr="006C208E">
        <w:rPr>
          <w:rFonts w:ascii="Times New Roman" w:hAnsi="Times New Roman" w:cs="Times New Roman"/>
          <w:b/>
          <w:bCs/>
          <w:sz w:val="24"/>
          <w:szCs w:val="24"/>
        </w:rPr>
        <w:t>CCS</w:t>
      </w:r>
      <w:r w:rsidRPr="006C208E">
        <w:rPr>
          <w:rFonts w:ascii="Times New Roman" w:hAnsi="Times New Roman" w:cs="Times New Roman"/>
          <w:b/>
          <w:bCs/>
          <w:sz w:val="24"/>
          <w:szCs w:val="24"/>
        </w:rPr>
        <w:t xml:space="preserve"> to be </w:t>
      </w:r>
      <w:r w:rsidR="00E146F7" w:rsidRPr="006C208E">
        <w:rPr>
          <w:rFonts w:ascii="Times New Roman" w:hAnsi="Times New Roman" w:cs="Times New Roman"/>
          <w:b/>
          <w:bCs/>
          <w:sz w:val="24"/>
          <w:szCs w:val="24"/>
        </w:rPr>
        <w:t xml:space="preserve">distributed </w:t>
      </w:r>
      <w:r w:rsidRPr="006C208E">
        <w:rPr>
          <w:rFonts w:ascii="Times New Roman" w:hAnsi="Times New Roman" w:cs="Times New Roman"/>
          <w:b/>
          <w:bCs/>
          <w:sz w:val="24"/>
          <w:szCs w:val="24"/>
        </w:rPr>
        <w:t>under the Project</w:t>
      </w:r>
    </w:p>
    <w:p w14:paraId="5CE369F0" w14:textId="37B75D78" w:rsidR="0004476E" w:rsidRPr="006C208E" w:rsidRDefault="0004476E" w:rsidP="006C208E">
      <w:pPr>
        <w:pStyle w:val="NoSpacing"/>
        <w:spacing w:line="276" w:lineRule="auto"/>
        <w:contextualSpacing/>
        <w:jc w:val="both"/>
        <w:rPr>
          <w:rFonts w:ascii="Times New Roman" w:hAnsi="Times New Roman" w:cs="Times New Roman"/>
          <w:i/>
          <w:iCs/>
          <w:sz w:val="24"/>
          <w:szCs w:val="24"/>
        </w:rPr>
      </w:pPr>
      <w:r w:rsidRPr="006C208E">
        <w:rPr>
          <w:rFonts w:ascii="Times New Roman" w:hAnsi="Times New Roman" w:cs="Times New Roman"/>
          <w:i/>
          <w:iCs/>
          <w:sz w:val="24"/>
          <w:szCs w:val="24"/>
        </w:rPr>
        <w:t>[Please provide detail</w:t>
      </w:r>
      <w:r w:rsidR="00D2086E" w:rsidRPr="006C208E">
        <w:rPr>
          <w:rFonts w:ascii="Times New Roman" w:hAnsi="Times New Roman" w:cs="Times New Roman"/>
          <w:i/>
          <w:iCs/>
          <w:sz w:val="24"/>
          <w:szCs w:val="24"/>
        </w:rPr>
        <w:t>ed</w:t>
      </w:r>
      <w:r w:rsidRPr="006C208E">
        <w:rPr>
          <w:rFonts w:ascii="Times New Roman" w:hAnsi="Times New Roman" w:cs="Times New Roman"/>
          <w:i/>
          <w:iCs/>
          <w:sz w:val="24"/>
          <w:szCs w:val="24"/>
        </w:rPr>
        <w:t xml:space="preserve"> targets to be </w:t>
      </w:r>
      <w:r w:rsidR="00E146F7" w:rsidRPr="006C208E">
        <w:rPr>
          <w:rFonts w:ascii="Times New Roman" w:hAnsi="Times New Roman" w:cs="Times New Roman"/>
          <w:i/>
          <w:iCs/>
          <w:sz w:val="24"/>
          <w:szCs w:val="24"/>
        </w:rPr>
        <w:t xml:space="preserve">distributed </w:t>
      </w:r>
      <w:r w:rsidRPr="006C208E">
        <w:rPr>
          <w:rFonts w:ascii="Times New Roman" w:hAnsi="Times New Roman" w:cs="Times New Roman"/>
          <w:i/>
          <w:iCs/>
          <w:sz w:val="24"/>
          <w:szCs w:val="24"/>
        </w:rPr>
        <w:t>under the project as categorized in the below table. An example is shown as an illustration]</w:t>
      </w:r>
    </w:p>
    <w:p w14:paraId="1B63FA86" w14:textId="77777777" w:rsidR="0004476E" w:rsidRPr="006C208E" w:rsidRDefault="0004476E" w:rsidP="006C208E">
      <w:pPr>
        <w:pStyle w:val="NoSpacing"/>
        <w:spacing w:line="276" w:lineRule="auto"/>
        <w:contextualSpacing/>
        <w:rPr>
          <w:rFonts w:ascii="Times New Roman" w:hAnsi="Times New Roman" w:cs="Times New Roman"/>
          <w:sz w:val="24"/>
          <w:szCs w:val="24"/>
        </w:rPr>
      </w:pPr>
    </w:p>
    <w:tbl>
      <w:tblPr>
        <w:tblStyle w:val="TableGrid"/>
        <w:tblW w:w="5000" w:type="pct"/>
        <w:tblLook w:val="04A0" w:firstRow="1" w:lastRow="0" w:firstColumn="1" w:lastColumn="0" w:noHBand="0" w:noVBand="1"/>
      </w:tblPr>
      <w:tblGrid>
        <w:gridCol w:w="1081"/>
        <w:gridCol w:w="716"/>
        <w:gridCol w:w="1349"/>
        <w:gridCol w:w="1349"/>
        <w:gridCol w:w="1530"/>
        <w:gridCol w:w="1439"/>
        <w:gridCol w:w="1555"/>
      </w:tblGrid>
      <w:tr w:rsidR="00077776" w:rsidRPr="006C208E" w14:paraId="58FE4DE7" w14:textId="77777777" w:rsidTr="00C86832">
        <w:tc>
          <w:tcPr>
            <w:tcW w:w="599" w:type="pct"/>
            <w:vMerge w:val="restart"/>
            <w:vAlign w:val="center"/>
          </w:tcPr>
          <w:p w14:paraId="658EB474" w14:textId="46D65086" w:rsidR="00077776" w:rsidRPr="006C208E" w:rsidRDefault="00A266C6" w:rsidP="006C208E">
            <w:pPr>
              <w:pStyle w:val="NoSpacing"/>
              <w:spacing w:line="276" w:lineRule="auto"/>
              <w:contextualSpacing/>
              <w:jc w:val="center"/>
              <w:rPr>
                <w:rFonts w:ascii="Times New Roman" w:hAnsi="Times New Roman" w:cs="Times New Roman"/>
                <w:b/>
                <w:bCs/>
              </w:rPr>
            </w:pPr>
            <w:r w:rsidRPr="006C208E">
              <w:rPr>
                <w:rFonts w:ascii="Times New Roman" w:hAnsi="Times New Roman" w:cs="Times New Roman"/>
                <w:b/>
                <w:bCs/>
              </w:rPr>
              <w:t>Brand /</w:t>
            </w:r>
            <w:r w:rsidR="008669B6" w:rsidRPr="006C208E">
              <w:rPr>
                <w:rFonts w:ascii="Times New Roman" w:hAnsi="Times New Roman" w:cs="Times New Roman"/>
                <w:b/>
                <w:bCs/>
              </w:rPr>
              <w:t xml:space="preserve"> </w:t>
            </w:r>
            <w:r w:rsidR="00077776" w:rsidRPr="006C208E">
              <w:rPr>
                <w:rFonts w:ascii="Times New Roman" w:hAnsi="Times New Roman" w:cs="Times New Roman"/>
                <w:b/>
                <w:bCs/>
              </w:rPr>
              <w:t>Model No.</w:t>
            </w:r>
          </w:p>
        </w:tc>
        <w:tc>
          <w:tcPr>
            <w:tcW w:w="397" w:type="pct"/>
            <w:vMerge w:val="restart"/>
            <w:vAlign w:val="center"/>
          </w:tcPr>
          <w:p w14:paraId="76EFE2A7" w14:textId="6C9EAB32" w:rsidR="00077776" w:rsidRPr="006C208E" w:rsidRDefault="008669B6" w:rsidP="006C208E">
            <w:pPr>
              <w:pStyle w:val="NoSpacing"/>
              <w:spacing w:line="276" w:lineRule="auto"/>
              <w:contextualSpacing/>
              <w:jc w:val="center"/>
              <w:rPr>
                <w:rFonts w:ascii="Times New Roman" w:hAnsi="Times New Roman" w:cs="Times New Roman"/>
                <w:b/>
                <w:bCs/>
              </w:rPr>
            </w:pPr>
            <w:r w:rsidRPr="006C208E">
              <w:rPr>
                <w:rFonts w:ascii="Times New Roman" w:hAnsi="Times New Roman" w:cs="Times New Roman"/>
                <w:b/>
                <w:bCs/>
              </w:rPr>
              <w:t>Tier</w:t>
            </w:r>
          </w:p>
        </w:tc>
        <w:tc>
          <w:tcPr>
            <w:tcW w:w="4004" w:type="pct"/>
            <w:gridSpan w:val="5"/>
            <w:vAlign w:val="center"/>
          </w:tcPr>
          <w:p w14:paraId="2EADB4D0" w14:textId="6EDEDDCD" w:rsidR="00077776" w:rsidRPr="006C208E" w:rsidRDefault="00077776" w:rsidP="006C208E">
            <w:pPr>
              <w:pStyle w:val="NoSpacing"/>
              <w:spacing w:line="276" w:lineRule="auto"/>
              <w:contextualSpacing/>
              <w:jc w:val="center"/>
              <w:rPr>
                <w:rFonts w:ascii="Times New Roman" w:hAnsi="Times New Roman" w:cs="Times New Roman"/>
                <w:b/>
                <w:bCs/>
              </w:rPr>
            </w:pPr>
            <w:r w:rsidRPr="006C208E">
              <w:rPr>
                <w:rFonts w:ascii="Times New Roman" w:hAnsi="Times New Roman" w:cs="Times New Roman"/>
                <w:b/>
                <w:bCs/>
              </w:rPr>
              <w:t>Target Installation</w:t>
            </w:r>
          </w:p>
        </w:tc>
      </w:tr>
      <w:tr w:rsidR="00077776" w:rsidRPr="006C208E" w14:paraId="405CB514" w14:textId="77777777" w:rsidTr="00C86832">
        <w:tc>
          <w:tcPr>
            <w:tcW w:w="599" w:type="pct"/>
            <w:vMerge/>
            <w:vAlign w:val="center"/>
          </w:tcPr>
          <w:p w14:paraId="2EFF758E" w14:textId="77777777" w:rsidR="00077776" w:rsidRPr="006C208E" w:rsidRDefault="00077776" w:rsidP="006C208E">
            <w:pPr>
              <w:pStyle w:val="NoSpacing"/>
              <w:spacing w:line="276" w:lineRule="auto"/>
              <w:contextualSpacing/>
              <w:jc w:val="center"/>
              <w:rPr>
                <w:rFonts w:ascii="Times New Roman" w:hAnsi="Times New Roman" w:cs="Times New Roman"/>
                <w:b/>
                <w:bCs/>
              </w:rPr>
            </w:pPr>
          </w:p>
        </w:tc>
        <w:tc>
          <w:tcPr>
            <w:tcW w:w="397" w:type="pct"/>
            <w:vMerge/>
            <w:vAlign w:val="center"/>
          </w:tcPr>
          <w:p w14:paraId="488B9723" w14:textId="77777777" w:rsidR="00077776" w:rsidRPr="006C208E" w:rsidRDefault="00077776" w:rsidP="006C208E">
            <w:pPr>
              <w:pStyle w:val="NoSpacing"/>
              <w:spacing w:line="276" w:lineRule="auto"/>
              <w:contextualSpacing/>
              <w:jc w:val="center"/>
              <w:rPr>
                <w:rFonts w:ascii="Times New Roman" w:hAnsi="Times New Roman" w:cs="Times New Roman"/>
                <w:b/>
                <w:bCs/>
              </w:rPr>
            </w:pPr>
          </w:p>
        </w:tc>
        <w:tc>
          <w:tcPr>
            <w:tcW w:w="748" w:type="pct"/>
            <w:vAlign w:val="center"/>
          </w:tcPr>
          <w:p w14:paraId="194D8BE0" w14:textId="40A301DF" w:rsidR="00077776" w:rsidRPr="006C208E" w:rsidRDefault="00077776" w:rsidP="006C208E">
            <w:pPr>
              <w:pStyle w:val="NoSpacing"/>
              <w:spacing w:line="276" w:lineRule="auto"/>
              <w:contextualSpacing/>
              <w:jc w:val="center"/>
              <w:rPr>
                <w:rFonts w:ascii="Times New Roman" w:hAnsi="Times New Roman" w:cs="Times New Roman"/>
                <w:b/>
                <w:bCs/>
              </w:rPr>
            </w:pPr>
            <w:r w:rsidRPr="006C208E">
              <w:rPr>
                <w:rFonts w:ascii="Times New Roman" w:hAnsi="Times New Roman" w:cs="Times New Roman"/>
                <w:b/>
                <w:bCs/>
              </w:rPr>
              <w:t>Month 1 to Month 6</w:t>
            </w:r>
          </w:p>
        </w:tc>
        <w:tc>
          <w:tcPr>
            <w:tcW w:w="748" w:type="pct"/>
            <w:vAlign w:val="center"/>
          </w:tcPr>
          <w:p w14:paraId="4EFBC832" w14:textId="77777777" w:rsidR="00077776" w:rsidRPr="006C208E" w:rsidRDefault="00077776" w:rsidP="006C208E">
            <w:pPr>
              <w:pStyle w:val="NoSpacing"/>
              <w:spacing w:line="276" w:lineRule="auto"/>
              <w:contextualSpacing/>
              <w:jc w:val="center"/>
              <w:rPr>
                <w:rFonts w:ascii="Times New Roman" w:hAnsi="Times New Roman" w:cs="Times New Roman"/>
                <w:b/>
                <w:bCs/>
              </w:rPr>
            </w:pPr>
            <w:r w:rsidRPr="006C208E">
              <w:rPr>
                <w:rFonts w:ascii="Times New Roman" w:hAnsi="Times New Roman" w:cs="Times New Roman"/>
                <w:b/>
                <w:bCs/>
              </w:rPr>
              <w:t>Month 7 to Month 12</w:t>
            </w:r>
          </w:p>
        </w:tc>
        <w:tc>
          <w:tcPr>
            <w:tcW w:w="848" w:type="pct"/>
            <w:vAlign w:val="center"/>
          </w:tcPr>
          <w:p w14:paraId="2C3C0C5E" w14:textId="77777777" w:rsidR="00077776" w:rsidRPr="006C208E" w:rsidRDefault="00077776" w:rsidP="006C208E">
            <w:pPr>
              <w:pStyle w:val="NoSpacing"/>
              <w:spacing w:line="276" w:lineRule="auto"/>
              <w:contextualSpacing/>
              <w:jc w:val="center"/>
              <w:rPr>
                <w:rFonts w:ascii="Times New Roman" w:hAnsi="Times New Roman" w:cs="Times New Roman"/>
                <w:b/>
                <w:bCs/>
              </w:rPr>
            </w:pPr>
            <w:r w:rsidRPr="006C208E">
              <w:rPr>
                <w:rFonts w:ascii="Times New Roman" w:hAnsi="Times New Roman" w:cs="Times New Roman"/>
                <w:b/>
                <w:bCs/>
              </w:rPr>
              <w:t>Month 13 to Month 18</w:t>
            </w:r>
          </w:p>
        </w:tc>
        <w:tc>
          <w:tcPr>
            <w:tcW w:w="798" w:type="pct"/>
            <w:vAlign w:val="center"/>
          </w:tcPr>
          <w:p w14:paraId="16B342B3" w14:textId="77777777" w:rsidR="00077776" w:rsidRPr="006C208E" w:rsidRDefault="00077776" w:rsidP="006C208E">
            <w:pPr>
              <w:pStyle w:val="NoSpacing"/>
              <w:spacing w:line="276" w:lineRule="auto"/>
              <w:contextualSpacing/>
              <w:jc w:val="center"/>
              <w:rPr>
                <w:rFonts w:ascii="Times New Roman" w:hAnsi="Times New Roman" w:cs="Times New Roman"/>
                <w:b/>
                <w:bCs/>
              </w:rPr>
            </w:pPr>
            <w:r w:rsidRPr="006C208E">
              <w:rPr>
                <w:rFonts w:ascii="Times New Roman" w:hAnsi="Times New Roman" w:cs="Times New Roman"/>
                <w:b/>
                <w:bCs/>
              </w:rPr>
              <w:t>Month 18 to Month 24</w:t>
            </w:r>
          </w:p>
        </w:tc>
        <w:tc>
          <w:tcPr>
            <w:tcW w:w="862" w:type="pct"/>
            <w:vAlign w:val="center"/>
          </w:tcPr>
          <w:p w14:paraId="76128A9E" w14:textId="77777777" w:rsidR="00077776" w:rsidRPr="006C208E" w:rsidRDefault="00077776" w:rsidP="006C208E">
            <w:pPr>
              <w:pStyle w:val="NoSpacing"/>
              <w:spacing w:line="276" w:lineRule="auto"/>
              <w:contextualSpacing/>
              <w:jc w:val="center"/>
              <w:rPr>
                <w:rFonts w:ascii="Times New Roman" w:hAnsi="Times New Roman" w:cs="Times New Roman"/>
                <w:b/>
                <w:bCs/>
              </w:rPr>
            </w:pPr>
            <w:r w:rsidRPr="006C208E">
              <w:rPr>
                <w:rFonts w:ascii="Times New Roman" w:hAnsi="Times New Roman" w:cs="Times New Roman"/>
                <w:b/>
                <w:bCs/>
              </w:rPr>
              <w:t>Month 25 to Month 36</w:t>
            </w:r>
          </w:p>
        </w:tc>
      </w:tr>
      <w:tr w:rsidR="00077776" w:rsidRPr="006C208E" w14:paraId="6C055C6A" w14:textId="77777777" w:rsidTr="00C86832">
        <w:tc>
          <w:tcPr>
            <w:tcW w:w="599" w:type="pct"/>
            <w:vAlign w:val="center"/>
          </w:tcPr>
          <w:p w14:paraId="3F9B8679" w14:textId="77777777" w:rsidR="00077776" w:rsidRPr="006C208E" w:rsidRDefault="00077776" w:rsidP="006C208E">
            <w:pPr>
              <w:pStyle w:val="NoSpacing"/>
              <w:spacing w:line="276" w:lineRule="auto"/>
              <w:contextualSpacing/>
              <w:jc w:val="center"/>
              <w:rPr>
                <w:rFonts w:ascii="Times New Roman" w:hAnsi="Times New Roman" w:cs="Times New Roman"/>
              </w:rPr>
            </w:pPr>
          </w:p>
        </w:tc>
        <w:tc>
          <w:tcPr>
            <w:tcW w:w="397" w:type="pct"/>
            <w:vAlign w:val="center"/>
          </w:tcPr>
          <w:p w14:paraId="6CD9D9E8" w14:textId="77777777" w:rsidR="00077776" w:rsidRPr="006C208E" w:rsidRDefault="00077776" w:rsidP="006C208E">
            <w:pPr>
              <w:pStyle w:val="NoSpacing"/>
              <w:spacing w:line="276" w:lineRule="auto"/>
              <w:contextualSpacing/>
              <w:jc w:val="center"/>
              <w:rPr>
                <w:rFonts w:ascii="Times New Roman" w:hAnsi="Times New Roman" w:cs="Times New Roman"/>
              </w:rPr>
            </w:pPr>
          </w:p>
        </w:tc>
        <w:tc>
          <w:tcPr>
            <w:tcW w:w="748" w:type="pct"/>
            <w:vAlign w:val="center"/>
          </w:tcPr>
          <w:p w14:paraId="4C82B15D" w14:textId="1E66E7DD" w:rsidR="00077776" w:rsidRPr="006C208E" w:rsidRDefault="00077776" w:rsidP="006C208E">
            <w:pPr>
              <w:pStyle w:val="NoSpacing"/>
              <w:spacing w:line="276" w:lineRule="auto"/>
              <w:contextualSpacing/>
              <w:jc w:val="center"/>
              <w:rPr>
                <w:rFonts w:ascii="Times New Roman" w:hAnsi="Times New Roman" w:cs="Times New Roman"/>
              </w:rPr>
            </w:pPr>
          </w:p>
        </w:tc>
        <w:tc>
          <w:tcPr>
            <w:tcW w:w="748" w:type="pct"/>
            <w:vAlign w:val="center"/>
          </w:tcPr>
          <w:p w14:paraId="4CDB1BB8" w14:textId="77777777" w:rsidR="00077776" w:rsidRPr="006C208E" w:rsidRDefault="00077776" w:rsidP="006C208E">
            <w:pPr>
              <w:pStyle w:val="NoSpacing"/>
              <w:spacing w:line="276" w:lineRule="auto"/>
              <w:contextualSpacing/>
              <w:jc w:val="center"/>
              <w:rPr>
                <w:rFonts w:ascii="Times New Roman" w:hAnsi="Times New Roman" w:cs="Times New Roman"/>
              </w:rPr>
            </w:pPr>
          </w:p>
        </w:tc>
        <w:tc>
          <w:tcPr>
            <w:tcW w:w="848" w:type="pct"/>
            <w:vAlign w:val="center"/>
          </w:tcPr>
          <w:p w14:paraId="0CC34102" w14:textId="77777777" w:rsidR="00077776" w:rsidRPr="006C208E" w:rsidRDefault="00077776" w:rsidP="006C208E">
            <w:pPr>
              <w:pStyle w:val="NoSpacing"/>
              <w:spacing w:line="276" w:lineRule="auto"/>
              <w:contextualSpacing/>
              <w:jc w:val="center"/>
              <w:rPr>
                <w:rFonts w:ascii="Times New Roman" w:hAnsi="Times New Roman" w:cs="Times New Roman"/>
              </w:rPr>
            </w:pPr>
          </w:p>
        </w:tc>
        <w:tc>
          <w:tcPr>
            <w:tcW w:w="798" w:type="pct"/>
            <w:vAlign w:val="center"/>
          </w:tcPr>
          <w:p w14:paraId="39A19111" w14:textId="77777777" w:rsidR="00077776" w:rsidRPr="006C208E" w:rsidRDefault="00077776" w:rsidP="006C208E">
            <w:pPr>
              <w:pStyle w:val="NoSpacing"/>
              <w:spacing w:line="276" w:lineRule="auto"/>
              <w:contextualSpacing/>
              <w:jc w:val="center"/>
              <w:rPr>
                <w:rFonts w:ascii="Times New Roman" w:hAnsi="Times New Roman" w:cs="Times New Roman"/>
              </w:rPr>
            </w:pPr>
          </w:p>
        </w:tc>
        <w:tc>
          <w:tcPr>
            <w:tcW w:w="862" w:type="pct"/>
            <w:vAlign w:val="center"/>
          </w:tcPr>
          <w:p w14:paraId="0646FA84" w14:textId="77777777" w:rsidR="00077776" w:rsidRPr="006C208E" w:rsidRDefault="00077776" w:rsidP="006C208E">
            <w:pPr>
              <w:pStyle w:val="NoSpacing"/>
              <w:spacing w:line="276" w:lineRule="auto"/>
              <w:contextualSpacing/>
              <w:jc w:val="center"/>
              <w:rPr>
                <w:rFonts w:ascii="Times New Roman" w:hAnsi="Times New Roman" w:cs="Times New Roman"/>
              </w:rPr>
            </w:pPr>
          </w:p>
        </w:tc>
      </w:tr>
      <w:tr w:rsidR="00077776" w:rsidRPr="006C208E" w14:paraId="635017DC" w14:textId="77777777" w:rsidTr="00C86832">
        <w:tc>
          <w:tcPr>
            <w:tcW w:w="599" w:type="pct"/>
            <w:vAlign w:val="center"/>
          </w:tcPr>
          <w:p w14:paraId="24B72CC5" w14:textId="2966AEE8" w:rsidR="00077776" w:rsidRPr="006C208E" w:rsidRDefault="00077776" w:rsidP="006C208E">
            <w:pPr>
              <w:pStyle w:val="NoSpacing"/>
              <w:spacing w:line="276" w:lineRule="auto"/>
              <w:contextualSpacing/>
              <w:jc w:val="center"/>
              <w:rPr>
                <w:rFonts w:ascii="Times New Roman" w:hAnsi="Times New Roman" w:cs="Times New Roman"/>
                <w:i/>
                <w:iCs/>
              </w:rPr>
            </w:pPr>
          </w:p>
        </w:tc>
        <w:tc>
          <w:tcPr>
            <w:tcW w:w="397" w:type="pct"/>
            <w:vAlign w:val="center"/>
          </w:tcPr>
          <w:p w14:paraId="5B9A6B32" w14:textId="09F296CA" w:rsidR="00077776" w:rsidRPr="006C208E" w:rsidRDefault="00077776" w:rsidP="006C208E">
            <w:pPr>
              <w:pStyle w:val="NoSpacing"/>
              <w:spacing w:line="276" w:lineRule="auto"/>
              <w:contextualSpacing/>
              <w:jc w:val="center"/>
              <w:rPr>
                <w:rFonts w:ascii="Times New Roman" w:hAnsi="Times New Roman" w:cs="Times New Roman"/>
                <w:i/>
                <w:iCs/>
              </w:rPr>
            </w:pPr>
          </w:p>
        </w:tc>
        <w:tc>
          <w:tcPr>
            <w:tcW w:w="748" w:type="pct"/>
            <w:vAlign w:val="center"/>
          </w:tcPr>
          <w:p w14:paraId="223D4887" w14:textId="4D98023B" w:rsidR="00077776" w:rsidRPr="006C208E" w:rsidRDefault="00077776" w:rsidP="006C208E">
            <w:pPr>
              <w:pStyle w:val="NoSpacing"/>
              <w:spacing w:line="276" w:lineRule="auto"/>
              <w:contextualSpacing/>
              <w:jc w:val="center"/>
              <w:rPr>
                <w:rFonts w:ascii="Times New Roman" w:hAnsi="Times New Roman" w:cs="Times New Roman"/>
                <w:i/>
                <w:iCs/>
              </w:rPr>
            </w:pPr>
            <w:r w:rsidRPr="006C208E">
              <w:rPr>
                <w:rFonts w:ascii="Times New Roman" w:hAnsi="Times New Roman" w:cs="Times New Roman"/>
                <w:i/>
                <w:iCs/>
              </w:rPr>
              <w:t>2,000</w:t>
            </w:r>
          </w:p>
        </w:tc>
        <w:tc>
          <w:tcPr>
            <w:tcW w:w="748" w:type="pct"/>
            <w:vAlign w:val="center"/>
          </w:tcPr>
          <w:p w14:paraId="2414170C" w14:textId="0ED4A5DE" w:rsidR="00077776" w:rsidRPr="006C208E" w:rsidRDefault="00077776" w:rsidP="006C208E">
            <w:pPr>
              <w:pStyle w:val="NoSpacing"/>
              <w:spacing w:line="276" w:lineRule="auto"/>
              <w:contextualSpacing/>
              <w:jc w:val="center"/>
              <w:rPr>
                <w:rFonts w:ascii="Times New Roman" w:hAnsi="Times New Roman" w:cs="Times New Roman"/>
                <w:i/>
                <w:iCs/>
              </w:rPr>
            </w:pPr>
            <w:r w:rsidRPr="006C208E">
              <w:rPr>
                <w:rFonts w:ascii="Times New Roman" w:hAnsi="Times New Roman" w:cs="Times New Roman"/>
                <w:i/>
                <w:iCs/>
              </w:rPr>
              <w:t>5,000</w:t>
            </w:r>
          </w:p>
        </w:tc>
        <w:tc>
          <w:tcPr>
            <w:tcW w:w="848" w:type="pct"/>
            <w:vAlign w:val="center"/>
          </w:tcPr>
          <w:p w14:paraId="31C4DD16" w14:textId="48D700E1" w:rsidR="00077776" w:rsidRPr="006C208E" w:rsidRDefault="00077776" w:rsidP="006C208E">
            <w:pPr>
              <w:pStyle w:val="NoSpacing"/>
              <w:spacing w:line="276" w:lineRule="auto"/>
              <w:contextualSpacing/>
              <w:jc w:val="center"/>
              <w:rPr>
                <w:rFonts w:ascii="Times New Roman" w:hAnsi="Times New Roman" w:cs="Times New Roman"/>
                <w:i/>
                <w:iCs/>
              </w:rPr>
            </w:pPr>
            <w:r w:rsidRPr="006C208E">
              <w:rPr>
                <w:rFonts w:ascii="Times New Roman" w:hAnsi="Times New Roman" w:cs="Times New Roman"/>
                <w:i/>
                <w:iCs/>
              </w:rPr>
              <w:t>5,000</w:t>
            </w:r>
          </w:p>
        </w:tc>
        <w:tc>
          <w:tcPr>
            <w:tcW w:w="798" w:type="pct"/>
            <w:vAlign w:val="center"/>
          </w:tcPr>
          <w:p w14:paraId="68625188" w14:textId="7B498463" w:rsidR="00077776" w:rsidRPr="006C208E" w:rsidRDefault="00077776" w:rsidP="006C208E">
            <w:pPr>
              <w:pStyle w:val="NoSpacing"/>
              <w:spacing w:line="276" w:lineRule="auto"/>
              <w:contextualSpacing/>
              <w:jc w:val="center"/>
              <w:rPr>
                <w:rFonts w:ascii="Times New Roman" w:hAnsi="Times New Roman" w:cs="Times New Roman"/>
                <w:i/>
                <w:iCs/>
              </w:rPr>
            </w:pPr>
            <w:r w:rsidRPr="006C208E">
              <w:rPr>
                <w:rFonts w:ascii="Times New Roman" w:hAnsi="Times New Roman" w:cs="Times New Roman"/>
                <w:i/>
                <w:iCs/>
              </w:rPr>
              <w:t>10,000</w:t>
            </w:r>
          </w:p>
        </w:tc>
        <w:tc>
          <w:tcPr>
            <w:tcW w:w="862" w:type="pct"/>
            <w:vAlign w:val="center"/>
          </w:tcPr>
          <w:p w14:paraId="1EDEC59F" w14:textId="0EEBED53" w:rsidR="00077776" w:rsidRPr="006C208E" w:rsidRDefault="00077776" w:rsidP="006C208E">
            <w:pPr>
              <w:pStyle w:val="NoSpacing"/>
              <w:spacing w:line="276" w:lineRule="auto"/>
              <w:contextualSpacing/>
              <w:jc w:val="center"/>
              <w:rPr>
                <w:rFonts w:ascii="Times New Roman" w:hAnsi="Times New Roman" w:cs="Times New Roman"/>
                <w:i/>
                <w:iCs/>
              </w:rPr>
            </w:pPr>
            <w:r w:rsidRPr="006C208E">
              <w:rPr>
                <w:rFonts w:ascii="Times New Roman" w:hAnsi="Times New Roman" w:cs="Times New Roman"/>
                <w:i/>
                <w:iCs/>
              </w:rPr>
              <w:t>10,000</w:t>
            </w:r>
          </w:p>
        </w:tc>
      </w:tr>
      <w:tr w:rsidR="00077776" w:rsidRPr="006C208E" w14:paraId="232E9CCC" w14:textId="77777777" w:rsidTr="00C86832">
        <w:tc>
          <w:tcPr>
            <w:tcW w:w="599" w:type="pct"/>
            <w:vAlign w:val="center"/>
          </w:tcPr>
          <w:p w14:paraId="12B04E7B" w14:textId="6350B1E0" w:rsidR="00077776" w:rsidRPr="006C208E" w:rsidRDefault="00077776" w:rsidP="006C208E">
            <w:pPr>
              <w:pStyle w:val="NoSpacing"/>
              <w:spacing w:line="276" w:lineRule="auto"/>
              <w:contextualSpacing/>
              <w:jc w:val="center"/>
              <w:rPr>
                <w:rFonts w:ascii="Times New Roman" w:hAnsi="Times New Roman" w:cs="Times New Roman"/>
                <w:i/>
                <w:iCs/>
              </w:rPr>
            </w:pPr>
          </w:p>
        </w:tc>
        <w:tc>
          <w:tcPr>
            <w:tcW w:w="397" w:type="pct"/>
            <w:vAlign w:val="center"/>
          </w:tcPr>
          <w:p w14:paraId="1FAE357B" w14:textId="3A8F7B5B" w:rsidR="00077776" w:rsidRPr="006C208E" w:rsidRDefault="00077776" w:rsidP="006C208E">
            <w:pPr>
              <w:pStyle w:val="NoSpacing"/>
              <w:spacing w:line="276" w:lineRule="auto"/>
              <w:contextualSpacing/>
              <w:jc w:val="center"/>
              <w:rPr>
                <w:rFonts w:ascii="Times New Roman" w:hAnsi="Times New Roman" w:cs="Times New Roman"/>
                <w:i/>
                <w:iCs/>
              </w:rPr>
            </w:pPr>
          </w:p>
        </w:tc>
        <w:tc>
          <w:tcPr>
            <w:tcW w:w="748" w:type="pct"/>
            <w:vAlign w:val="center"/>
          </w:tcPr>
          <w:p w14:paraId="10BF8C51" w14:textId="7365B3C3" w:rsidR="00077776" w:rsidRPr="006C208E" w:rsidRDefault="00077776" w:rsidP="006C208E">
            <w:pPr>
              <w:pStyle w:val="NoSpacing"/>
              <w:spacing w:line="276" w:lineRule="auto"/>
              <w:contextualSpacing/>
              <w:jc w:val="center"/>
              <w:rPr>
                <w:rFonts w:ascii="Times New Roman" w:hAnsi="Times New Roman" w:cs="Times New Roman"/>
                <w:i/>
                <w:iCs/>
              </w:rPr>
            </w:pPr>
            <w:r w:rsidRPr="006C208E">
              <w:rPr>
                <w:rFonts w:ascii="Times New Roman" w:hAnsi="Times New Roman" w:cs="Times New Roman"/>
                <w:i/>
                <w:iCs/>
              </w:rPr>
              <w:t>1,000</w:t>
            </w:r>
          </w:p>
        </w:tc>
        <w:tc>
          <w:tcPr>
            <w:tcW w:w="748" w:type="pct"/>
            <w:vAlign w:val="center"/>
          </w:tcPr>
          <w:p w14:paraId="1F76CBC8" w14:textId="5714EA64" w:rsidR="00077776" w:rsidRPr="006C208E" w:rsidRDefault="00077776" w:rsidP="006C208E">
            <w:pPr>
              <w:pStyle w:val="NoSpacing"/>
              <w:spacing w:line="276" w:lineRule="auto"/>
              <w:contextualSpacing/>
              <w:jc w:val="center"/>
              <w:rPr>
                <w:rFonts w:ascii="Times New Roman" w:hAnsi="Times New Roman" w:cs="Times New Roman"/>
                <w:i/>
                <w:iCs/>
              </w:rPr>
            </w:pPr>
            <w:r w:rsidRPr="006C208E">
              <w:rPr>
                <w:rFonts w:ascii="Times New Roman" w:hAnsi="Times New Roman" w:cs="Times New Roman"/>
                <w:i/>
                <w:iCs/>
              </w:rPr>
              <w:t>3,000</w:t>
            </w:r>
          </w:p>
        </w:tc>
        <w:tc>
          <w:tcPr>
            <w:tcW w:w="848" w:type="pct"/>
            <w:vAlign w:val="center"/>
          </w:tcPr>
          <w:p w14:paraId="2B746EA8" w14:textId="4E68C333" w:rsidR="00077776" w:rsidRPr="006C208E" w:rsidRDefault="00077776" w:rsidP="006C208E">
            <w:pPr>
              <w:pStyle w:val="NoSpacing"/>
              <w:spacing w:line="276" w:lineRule="auto"/>
              <w:contextualSpacing/>
              <w:jc w:val="center"/>
              <w:rPr>
                <w:rFonts w:ascii="Times New Roman" w:hAnsi="Times New Roman" w:cs="Times New Roman"/>
                <w:i/>
                <w:iCs/>
              </w:rPr>
            </w:pPr>
            <w:r w:rsidRPr="006C208E">
              <w:rPr>
                <w:rFonts w:ascii="Times New Roman" w:hAnsi="Times New Roman" w:cs="Times New Roman"/>
                <w:i/>
                <w:iCs/>
              </w:rPr>
              <w:t>3,000</w:t>
            </w:r>
          </w:p>
        </w:tc>
        <w:tc>
          <w:tcPr>
            <w:tcW w:w="798" w:type="pct"/>
            <w:vAlign w:val="center"/>
          </w:tcPr>
          <w:p w14:paraId="2CC5E2F2" w14:textId="24155179" w:rsidR="00077776" w:rsidRPr="006C208E" w:rsidRDefault="00077776" w:rsidP="006C208E">
            <w:pPr>
              <w:pStyle w:val="NoSpacing"/>
              <w:spacing w:line="276" w:lineRule="auto"/>
              <w:contextualSpacing/>
              <w:jc w:val="center"/>
              <w:rPr>
                <w:rFonts w:ascii="Times New Roman" w:hAnsi="Times New Roman" w:cs="Times New Roman"/>
                <w:i/>
                <w:iCs/>
              </w:rPr>
            </w:pPr>
            <w:r w:rsidRPr="006C208E">
              <w:rPr>
                <w:rFonts w:ascii="Times New Roman" w:hAnsi="Times New Roman" w:cs="Times New Roman"/>
                <w:i/>
                <w:iCs/>
              </w:rPr>
              <w:t>8,000</w:t>
            </w:r>
          </w:p>
        </w:tc>
        <w:tc>
          <w:tcPr>
            <w:tcW w:w="862" w:type="pct"/>
            <w:vAlign w:val="center"/>
          </w:tcPr>
          <w:p w14:paraId="3EA0356E" w14:textId="5870D505" w:rsidR="00077776" w:rsidRPr="006C208E" w:rsidRDefault="00077776" w:rsidP="006C208E">
            <w:pPr>
              <w:pStyle w:val="NoSpacing"/>
              <w:spacing w:line="276" w:lineRule="auto"/>
              <w:contextualSpacing/>
              <w:jc w:val="center"/>
              <w:rPr>
                <w:rFonts w:ascii="Times New Roman" w:hAnsi="Times New Roman" w:cs="Times New Roman"/>
                <w:i/>
                <w:iCs/>
              </w:rPr>
            </w:pPr>
            <w:r w:rsidRPr="006C208E">
              <w:rPr>
                <w:rFonts w:ascii="Times New Roman" w:hAnsi="Times New Roman" w:cs="Times New Roman"/>
                <w:i/>
                <w:iCs/>
              </w:rPr>
              <w:t>8,000</w:t>
            </w:r>
          </w:p>
        </w:tc>
      </w:tr>
      <w:tr w:rsidR="00077776" w:rsidRPr="006C208E" w14:paraId="7B97AEB3" w14:textId="77777777" w:rsidTr="00C86832">
        <w:tc>
          <w:tcPr>
            <w:tcW w:w="599" w:type="pct"/>
            <w:vAlign w:val="center"/>
          </w:tcPr>
          <w:p w14:paraId="3AE1632D" w14:textId="77777777" w:rsidR="00077776" w:rsidRPr="006C208E" w:rsidRDefault="00077776" w:rsidP="006C208E">
            <w:pPr>
              <w:pStyle w:val="NoSpacing"/>
              <w:spacing w:line="276" w:lineRule="auto"/>
              <w:contextualSpacing/>
              <w:jc w:val="center"/>
              <w:rPr>
                <w:rFonts w:ascii="Times New Roman" w:hAnsi="Times New Roman" w:cs="Times New Roman"/>
              </w:rPr>
            </w:pPr>
            <w:r w:rsidRPr="006C208E">
              <w:rPr>
                <w:rFonts w:ascii="Times New Roman" w:hAnsi="Times New Roman" w:cs="Times New Roman"/>
                <w:i/>
                <w:iCs/>
              </w:rPr>
              <w:t>…………</w:t>
            </w:r>
          </w:p>
        </w:tc>
        <w:tc>
          <w:tcPr>
            <w:tcW w:w="397" w:type="pct"/>
            <w:vAlign w:val="center"/>
          </w:tcPr>
          <w:p w14:paraId="3BD741EA" w14:textId="77777777" w:rsidR="00077776" w:rsidRPr="006C208E" w:rsidRDefault="00077776" w:rsidP="006C208E">
            <w:pPr>
              <w:pStyle w:val="NoSpacing"/>
              <w:spacing w:line="276" w:lineRule="auto"/>
              <w:contextualSpacing/>
              <w:jc w:val="center"/>
              <w:rPr>
                <w:rFonts w:ascii="Times New Roman" w:hAnsi="Times New Roman" w:cs="Times New Roman"/>
              </w:rPr>
            </w:pPr>
          </w:p>
        </w:tc>
        <w:tc>
          <w:tcPr>
            <w:tcW w:w="748" w:type="pct"/>
            <w:vAlign w:val="center"/>
          </w:tcPr>
          <w:p w14:paraId="73A694CE" w14:textId="09D497FC" w:rsidR="00077776" w:rsidRPr="006C208E" w:rsidRDefault="00077776" w:rsidP="006C208E">
            <w:pPr>
              <w:pStyle w:val="NoSpacing"/>
              <w:spacing w:line="276" w:lineRule="auto"/>
              <w:contextualSpacing/>
              <w:jc w:val="center"/>
              <w:rPr>
                <w:rFonts w:ascii="Times New Roman" w:hAnsi="Times New Roman" w:cs="Times New Roman"/>
              </w:rPr>
            </w:pPr>
          </w:p>
        </w:tc>
        <w:tc>
          <w:tcPr>
            <w:tcW w:w="748" w:type="pct"/>
            <w:vAlign w:val="center"/>
          </w:tcPr>
          <w:p w14:paraId="58A78C69" w14:textId="77777777" w:rsidR="00077776" w:rsidRPr="006C208E" w:rsidRDefault="00077776" w:rsidP="006C208E">
            <w:pPr>
              <w:pStyle w:val="NoSpacing"/>
              <w:spacing w:line="276" w:lineRule="auto"/>
              <w:contextualSpacing/>
              <w:jc w:val="center"/>
              <w:rPr>
                <w:rFonts w:ascii="Times New Roman" w:hAnsi="Times New Roman" w:cs="Times New Roman"/>
              </w:rPr>
            </w:pPr>
          </w:p>
        </w:tc>
        <w:tc>
          <w:tcPr>
            <w:tcW w:w="848" w:type="pct"/>
            <w:vAlign w:val="center"/>
          </w:tcPr>
          <w:p w14:paraId="2EC26F70" w14:textId="77777777" w:rsidR="00077776" w:rsidRPr="006C208E" w:rsidRDefault="00077776" w:rsidP="006C208E">
            <w:pPr>
              <w:pStyle w:val="NoSpacing"/>
              <w:spacing w:line="276" w:lineRule="auto"/>
              <w:contextualSpacing/>
              <w:jc w:val="center"/>
              <w:rPr>
                <w:rFonts w:ascii="Times New Roman" w:hAnsi="Times New Roman" w:cs="Times New Roman"/>
                <w:i/>
                <w:iCs/>
              </w:rPr>
            </w:pPr>
          </w:p>
        </w:tc>
        <w:tc>
          <w:tcPr>
            <w:tcW w:w="798" w:type="pct"/>
            <w:vAlign w:val="center"/>
          </w:tcPr>
          <w:p w14:paraId="7439E69D" w14:textId="77777777" w:rsidR="00077776" w:rsidRPr="006C208E" w:rsidRDefault="00077776" w:rsidP="006C208E">
            <w:pPr>
              <w:pStyle w:val="NoSpacing"/>
              <w:spacing w:line="276" w:lineRule="auto"/>
              <w:contextualSpacing/>
              <w:jc w:val="center"/>
              <w:rPr>
                <w:rFonts w:ascii="Times New Roman" w:hAnsi="Times New Roman" w:cs="Times New Roman"/>
                <w:i/>
                <w:iCs/>
              </w:rPr>
            </w:pPr>
          </w:p>
        </w:tc>
        <w:tc>
          <w:tcPr>
            <w:tcW w:w="862" w:type="pct"/>
            <w:vAlign w:val="center"/>
          </w:tcPr>
          <w:p w14:paraId="6C510773" w14:textId="77777777" w:rsidR="00077776" w:rsidRPr="006C208E" w:rsidRDefault="00077776" w:rsidP="006C208E">
            <w:pPr>
              <w:pStyle w:val="NoSpacing"/>
              <w:spacing w:line="276" w:lineRule="auto"/>
              <w:contextualSpacing/>
              <w:jc w:val="center"/>
              <w:rPr>
                <w:rFonts w:ascii="Times New Roman" w:hAnsi="Times New Roman" w:cs="Times New Roman"/>
              </w:rPr>
            </w:pPr>
          </w:p>
        </w:tc>
      </w:tr>
      <w:tr w:rsidR="00077776" w:rsidRPr="006C208E" w14:paraId="47EF1CF9" w14:textId="77777777" w:rsidTr="00C86832">
        <w:tc>
          <w:tcPr>
            <w:tcW w:w="599" w:type="pct"/>
            <w:shd w:val="clear" w:color="auto" w:fill="D9D9D9" w:themeFill="background1" w:themeFillShade="D9"/>
            <w:vAlign w:val="center"/>
          </w:tcPr>
          <w:p w14:paraId="051606D6" w14:textId="77777777" w:rsidR="00077776" w:rsidRPr="006C208E" w:rsidRDefault="00077776" w:rsidP="006C208E">
            <w:pPr>
              <w:pStyle w:val="NoSpacing"/>
              <w:spacing w:line="276" w:lineRule="auto"/>
              <w:contextualSpacing/>
              <w:jc w:val="center"/>
              <w:rPr>
                <w:rFonts w:ascii="Times New Roman" w:hAnsi="Times New Roman" w:cs="Times New Roman"/>
                <w:b/>
                <w:bCs/>
              </w:rPr>
            </w:pPr>
            <w:r w:rsidRPr="006C208E">
              <w:rPr>
                <w:rFonts w:ascii="Times New Roman" w:hAnsi="Times New Roman" w:cs="Times New Roman"/>
                <w:b/>
                <w:bCs/>
              </w:rPr>
              <w:t>Total</w:t>
            </w:r>
          </w:p>
        </w:tc>
        <w:tc>
          <w:tcPr>
            <w:tcW w:w="397" w:type="pct"/>
            <w:shd w:val="clear" w:color="auto" w:fill="D9D9D9" w:themeFill="background1" w:themeFillShade="D9"/>
            <w:vAlign w:val="center"/>
          </w:tcPr>
          <w:p w14:paraId="5FC9CF56" w14:textId="77777777" w:rsidR="00077776" w:rsidRPr="006C208E" w:rsidRDefault="00077776" w:rsidP="006C208E">
            <w:pPr>
              <w:pStyle w:val="NoSpacing"/>
              <w:spacing w:line="276" w:lineRule="auto"/>
              <w:contextualSpacing/>
              <w:jc w:val="center"/>
              <w:rPr>
                <w:rFonts w:ascii="Times New Roman" w:hAnsi="Times New Roman" w:cs="Times New Roman"/>
                <w:b/>
                <w:bCs/>
              </w:rPr>
            </w:pPr>
          </w:p>
        </w:tc>
        <w:tc>
          <w:tcPr>
            <w:tcW w:w="748" w:type="pct"/>
            <w:shd w:val="clear" w:color="auto" w:fill="D9D9D9" w:themeFill="background1" w:themeFillShade="D9"/>
            <w:vAlign w:val="center"/>
          </w:tcPr>
          <w:p w14:paraId="3910F252" w14:textId="57512A1F" w:rsidR="00077776" w:rsidRPr="006C208E" w:rsidRDefault="00077776" w:rsidP="006C208E">
            <w:pPr>
              <w:pStyle w:val="NoSpacing"/>
              <w:spacing w:line="276" w:lineRule="auto"/>
              <w:contextualSpacing/>
              <w:jc w:val="center"/>
              <w:rPr>
                <w:rFonts w:ascii="Times New Roman" w:hAnsi="Times New Roman" w:cs="Times New Roman"/>
                <w:b/>
                <w:bCs/>
              </w:rPr>
            </w:pPr>
          </w:p>
        </w:tc>
        <w:tc>
          <w:tcPr>
            <w:tcW w:w="748" w:type="pct"/>
            <w:shd w:val="clear" w:color="auto" w:fill="D9D9D9" w:themeFill="background1" w:themeFillShade="D9"/>
            <w:vAlign w:val="center"/>
          </w:tcPr>
          <w:p w14:paraId="5A2CFE91" w14:textId="77777777" w:rsidR="00077776" w:rsidRPr="006C208E" w:rsidRDefault="00077776" w:rsidP="006C208E">
            <w:pPr>
              <w:pStyle w:val="NoSpacing"/>
              <w:spacing w:line="276" w:lineRule="auto"/>
              <w:contextualSpacing/>
              <w:jc w:val="center"/>
              <w:rPr>
                <w:rFonts w:ascii="Times New Roman" w:hAnsi="Times New Roman" w:cs="Times New Roman"/>
                <w:b/>
                <w:bCs/>
              </w:rPr>
            </w:pPr>
          </w:p>
        </w:tc>
        <w:tc>
          <w:tcPr>
            <w:tcW w:w="848" w:type="pct"/>
            <w:shd w:val="clear" w:color="auto" w:fill="D9D9D9" w:themeFill="background1" w:themeFillShade="D9"/>
            <w:vAlign w:val="center"/>
          </w:tcPr>
          <w:p w14:paraId="0B2EE528" w14:textId="77777777" w:rsidR="00077776" w:rsidRPr="006C208E" w:rsidRDefault="00077776" w:rsidP="006C208E">
            <w:pPr>
              <w:pStyle w:val="NoSpacing"/>
              <w:spacing w:line="276" w:lineRule="auto"/>
              <w:contextualSpacing/>
              <w:jc w:val="center"/>
              <w:rPr>
                <w:rFonts w:ascii="Times New Roman" w:hAnsi="Times New Roman" w:cs="Times New Roman"/>
                <w:b/>
                <w:bCs/>
              </w:rPr>
            </w:pPr>
          </w:p>
        </w:tc>
        <w:tc>
          <w:tcPr>
            <w:tcW w:w="798" w:type="pct"/>
            <w:shd w:val="clear" w:color="auto" w:fill="D9D9D9" w:themeFill="background1" w:themeFillShade="D9"/>
            <w:vAlign w:val="center"/>
          </w:tcPr>
          <w:p w14:paraId="2119F943" w14:textId="77777777" w:rsidR="00077776" w:rsidRPr="006C208E" w:rsidRDefault="00077776" w:rsidP="006C208E">
            <w:pPr>
              <w:pStyle w:val="NoSpacing"/>
              <w:spacing w:line="276" w:lineRule="auto"/>
              <w:contextualSpacing/>
              <w:jc w:val="center"/>
              <w:rPr>
                <w:rFonts w:ascii="Times New Roman" w:hAnsi="Times New Roman" w:cs="Times New Roman"/>
                <w:b/>
                <w:bCs/>
              </w:rPr>
            </w:pPr>
          </w:p>
        </w:tc>
        <w:tc>
          <w:tcPr>
            <w:tcW w:w="862" w:type="pct"/>
            <w:shd w:val="clear" w:color="auto" w:fill="D9D9D9" w:themeFill="background1" w:themeFillShade="D9"/>
            <w:vAlign w:val="center"/>
          </w:tcPr>
          <w:p w14:paraId="7C7C4EFC" w14:textId="77777777" w:rsidR="00077776" w:rsidRPr="006C208E" w:rsidRDefault="00077776" w:rsidP="006C208E">
            <w:pPr>
              <w:pStyle w:val="NoSpacing"/>
              <w:spacing w:line="276" w:lineRule="auto"/>
              <w:contextualSpacing/>
              <w:jc w:val="center"/>
              <w:rPr>
                <w:rFonts w:ascii="Times New Roman" w:hAnsi="Times New Roman" w:cs="Times New Roman"/>
                <w:b/>
                <w:bCs/>
              </w:rPr>
            </w:pPr>
          </w:p>
        </w:tc>
      </w:tr>
    </w:tbl>
    <w:p w14:paraId="3B374703" w14:textId="6026193E" w:rsidR="0004476E" w:rsidRPr="006C208E" w:rsidRDefault="00D751DC" w:rsidP="006C208E">
      <w:pPr>
        <w:pStyle w:val="NoSpacing"/>
        <w:spacing w:line="276" w:lineRule="auto"/>
        <w:contextualSpacing/>
        <w:jc w:val="both"/>
        <w:rPr>
          <w:rFonts w:ascii="Times New Roman" w:hAnsi="Times New Roman" w:cs="Times New Roman"/>
          <w:i/>
          <w:iCs/>
          <w:sz w:val="24"/>
          <w:szCs w:val="24"/>
        </w:rPr>
      </w:pPr>
      <w:r w:rsidRPr="006C208E">
        <w:rPr>
          <w:rFonts w:ascii="Times New Roman" w:hAnsi="Times New Roman" w:cs="Times New Roman"/>
          <w:i/>
          <w:iCs/>
          <w:sz w:val="24"/>
          <w:szCs w:val="24"/>
        </w:rPr>
        <w:t>Note: Priority to be given to Tier 4 &amp; 5 CCS and the eligible stoves criteria will be raised to Tier 4 and above after December 2027.</w:t>
      </w:r>
    </w:p>
    <w:p w14:paraId="4CE5EE10" w14:textId="77777777" w:rsidR="00D751DC" w:rsidRPr="006C208E" w:rsidRDefault="00D751DC" w:rsidP="006C208E">
      <w:pPr>
        <w:pStyle w:val="NoSpacing"/>
        <w:spacing w:line="276" w:lineRule="auto"/>
        <w:contextualSpacing/>
        <w:rPr>
          <w:rFonts w:ascii="Times New Roman" w:hAnsi="Times New Roman" w:cs="Times New Roman"/>
          <w:sz w:val="24"/>
          <w:szCs w:val="24"/>
        </w:rPr>
      </w:pPr>
    </w:p>
    <w:p w14:paraId="52AC0DAA" w14:textId="60E97D73" w:rsidR="0004476E" w:rsidRPr="006C208E" w:rsidRDefault="0004476E" w:rsidP="006C208E">
      <w:pPr>
        <w:pStyle w:val="NoSpacing"/>
        <w:numPr>
          <w:ilvl w:val="0"/>
          <w:numId w:val="18"/>
        </w:numPr>
        <w:spacing w:line="276" w:lineRule="auto"/>
        <w:contextualSpacing/>
        <w:rPr>
          <w:rFonts w:ascii="Times New Roman" w:hAnsi="Times New Roman" w:cs="Times New Roman"/>
          <w:b/>
          <w:bCs/>
          <w:sz w:val="24"/>
          <w:szCs w:val="24"/>
        </w:rPr>
      </w:pPr>
      <w:r w:rsidRPr="006C208E">
        <w:rPr>
          <w:rFonts w:ascii="Times New Roman" w:hAnsi="Times New Roman" w:cs="Times New Roman"/>
          <w:b/>
          <w:bCs/>
          <w:sz w:val="24"/>
          <w:szCs w:val="24"/>
        </w:rPr>
        <w:t xml:space="preserve">Price of the </w:t>
      </w:r>
      <w:r w:rsidR="00E146F7" w:rsidRPr="006C208E">
        <w:rPr>
          <w:rFonts w:ascii="Times New Roman" w:hAnsi="Times New Roman" w:cs="Times New Roman"/>
          <w:b/>
          <w:bCs/>
          <w:sz w:val="24"/>
          <w:szCs w:val="24"/>
        </w:rPr>
        <w:t>CCS</w:t>
      </w:r>
      <w:r w:rsidRPr="006C208E">
        <w:rPr>
          <w:rFonts w:ascii="Times New Roman" w:hAnsi="Times New Roman" w:cs="Times New Roman"/>
          <w:b/>
          <w:bCs/>
          <w:sz w:val="24"/>
          <w:szCs w:val="24"/>
        </w:rPr>
        <w:t xml:space="preserve"> to be </w:t>
      </w:r>
      <w:r w:rsidR="00E146F7" w:rsidRPr="006C208E">
        <w:rPr>
          <w:rFonts w:ascii="Times New Roman" w:hAnsi="Times New Roman" w:cs="Times New Roman"/>
          <w:b/>
          <w:bCs/>
          <w:sz w:val="24"/>
          <w:szCs w:val="24"/>
        </w:rPr>
        <w:t xml:space="preserve">distributed </w:t>
      </w:r>
      <w:r w:rsidRPr="006C208E">
        <w:rPr>
          <w:rFonts w:ascii="Times New Roman" w:hAnsi="Times New Roman" w:cs="Times New Roman"/>
          <w:b/>
          <w:bCs/>
          <w:sz w:val="24"/>
          <w:szCs w:val="24"/>
        </w:rPr>
        <w:t>under the Project</w:t>
      </w:r>
    </w:p>
    <w:p w14:paraId="2D9508DA" w14:textId="77777777" w:rsidR="0004476E" w:rsidRPr="006C208E" w:rsidRDefault="0004476E" w:rsidP="006C208E">
      <w:pPr>
        <w:pStyle w:val="NoSpacing"/>
        <w:spacing w:line="276" w:lineRule="auto"/>
        <w:contextualSpacing/>
        <w:jc w:val="both"/>
        <w:rPr>
          <w:rFonts w:ascii="Times New Roman" w:hAnsi="Times New Roman" w:cs="Times New Roman"/>
          <w:sz w:val="24"/>
          <w:szCs w:val="24"/>
        </w:rPr>
      </w:pPr>
      <w:r w:rsidRPr="006C208E">
        <w:rPr>
          <w:rFonts w:ascii="Times New Roman" w:hAnsi="Times New Roman" w:cs="Times New Roman"/>
          <w:i/>
          <w:iCs/>
          <w:sz w:val="24"/>
          <w:szCs w:val="24"/>
        </w:rPr>
        <w:t xml:space="preserve">[Please provide </w:t>
      </w:r>
      <w:proofErr w:type="spellStart"/>
      <w:r w:rsidRPr="006C208E">
        <w:rPr>
          <w:rFonts w:ascii="Times New Roman" w:hAnsi="Times New Roman" w:cs="Times New Roman"/>
          <w:i/>
          <w:iCs/>
          <w:sz w:val="24"/>
          <w:szCs w:val="24"/>
        </w:rPr>
        <w:t>PayGo</w:t>
      </w:r>
      <w:proofErr w:type="spellEnd"/>
      <w:r w:rsidRPr="006C208E">
        <w:rPr>
          <w:rFonts w:ascii="Times New Roman" w:hAnsi="Times New Roman" w:cs="Times New Roman"/>
          <w:i/>
          <w:iCs/>
          <w:sz w:val="24"/>
          <w:szCs w:val="24"/>
        </w:rPr>
        <w:t xml:space="preserve"> and Cash pricing details of the systems to be installed under the project as categorized in the below table. An example is shown as an illustration]</w:t>
      </w:r>
    </w:p>
    <w:p w14:paraId="498161B8" w14:textId="77777777" w:rsidR="0004476E" w:rsidRPr="006C208E" w:rsidRDefault="0004476E" w:rsidP="006C208E">
      <w:pPr>
        <w:pStyle w:val="NoSpacing"/>
        <w:spacing w:line="276" w:lineRule="auto"/>
        <w:contextualSpacing/>
        <w:rPr>
          <w:rFonts w:ascii="Times New Roman" w:hAnsi="Times New Roman" w:cs="Times New Roman"/>
          <w:sz w:val="24"/>
          <w:szCs w:val="24"/>
        </w:rPr>
      </w:pPr>
    </w:p>
    <w:tbl>
      <w:tblPr>
        <w:tblStyle w:val="TableGrid"/>
        <w:tblW w:w="8910" w:type="dxa"/>
        <w:jc w:val="center"/>
        <w:tblLayout w:type="fixed"/>
        <w:tblLook w:val="04A0" w:firstRow="1" w:lastRow="0" w:firstColumn="1" w:lastColumn="0" w:noHBand="0" w:noVBand="1"/>
      </w:tblPr>
      <w:tblGrid>
        <w:gridCol w:w="4320"/>
        <w:gridCol w:w="2250"/>
        <w:gridCol w:w="1170"/>
        <w:gridCol w:w="1170"/>
      </w:tblGrid>
      <w:tr w:rsidR="00CA693E" w:rsidRPr="006C208E" w14:paraId="0174E6C2" w14:textId="6F045A1A" w:rsidTr="00CA693E">
        <w:trPr>
          <w:trHeight w:val="20"/>
          <w:jc w:val="center"/>
        </w:trPr>
        <w:tc>
          <w:tcPr>
            <w:tcW w:w="4320" w:type="dxa"/>
            <w:vAlign w:val="center"/>
          </w:tcPr>
          <w:p w14:paraId="038EB779" w14:textId="77777777" w:rsidR="00CA693E" w:rsidRPr="006C208E" w:rsidRDefault="00CA693E" w:rsidP="006C208E">
            <w:pPr>
              <w:pStyle w:val="NoSpacing"/>
              <w:spacing w:line="276" w:lineRule="auto"/>
              <w:contextualSpacing/>
              <w:rPr>
                <w:rFonts w:ascii="Times New Roman" w:hAnsi="Times New Roman" w:cs="Times New Roman"/>
              </w:rPr>
            </w:pPr>
            <w:r w:rsidRPr="006C208E">
              <w:rPr>
                <w:rFonts w:ascii="Times New Roman" w:hAnsi="Times New Roman" w:cs="Times New Roman"/>
                <w:b/>
                <w:bCs/>
              </w:rPr>
              <w:t>Price Inputs</w:t>
            </w:r>
          </w:p>
        </w:tc>
        <w:tc>
          <w:tcPr>
            <w:tcW w:w="2250" w:type="dxa"/>
            <w:vAlign w:val="center"/>
          </w:tcPr>
          <w:p w14:paraId="15215874" w14:textId="77777777" w:rsidR="00CA693E" w:rsidRPr="006C208E" w:rsidRDefault="00CA693E" w:rsidP="006C208E">
            <w:pPr>
              <w:pStyle w:val="NoSpacing"/>
              <w:spacing w:line="276" w:lineRule="auto"/>
              <w:contextualSpacing/>
              <w:jc w:val="center"/>
              <w:rPr>
                <w:rFonts w:ascii="Times New Roman" w:hAnsi="Times New Roman" w:cs="Times New Roman"/>
                <w:b/>
                <w:bCs/>
              </w:rPr>
            </w:pPr>
            <w:r w:rsidRPr="006C208E">
              <w:rPr>
                <w:rFonts w:ascii="Times New Roman" w:hAnsi="Times New Roman" w:cs="Times New Roman"/>
                <w:b/>
                <w:bCs/>
              </w:rPr>
              <w:t>Applicable Currency</w:t>
            </w:r>
          </w:p>
        </w:tc>
        <w:tc>
          <w:tcPr>
            <w:tcW w:w="1170" w:type="dxa"/>
            <w:vAlign w:val="center"/>
          </w:tcPr>
          <w:p w14:paraId="3B4B1629" w14:textId="25016E6F" w:rsidR="00CA693E" w:rsidRPr="006C208E" w:rsidRDefault="00CA693E" w:rsidP="006C208E">
            <w:pPr>
              <w:pStyle w:val="NoSpacing"/>
              <w:spacing w:line="276" w:lineRule="auto"/>
              <w:contextualSpacing/>
              <w:jc w:val="center"/>
              <w:rPr>
                <w:rFonts w:ascii="Times New Roman" w:hAnsi="Times New Roman" w:cs="Times New Roman"/>
                <w:b/>
                <w:bCs/>
              </w:rPr>
            </w:pPr>
            <w:r w:rsidRPr="006C208E">
              <w:rPr>
                <w:rFonts w:ascii="Times New Roman" w:hAnsi="Times New Roman" w:cs="Times New Roman"/>
                <w:b/>
                <w:bCs/>
              </w:rPr>
              <w:t>Amount</w:t>
            </w:r>
          </w:p>
        </w:tc>
        <w:tc>
          <w:tcPr>
            <w:tcW w:w="1170" w:type="dxa"/>
          </w:tcPr>
          <w:p w14:paraId="15017CAD" w14:textId="6F829620" w:rsidR="00CA693E" w:rsidRPr="006C208E" w:rsidRDefault="00CA693E" w:rsidP="006C208E">
            <w:pPr>
              <w:pStyle w:val="NoSpacing"/>
              <w:spacing w:line="276" w:lineRule="auto"/>
              <w:contextualSpacing/>
              <w:jc w:val="center"/>
              <w:rPr>
                <w:rFonts w:ascii="Times New Roman" w:hAnsi="Times New Roman" w:cs="Times New Roman"/>
                <w:b/>
                <w:bCs/>
              </w:rPr>
            </w:pPr>
            <w:r w:rsidRPr="006C208E">
              <w:rPr>
                <w:rFonts w:ascii="Times New Roman" w:hAnsi="Times New Roman" w:cs="Times New Roman"/>
                <w:b/>
                <w:bCs/>
              </w:rPr>
              <w:t>Amount</w:t>
            </w:r>
          </w:p>
        </w:tc>
      </w:tr>
      <w:tr w:rsidR="00CA693E" w:rsidRPr="006C208E" w14:paraId="769C429C" w14:textId="0E7682E4" w:rsidTr="00CA693E">
        <w:trPr>
          <w:trHeight w:val="20"/>
          <w:jc w:val="center"/>
        </w:trPr>
        <w:tc>
          <w:tcPr>
            <w:tcW w:w="4320" w:type="dxa"/>
            <w:vAlign w:val="center"/>
          </w:tcPr>
          <w:p w14:paraId="683B0CC5" w14:textId="602189C3" w:rsidR="00CA693E" w:rsidRPr="006C208E" w:rsidRDefault="00CA693E" w:rsidP="006C208E">
            <w:pPr>
              <w:pStyle w:val="NoSpacing"/>
              <w:spacing w:line="276" w:lineRule="auto"/>
              <w:contextualSpacing/>
              <w:rPr>
                <w:rFonts w:ascii="Times New Roman" w:hAnsi="Times New Roman" w:cs="Times New Roman"/>
                <w:i/>
                <w:iCs/>
              </w:rPr>
            </w:pPr>
            <w:r w:rsidRPr="006C208E">
              <w:rPr>
                <w:rFonts w:ascii="Times New Roman" w:hAnsi="Times New Roman" w:cs="Times New Roman"/>
                <w:i/>
                <w:iCs/>
              </w:rPr>
              <w:t>Product with Model Number</w:t>
            </w:r>
          </w:p>
        </w:tc>
        <w:tc>
          <w:tcPr>
            <w:tcW w:w="2250" w:type="dxa"/>
            <w:vAlign w:val="center"/>
          </w:tcPr>
          <w:p w14:paraId="3C65C18D" w14:textId="77777777" w:rsidR="00CA693E" w:rsidRPr="006C208E" w:rsidRDefault="00CA693E" w:rsidP="006C208E">
            <w:pPr>
              <w:pStyle w:val="NoSpacing"/>
              <w:spacing w:line="276" w:lineRule="auto"/>
              <w:contextualSpacing/>
              <w:jc w:val="center"/>
              <w:rPr>
                <w:rFonts w:ascii="Times New Roman" w:hAnsi="Times New Roman" w:cs="Times New Roman"/>
                <w:i/>
                <w:iCs/>
              </w:rPr>
            </w:pPr>
          </w:p>
        </w:tc>
        <w:tc>
          <w:tcPr>
            <w:tcW w:w="1170" w:type="dxa"/>
            <w:vAlign w:val="center"/>
          </w:tcPr>
          <w:p w14:paraId="26BF0BDA" w14:textId="62517EAD" w:rsidR="00CA693E" w:rsidRPr="006C208E" w:rsidRDefault="00CA693E" w:rsidP="006C208E">
            <w:pPr>
              <w:pStyle w:val="NoSpacing"/>
              <w:spacing w:line="276" w:lineRule="auto"/>
              <w:contextualSpacing/>
              <w:jc w:val="center"/>
              <w:rPr>
                <w:rFonts w:ascii="Times New Roman" w:hAnsi="Times New Roman" w:cs="Times New Roman"/>
                <w:i/>
                <w:iCs/>
              </w:rPr>
            </w:pPr>
            <w:r w:rsidRPr="006C208E">
              <w:rPr>
                <w:rFonts w:ascii="Times New Roman" w:hAnsi="Times New Roman" w:cs="Times New Roman"/>
                <w:i/>
                <w:iCs/>
              </w:rPr>
              <w:t>Product 1</w:t>
            </w:r>
          </w:p>
        </w:tc>
        <w:tc>
          <w:tcPr>
            <w:tcW w:w="1170" w:type="dxa"/>
          </w:tcPr>
          <w:p w14:paraId="73881A53" w14:textId="7D3A3955" w:rsidR="00CA693E" w:rsidRPr="006C208E" w:rsidRDefault="00CA693E" w:rsidP="006C208E">
            <w:pPr>
              <w:pStyle w:val="NoSpacing"/>
              <w:spacing w:line="276" w:lineRule="auto"/>
              <w:contextualSpacing/>
              <w:jc w:val="center"/>
              <w:rPr>
                <w:rFonts w:ascii="Times New Roman" w:hAnsi="Times New Roman" w:cs="Times New Roman"/>
                <w:i/>
                <w:iCs/>
              </w:rPr>
            </w:pPr>
            <w:r w:rsidRPr="006C208E">
              <w:rPr>
                <w:rFonts w:ascii="Times New Roman" w:hAnsi="Times New Roman" w:cs="Times New Roman"/>
                <w:i/>
                <w:iCs/>
              </w:rPr>
              <w:t>Product 2</w:t>
            </w:r>
          </w:p>
        </w:tc>
      </w:tr>
      <w:tr w:rsidR="00CA693E" w:rsidRPr="006C208E" w14:paraId="44EA149D" w14:textId="742BFA77" w:rsidTr="00CA693E">
        <w:trPr>
          <w:trHeight w:val="20"/>
          <w:jc w:val="center"/>
        </w:trPr>
        <w:tc>
          <w:tcPr>
            <w:tcW w:w="4320" w:type="dxa"/>
            <w:vAlign w:val="center"/>
          </w:tcPr>
          <w:p w14:paraId="68100653" w14:textId="77777777" w:rsidR="00CA693E" w:rsidRPr="006C208E" w:rsidRDefault="00CA693E" w:rsidP="006C208E">
            <w:pPr>
              <w:pStyle w:val="NoSpacing"/>
              <w:spacing w:line="276" w:lineRule="auto"/>
              <w:contextualSpacing/>
              <w:rPr>
                <w:rFonts w:ascii="Times New Roman" w:hAnsi="Times New Roman" w:cs="Times New Roman"/>
                <w:i/>
                <w:iCs/>
              </w:rPr>
            </w:pPr>
          </w:p>
        </w:tc>
        <w:tc>
          <w:tcPr>
            <w:tcW w:w="2250" w:type="dxa"/>
            <w:vAlign w:val="center"/>
          </w:tcPr>
          <w:p w14:paraId="49CF8434" w14:textId="77777777" w:rsidR="00CA693E" w:rsidRPr="006C208E" w:rsidRDefault="00CA693E" w:rsidP="006C208E">
            <w:pPr>
              <w:pStyle w:val="NoSpacing"/>
              <w:spacing w:line="276" w:lineRule="auto"/>
              <w:contextualSpacing/>
              <w:jc w:val="center"/>
              <w:rPr>
                <w:rFonts w:ascii="Times New Roman" w:hAnsi="Times New Roman" w:cs="Times New Roman"/>
                <w:i/>
                <w:iCs/>
              </w:rPr>
            </w:pPr>
          </w:p>
        </w:tc>
        <w:tc>
          <w:tcPr>
            <w:tcW w:w="1170" w:type="dxa"/>
            <w:vAlign w:val="center"/>
          </w:tcPr>
          <w:p w14:paraId="390FA7DE" w14:textId="77777777" w:rsidR="00CA693E" w:rsidRPr="006C208E" w:rsidRDefault="00CA693E" w:rsidP="006C208E">
            <w:pPr>
              <w:pStyle w:val="NoSpacing"/>
              <w:spacing w:line="276" w:lineRule="auto"/>
              <w:contextualSpacing/>
              <w:jc w:val="center"/>
              <w:rPr>
                <w:rFonts w:ascii="Times New Roman" w:hAnsi="Times New Roman" w:cs="Times New Roman"/>
                <w:i/>
                <w:iCs/>
              </w:rPr>
            </w:pPr>
          </w:p>
        </w:tc>
        <w:tc>
          <w:tcPr>
            <w:tcW w:w="1170" w:type="dxa"/>
          </w:tcPr>
          <w:p w14:paraId="5634A93B" w14:textId="77777777" w:rsidR="00CA693E" w:rsidRPr="006C208E" w:rsidRDefault="00CA693E" w:rsidP="006C208E">
            <w:pPr>
              <w:pStyle w:val="NoSpacing"/>
              <w:spacing w:line="276" w:lineRule="auto"/>
              <w:contextualSpacing/>
              <w:jc w:val="center"/>
              <w:rPr>
                <w:rFonts w:ascii="Times New Roman" w:hAnsi="Times New Roman" w:cs="Times New Roman"/>
                <w:i/>
                <w:iCs/>
              </w:rPr>
            </w:pPr>
          </w:p>
        </w:tc>
      </w:tr>
      <w:tr w:rsidR="00CA693E" w:rsidRPr="006C208E" w14:paraId="18D439DC" w14:textId="19EE2787" w:rsidTr="00CA693E">
        <w:trPr>
          <w:trHeight w:val="20"/>
          <w:jc w:val="center"/>
        </w:trPr>
        <w:tc>
          <w:tcPr>
            <w:tcW w:w="4320" w:type="dxa"/>
            <w:vAlign w:val="center"/>
          </w:tcPr>
          <w:p w14:paraId="63B46211" w14:textId="77777777" w:rsidR="00CA693E" w:rsidRPr="006C208E" w:rsidRDefault="00CA693E" w:rsidP="006C208E">
            <w:pPr>
              <w:pStyle w:val="NoSpacing"/>
              <w:spacing w:line="276" w:lineRule="auto"/>
              <w:contextualSpacing/>
              <w:rPr>
                <w:rFonts w:ascii="Times New Roman" w:hAnsi="Times New Roman" w:cs="Times New Roman"/>
                <w:i/>
                <w:iCs/>
              </w:rPr>
            </w:pPr>
            <w:r w:rsidRPr="006C208E">
              <w:rPr>
                <w:rFonts w:ascii="Times New Roman" w:hAnsi="Times New Roman" w:cs="Times New Roman"/>
                <w:i/>
                <w:iCs/>
              </w:rPr>
              <w:t>Procurement cost</w:t>
            </w:r>
          </w:p>
        </w:tc>
        <w:tc>
          <w:tcPr>
            <w:tcW w:w="2250" w:type="dxa"/>
            <w:vAlign w:val="center"/>
          </w:tcPr>
          <w:p w14:paraId="1A2308B6" w14:textId="77777777" w:rsidR="00CA693E" w:rsidRPr="006C208E" w:rsidRDefault="00CA693E" w:rsidP="006C208E">
            <w:pPr>
              <w:pStyle w:val="NoSpacing"/>
              <w:spacing w:line="276" w:lineRule="auto"/>
              <w:contextualSpacing/>
              <w:jc w:val="center"/>
              <w:rPr>
                <w:rFonts w:ascii="Times New Roman" w:hAnsi="Times New Roman" w:cs="Times New Roman"/>
                <w:i/>
                <w:iCs/>
              </w:rPr>
            </w:pPr>
            <w:r w:rsidRPr="006C208E">
              <w:rPr>
                <w:rFonts w:ascii="Times New Roman" w:hAnsi="Times New Roman" w:cs="Times New Roman"/>
                <w:i/>
                <w:iCs/>
              </w:rPr>
              <w:t>USD</w:t>
            </w:r>
          </w:p>
        </w:tc>
        <w:tc>
          <w:tcPr>
            <w:tcW w:w="1170" w:type="dxa"/>
            <w:vAlign w:val="center"/>
          </w:tcPr>
          <w:p w14:paraId="4D11DC1F" w14:textId="77777777" w:rsidR="00CA693E" w:rsidRPr="006C208E" w:rsidRDefault="00CA693E" w:rsidP="006C208E">
            <w:pPr>
              <w:pStyle w:val="NoSpacing"/>
              <w:spacing w:line="276" w:lineRule="auto"/>
              <w:contextualSpacing/>
              <w:jc w:val="center"/>
              <w:rPr>
                <w:rFonts w:ascii="Times New Roman" w:hAnsi="Times New Roman" w:cs="Times New Roman"/>
                <w:i/>
                <w:iCs/>
              </w:rPr>
            </w:pPr>
          </w:p>
        </w:tc>
        <w:tc>
          <w:tcPr>
            <w:tcW w:w="1170" w:type="dxa"/>
          </w:tcPr>
          <w:p w14:paraId="606F2A60" w14:textId="77777777" w:rsidR="00CA693E" w:rsidRPr="006C208E" w:rsidRDefault="00CA693E" w:rsidP="006C208E">
            <w:pPr>
              <w:pStyle w:val="NoSpacing"/>
              <w:spacing w:line="276" w:lineRule="auto"/>
              <w:contextualSpacing/>
              <w:jc w:val="center"/>
              <w:rPr>
                <w:rFonts w:ascii="Times New Roman" w:hAnsi="Times New Roman" w:cs="Times New Roman"/>
                <w:i/>
                <w:iCs/>
              </w:rPr>
            </w:pPr>
          </w:p>
        </w:tc>
      </w:tr>
      <w:tr w:rsidR="00CA693E" w:rsidRPr="006C208E" w14:paraId="42AC96BF" w14:textId="2EFA20D2" w:rsidTr="00CA693E">
        <w:trPr>
          <w:trHeight w:val="20"/>
          <w:jc w:val="center"/>
        </w:trPr>
        <w:tc>
          <w:tcPr>
            <w:tcW w:w="4320" w:type="dxa"/>
            <w:vAlign w:val="center"/>
          </w:tcPr>
          <w:p w14:paraId="20BC5AB5" w14:textId="77777777" w:rsidR="00CA693E" w:rsidRPr="006C208E" w:rsidRDefault="00CA693E" w:rsidP="006C208E">
            <w:pPr>
              <w:pStyle w:val="NoSpacing"/>
              <w:spacing w:line="276" w:lineRule="auto"/>
              <w:contextualSpacing/>
              <w:rPr>
                <w:rFonts w:ascii="Times New Roman" w:hAnsi="Times New Roman" w:cs="Times New Roman"/>
                <w:i/>
                <w:iCs/>
              </w:rPr>
            </w:pPr>
            <w:r w:rsidRPr="006C208E">
              <w:rPr>
                <w:rFonts w:ascii="Times New Roman" w:hAnsi="Times New Roman" w:cs="Times New Roman"/>
                <w:i/>
                <w:iCs/>
              </w:rPr>
              <w:t>Inbound shipping</w:t>
            </w:r>
          </w:p>
        </w:tc>
        <w:tc>
          <w:tcPr>
            <w:tcW w:w="2250" w:type="dxa"/>
            <w:vAlign w:val="center"/>
          </w:tcPr>
          <w:p w14:paraId="74F0848D" w14:textId="77777777" w:rsidR="00CA693E" w:rsidRPr="006C208E" w:rsidRDefault="00CA693E" w:rsidP="006C208E">
            <w:pPr>
              <w:pStyle w:val="NoSpacing"/>
              <w:spacing w:line="276" w:lineRule="auto"/>
              <w:contextualSpacing/>
              <w:jc w:val="center"/>
              <w:rPr>
                <w:rFonts w:ascii="Times New Roman" w:hAnsi="Times New Roman" w:cs="Times New Roman"/>
                <w:i/>
                <w:iCs/>
              </w:rPr>
            </w:pPr>
            <w:r w:rsidRPr="006C208E">
              <w:rPr>
                <w:rFonts w:ascii="Times New Roman" w:hAnsi="Times New Roman" w:cs="Times New Roman"/>
                <w:i/>
                <w:iCs/>
              </w:rPr>
              <w:t>USD</w:t>
            </w:r>
          </w:p>
        </w:tc>
        <w:tc>
          <w:tcPr>
            <w:tcW w:w="1170" w:type="dxa"/>
            <w:vAlign w:val="center"/>
          </w:tcPr>
          <w:p w14:paraId="4A1A1B45" w14:textId="77777777" w:rsidR="00CA693E" w:rsidRPr="006C208E" w:rsidRDefault="00CA693E" w:rsidP="006C208E">
            <w:pPr>
              <w:pStyle w:val="NoSpacing"/>
              <w:spacing w:line="276" w:lineRule="auto"/>
              <w:contextualSpacing/>
              <w:jc w:val="center"/>
              <w:rPr>
                <w:rFonts w:ascii="Times New Roman" w:hAnsi="Times New Roman" w:cs="Times New Roman"/>
              </w:rPr>
            </w:pPr>
          </w:p>
        </w:tc>
        <w:tc>
          <w:tcPr>
            <w:tcW w:w="1170" w:type="dxa"/>
          </w:tcPr>
          <w:p w14:paraId="4CC9F14E" w14:textId="77777777" w:rsidR="00CA693E" w:rsidRPr="006C208E" w:rsidRDefault="00CA693E" w:rsidP="006C208E">
            <w:pPr>
              <w:pStyle w:val="NoSpacing"/>
              <w:spacing w:line="276" w:lineRule="auto"/>
              <w:contextualSpacing/>
              <w:jc w:val="center"/>
              <w:rPr>
                <w:rFonts w:ascii="Times New Roman" w:hAnsi="Times New Roman" w:cs="Times New Roman"/>
              </w:rPr>
            </w:pPr>
          </w:p>
        </w:tc>
      </w:tr>
      <w:tr w:rsidR="00CA693E" w:rsidRPr="006C208E" w14:paraId="1BB33706" w14:textId="14344C2B" w:rsidTr="00CA693E">
        <w:trPr>
          <w:trHeight w:val="20"/>
          <w:jc w:val="center"/>
        </w:trPr>
        <w:tc>
          <w:tcPr>
            <w:tcW w:w="4320" w:type="dxa"/>
            <w:vAlign w:val="center"/>
          </w:tcPr>
          <w:p w14:paraId="721FF0DB" w14:textId="77777777" w:rsidR="00CA693E" w:rsidRPr="006C208E" w:rsidRDefault="00CA693E" w:rsidP="006C208E">
            <w:pPr>
              <w:pStyle w:val="NoSpacing"/>
              <w:spacing w:line="276" w:lineRule="auto"/>
              <w:contextualSpacing/>
              <w:rPr>
                <w:rFonts w:ascii="Times New Roman" w:hAnsi="Times New Roman" w:cs="Times New Roman"/>
                <w:i/>
                <w:iCs/>
              </w:rPr>
            </w:pPr>
            <w:proofErr w:type="spellStart"/>
            <w:r w:rsidRPr="006C208E">
              <w:rPr>
                <w:rFonts w:ascii="Times New Roman" w:hAnsi="Times New Roman" w:cs="Times New Roman"/>
                <w:i/>
                <w:iCs/>
              </w:rPr>
              <w:t>Opex</w:t>
            </w:r>
            <w:proofErr w:type="spellEnd"/>
            <w:r w:rsidRPr="006C208E">
              <w:rPr>
                <w:rFonts w:ascii="Times New Roman" w:hAnsi="Times New Roman" w:cs="Times New Roman"/>
                <w:i/>
                <w:iCs/>
              </w:rPr>
              <w:t xml:space="preserve"> [insert items as required]</w:t>
            </w:r>
          </w:p>
        </w:tc>
        <w:tc>
          <w:tcPr>
            <w:tcW w:w="2250" w:type="dxa"/>
            <w:vAlign w:val="center"/>
          </w:tcPr>
          <w:p w14:paraId="4E67E8BC" w14:textId="77777777" w:rsidR="00CA693E" w:rsidRPr="006C208E" w:rsidRDefault="00CA693E" w:rsidP="006C208E">
            <w:pPr>
              <w:pStyle w:val="NoSpacing"/>
              <w:spacing w:line="276" w:lineRule="auto"/>
              <w:contextualSpacing/>
              <w:jc w:val="center"/>
              <w:rPr>
                <w:rFonts w:ascii="Times New Roman" w:hAnsi="Times New Roman" w:cs="Times New Roman"/>
                <w:i/>
                <w:iCs/>
              </w:rPr>
            </w:pPr>
          </w:p>
        </w:tc>
        <w:tc>
          <w:tcPr>
            <w:tcW w:w="1170" w:type="dxa"/>
            <w:vAlign w:val="center"/>
          </w:tcPr>
          <w:p w14:paraId="035852C9" w14:textId="77777777" w:rsidR="00CA693E" w:rsidRPr="006C208E" w:rsidRDefault="00CA693E" w:rsidP="006C208E">
            <w:pPr>
              <w:pStyle w:val="NoSpacing"/>
              <w:spacing w:line="276" w:lineRule="auto"/>
              <w:contextualSpacing/>
              <w:jc w:val="center"/>
              <w:rPr>
                <w:rFonts w:ascii="Times New Roman" w:hAnsi="Times New Roman" w:cs="Times New Roman"/>
              </w:rPr>
            </w:pPr>
          </w:p>
        </w:tc>
        <w:tc>
          <w:tcPr>
            <w:tcW w:w="1170" w:type="dxa"/>
          </w:tcPr>
          <w:p w14:paraId="355AC153" w14:textId="77777777" w:rsidR="00CA693E" w:rsidRPr="006C208E" w:rsidRDefault="00CA693E" w:rsidP="006C208E">
            <w:pPr>
              <w:pStyle w:val="NoSpacing"/>
              <w:spacing w:line="276" w:lineRule="auto"/>
              <w:contextualSpacing/>
              <w:jc w:val="center"/>
              <w:rPr>
                <w:rFonts w:ascii="Times New Roman" w:hAnsi="Times New Roman" w:cs="Times New Roman"/>
              </w:rPr>
            </w:pPr>
          </w:p>
        </w:tc>
      </w:tr>
      <w:tr w:rsidR="00CA693E" w:rsidRPr="006C208E" w14:paraId="60849EE0" w14:textId="254E79B3" w:rsidTr="00CA693E">
        <w:trPr>
          <w:trHeight w:val="20"/>
          <w:jc w:val="center"/>
        </w:trPr>
        <w:tc>
          <w:tcPr>
            <w:tcW w:w="4320" w:type="dxa"/>
            <w:vAlign w:val="center"/>
          </w:tcPr>
          <w:p w14:paraId="45529D7F" w14:textId="77777777" w:rsidR="00CA693E" w:rsidRPr="006C208E" w:rsidRDefault="00CA693E" w:rsidP="006C208E">
            <w:pPr>
              <w:pStyle w:val="NoSpacing"/>
              <w:spacing w:line="276" w:lineRule="auto"/>
              <w:contextualSpacing/>
              <w:rPr>
                <w:rFonts w:ascii="Times New Roman" w:hAnsi="Times New Roman" w:cs="Times New Roman"/>
                <w:i/>
                <w:iCs/>
              </w:rPr>
            </w:pPr>
            <w:proofErr w:type="spellStart"/>
            <w:r w:rsidRPr="006C208E">
              <w:rPr>
                <w:rFonts w:ascii="Times New Roman" w:hAnsi="Times New Roman" w:cs="Times New Roman"/>
                <w:i/>
                <w:iCs/>
              </w:rPr>
              <w:t>PayGo</w:t>
            </w:r>
            <w:proofErr w:type="spellEnd"/>
            <w:r w:rsidRPr="006C208E">
              <w:rPr>
                <w:rFonts w:ascii="Times New Roman" w:hAnsi="Times New Roman" w:cs="Times New Roman"/>
                <w:i/>
                <w:iCs/>
              </w:rPr>
              <w:t xml:space="preserve"> software</w:t>
            </w:r>
          </w:p>
        </w:tc>
        <w:tc>
          <w:tcPr>
            <w:tcW w:w="2250" w:type="dxa"/>
            <w:vAlign w:val="center"/>
          </w:tcPr>
          <w:p w14:paraId="0D70F372" w14:textId="77777777" w:rsidR="00CA693E" w:rsidRPr="006C208E" w:rsidRDefault="00CA693E" w:rsidP="006C208E">
            <w:pPr>
              <w:pStyle w:val="NoSpacing"/>
              <w:spacing w:line="276" w:lineRule="auto"/>
              <w:contextualSpacing/>
              <w:jc w:val="center"/>
              <w:rPr>
                <w:rFonts w:ascii="Times New Roman" w:hAnsi="Times New Roman" w:cs="Times New Roman"/>
                <w:i/>
                <w:iCs/>
              </w:rPr>
            </w:pPr>
            <w:r w:rsidRPr="006C208E">
              <w:rPr>
                <w:rFonts w:ascii="Times New Roman" w:hAnsi="Times New Roman" w:cs="Times New Roman"/>
                <w:i/>
                <w:iCs/>
              </w:rPr>
              <w:t>USD</w:t>
            </w:r>
          </w:p>
        </w:tc>
        <w:tc>
          <w:tcPr>
            <w:tcW w:w="1170" w:type="dxa"/>
            <w:vAlign w:val="center"/>
          </w:tcPr>
          <w:p w14:paraId="41381BE1" w14:textId="77777777" w:rsidR="00CA693E" w:rsidRPr="006C208E" w:rsidRDefault="00CA693E" w:rsidP="006C208E">
            <w:pPr>
              <w:pStyle w:val="NoSpacing"/>
              <w:spacing w:line="276" w:lineRule="auto"/>
              <w:contextualSpacing/>
              <w:jc w:val="center"/>
              <w:rPr>
                <w:rFonts w:ascii="Times New Roman" w:hAnsi="Times New Roman" w:cs="Times New Roman"/>
              </w:rPr>
            </w:pPr>
          </w:p>
        </w:tc>
        <w:tc>
          <w:tcPr>
            <w:tcW w:w="1170" w:type="dxa"/>
          </w:tcPr>
          <w:p w14:paraId="4E9F8937" w14:textId="77777777" w:rsidR="00CA693E" w:rsidRPr="006C208E" w:rsidRDefault="00CA693E" w:rsidP="006C208E">
            <w:pPr>
              <w:pStyle w:val="NoSpacing"/>
              <w:spacing w:line="276" w:lineRule="auto"/>
              <w:contextualSpacing/>
              <w:jc w:val="center"/>
              <w:rPr>
                <w:rFonts w:ascii="Times New Roman" w:hAnsi="Times New Roman" w:cs="Times New Roman"/>
              </w:rPr>
            </w:pPr>
          </w:p>
        </w:tc>
      </w:tr>
      <w:tr w:rsidR="00CA693E" w:rsidRPr="006C208E" w14:paraId="03C79E12" w14:textId="2AA7C23A" w:rsidTr="00CA693E">
        <w:trPr>
          <w:trHeight w:val="20"/>
          <w:jc w:val="center"/>
        </w:trPr>
        <w:tc>
          <w:tcPr>
            <w:tcW w:w="4320" w:type="dxa"/>
            <w:vAlign w:val="center"/>
          </w:tcPr>
          <w:p w14:paraId="5ACFEC1D" w14:textId="77777777" w:rsidR="00CA693E" w:rsidRPr="006C208E" w:rsidRDefault="00CA693E" w:rsidP="006C208E">
            <w:pPr>
              <w:pStyle w:val="NoSpacing"/>
              <w:spacing w:line="276" w:lineRule="auto"/>
              <w:contextualSpacing/>
              <w:rPr>
                <w:rFonts w:ascii="Times New Roman" w:hAnsi="Times New Roman" w:cs="Times New Roman"/>
                <w:i/>
                <w:iCs/>
              </w:rPr>
            </w:pPr>
            <w:r w:rsidRPr="006C208E">
              <w:rPr>
                <w:rFonts w:ascii="Times New Roman" w:hAnsi="Times New Roman" w:cs="Times New Roman"/>
                <w:i/>
                <w:iCs/>
              </w:rPr>
              <w:t>General overheads (salaries, offices etc.)</w:t>
            </w:r>
          </w:p>
        </w:tc>
        <w:tc>
          <w:tcPr>
            <w:tcW w:w="2250" w:type="dxa"/>
            <w:vAlign w:val="center"/>
          </w:tcPr>
          <w:p w14:paraId="75A1EE39" w14:textId="77777777" w:rsidR="00CA693E" w:rsidRPr="006C208E" w:rsidRDefault="00CA693E" w:rsidP="006C208E">
            <w:pPr>
              <w:pStyle w:val="NoSpacing"/>
              <w:spacing w:line="276" w:lineRule="auto"/>
              <w:contextualSpacing/>
              <w:jc w:val="center"/>
              <w:rPr>
                <w:rFonts w:ascii="Times New Roman" w:hAnsi="Times New Roman" w:cs="Times New Roman"/>
                <w:i/>
                <w:iCs/>
              </w:rPr>
            </w:pPr>
            <w:r w:rsidRPr="006C208E">
              <w:rPr>
                <w:rFonts w:ascii="Times New Roman" w:hAnsi="Times New Roman" w:cs="Times New Roman"/>
                <w:i/>
                <w:iCs/>
              </w:rPr>
              <w:t>MWK</w:t>
            </w:r>
          </w:p>
        </w:tc>
        <w:tc>
          <w:tcPr>
            <w:tcW w:w="1170" w:type="dxa"/>
            <w:vAlign w:val="center"/>
          </w:tcPr>
          <w:p w14:paraId="603CEACE" w14:textId="77777777" w:rsidR="00CA693E" w:rsidRPr="006C208E" w:rsidRDefault="00CA693E" w:rsidP="006C208E">
            <w:pPr>
              <w:pStyle w:val="NoSpacing"/>
              <w:spacing w:line="276" w:lineRule="auto"/>
              <w:contextualSpacing/>
              <w:jc w:val="center"/>
              <w:rPr>
                <w:rFonts w:ascii="Times New Roman" w:hAnsi="Times New Roman" w:cs="Times New Roman"/>
              </w:rPr>
            </w:pPr>
          </w:p>
        </w:tc>
        <w:tc>
          <w:tcPr>
            <w:tcW w:w="1170" w:type="dxa"/>
          </w:tcPr>
          <w:p w14:paraId="00D2FE8B" w14:textId="77777777" w:rsidR="00CA693E" w:rsidRPr="006C208E" w:rsidRDefault="00CA693E" w:rsidP="006C208E">
            <w:pPr>
              <w:pStyle w:val="NoSpacing"/>
              <w:spacing w:line="276" w:lineRule="auto"/>
              <w:contextualSpacing/>
              <w:jc w:val="center"/>
              <w:rPr>
                <w:rFonts w:ascii="Times New Roman" w:hAnsi="Times New Roman" w:cs="Times New Roman"/>
              </w:rPr>
            </w:pPr>
          </w:p>
        </w:tc>
      </w:tr>
      <w:tr w:rsidR="00CA693E" w:rsidRPr="006C208E" w14:paraId="174A8BA3" w14:textId="15D6C662" w:rsidTr="00CA693E">
        <w:trPr>
          <w:trHeight w:val="20"/>
          <w:jc w:val="center"/>
        </w:trPr>
        <w:tc>
          <w:tcPr>
            <w:tcW w:w="4320" w:type="dxa"/>
            <w:vAlign w:val="center"/>
          </w:tcPr>
          <w:p w14:paraId="1C07CF50" w14:textId="77777777" w:rsidR="00CA693E" w:rsidRPr="006C208E" w:rsidRDefault="00CA693E" w:rsidP="006C208E">
            <w:pPr>
              <w:pStyle w:val="NoSpacing"/>
              <w:spacing w:line="276" w:lineRule="auto"/>
              <w:contextualSpacing/>
              <w:rPr>
                <w:rFonts w:ascii="Times New Roman" w:hAnsi="Times New Roman" w:cs="Times New Roman"/>
                <w:i/>
                <w:iCs/>
              </w:rPr>
            </w:pPr>
            <w:r w:rsidRPr="006C208E">
              <w:rPr>
                <w:rFonts w:ascii="Times New Roman" w:hAnsi="Times New Roman" w:cs="Times New Roman"/>
                <w:i/>
                <w:iCs/>
              </w:rPr>
              <w:t>Warehouse and distribution</w:t>
            </w:r>
          </w:p>
        </w:tc>
        <w:tc>
          <w:tcPr>
            <w:tcW w:w="2250" w:type="dxa"/>
            <w:vAlign w:val="center"/>
          </w:tcPr>
          <w:p w14:paraId="72A9016F" w14:textId="77777777" w:rsidR="00CA693E" w:rsidRPr="006C208E" w:rsidRDefault="00CA693E" w:rsidP="006C208E">
            <w:pPr>
              <w:pStyle w:val="NoSpacing"/>
              <w:spacing w:line="276" w:lineRule="auto"/>
              <w:contextualSpacing/>
              <w:jc w:val="center"/>
              <w:rPr>
                <w:rFonts w:ascii="Times New Roman" w:hAnsi="Times New Roman" w:cs="Times New Roman"/>
                <w:i/>
                <w:iCs/>
              </w:rPr>
            </w:pPr>
            <w:r w:rsidRPr="006C208E">
              <w:rPr>
                <w:rFonts w:ascii="Times New Roman" w:hAnsi="Times New Roman" w:cs="Times New Roman"/>
                <w:i/>
                <w:iCs/>
              </w:rPr>
              <w:t>MWK</w:t>
            </w:r>
          </w:p>
        </w:tc>
        <w:tc>
          <w:tcPr>
            <w:tcW w:w="1170" w:type="dxa"/>
            <w:vAlign w:val="center"/>
          </w:tcPr>
          <w:p w14:paraId="58A8E334" w14:textId="77777777" w:rsidR="00CA693E" w:rsidRPr="006C208E" w:rsidRDefault="00CA693E" w:rsidP="006C208E">
            <w:pPr>
              <w:pStyle w:val="NoSpacing"/>
              <w:spacing w:line="276" w:lineRule="auto"/>
              <w:contextualSpacing/>
              <w:jc w:val="center"/>
              <w:rPr>
                <w:rFonts w:ascii="Times New Roman" w:hAnsi="Times New Roman" w:cs="Times New Roman"/>
              </w:rPr>
            </w:pPr>
          </w:p>
        </w:tc>
        <w:tc>
          <w:tcPr>
            <w:tcW w:w="1170" w:type="dxa"/>
          </w:tcPr>
          <w:p w14:paraId="6B8559C4" w14:textId="77777777" w:rsidR="00CA693E" w:rsidRPr="006C208E" w:rsidRDefault="00CA693E" w:rsidP="006C208E">
            <w:pPr>
              <w:pStyle w:val="NoSpacing"/>
              <w:spacing w:line="276" w:lineRule="auto"/>
              <w:contextualSpacing/>
              <w:jc w:val="center"/>
              <w:rPr>
                <w:rFonts w:ascii="Times New Roman" w:hAnsi="Times New Roman" w:cs="Times New Roman"/>
              </w:rPr>
            </w:pPr>
          </w:p>
        </w:tc>
      </w:tr>
      <w:tr w:rsidR="00CA693E" w:rsidRPr="006C208E" w14:paraId="48CF1DF1" w14:textId="59358854" w:rsidTr="00CA693E">
        <w:trPr>
          <w:trHeight w:val="20"/>
          <w:jc w:val="center"/>
        </w:trPr>
        <w:tc>
          <w:tcPr>
            <w:tcW w:w="4320" w:type="dxa"/>
            <w:vAlign w:val="center"/>
          </w:tcPr>
          <w:p w14:paraId="21DBB5B9" w14:textId="77777777" w:rsidR="00CA693E" w:rsidRPr="006C208E" w:rsidRDefault="00CA693E" w:rsidP="006C208E">
            <w:pPr>
              <w:pStyle w:val="NoSpacing"/>
              <w:spacing w:line="276" w:lineRule="auto"/>
              <w:contextualSpacing/>
              <w:rPr>
                <w:rFonts w:ascii="Times New Roman" w:hAnsi="Times New Roman" w:cs="Times New Roman"/>
                <w:i/>
                <w:iCs/>
              </w:rPr>
            </w:pPr>
            <w:r w:rsidRPr="006C208E">
              <w:rPr>
                <w:rFonts w:ascii="Times New Roman" w:hAnsi="Times New Roman" w:cs="Times New Roman"/>
                <w:i/>
                <w:iCs/>
              </w:rPr>
              <w:t>Agent commission</w:t>
            </w:r>
          </w:p>
        </w:tc>
        <w:tc>
          <w:tcPr>
            <w:tcW w:w="2250" w:type="dxa"/>
            <w:vAlign w:val="center"/>
          </w:tcPr>
          <w:p w14:paraId="04D734F4" w14:textId="77777777" w:rsidR="00CA693E" w:rsidRPr="006C208E" w:rsidRDefault="00CA693E" w:rsidP="006C208E">
            <w:pPr>
              <w:pStyle w:val="NoSpacing"/>
              <w:spacing w:line="276" w:lineRule="auto"/>
              <w:contextualSpacing/>
              <w:jc w:val="center"/>
              <w:rPr>
                <w:rFonts w:ascii="Times New Roman" w:hAnsi="Times New Roman" w:cs="Times New Roman"/>
                <w:i/>
                <w:iCs/>
              </w:rPr>
            </w:pPr>
            <w:r w:rsidRPr="006C208E">
              <w:rPr>
                <w:rFonts w:ascii="Times New Roman" w:hAnsi="Times New Roman" w:cs="Times New Roman"/>
                <w:i/>
                <w:iCs/>
              </w:rPr>
              <w:t>MWK</w:t>
            </w:r>
          </w:p>
        </w:tc>
        <w:tc>
          <w:tcPr>
            <w:tcW w:w="1170" w:type="dxa"/>
            <w:vAlign w:val="center"/>
          </w:tcPr>
          <w:p w14:paraId="4F1737B3" w14:textId="77777777" w:rsidR="00CA693E" w:rsidRPr="006C208E" w:rsidRDefault="00CA693E" w:rsidP="006C208E">
            <w:pPr>
              <w:pStyle w:val="NoSpacing"/>
              <w:spacing w:line="276" w:lineRule="auto"/>
              <w:contextualSpacing/>
              <w:jc w:val="center"/>
              <w:rPr>
                <w:rFonts w:ascii="Times New Roman" w:hAnsi="Times New Roman" w:cs="Times New Roman"/>
              </w:rPr>
            </w:pPr>
          </w:p>
        </w:tc>
        <w:tc>
          <w:tcPr>
            <w:tcW w:w="1170" w:type="dxa"/>
          </w:tcPr>
          <w:p w14:paraId="75BBD67A" w14:textId="77777777" w:rsidR="00CA693E" w:rsidRPr="006C208E" w:rsidRDefault="00CA693E" w:rsidP="006C208E">
            <w:pPr>
              <w:pStyle w:val="NoSpacing"/>
              <w:spacing w:line="276" w:lineRule="auto"/>
              <w:contextualSpacing/>
              <w:jc w:val="center"/>
              <w:rPr>
                <w:rFonts w:ascii="Times New Roman" w:hAnsi="Times New Roman" w:cs="Times New Roman"/>
              </w:rPr>
            </w:pPr>
          </w:p>
        </w:tc>
      </w:tr>
      <w:tr w:rsidR="00CA693E" w:rsidRPr="006C208E" w14:paraId="002E0BAF" w14:textId="286F982E" w:rsidTr="00CA693E">
        <w:trPr>
          <w:trHeight w:val="20"/>
          <w:jc w:val="center"/>
        </w:trPr>
        <w:tc>
          <w:tcPr>
            <w:tcW w:w="4320" w:type="dxa"/>
            <w:vAlign w:val="center"/>
          </w:tcPr>
          <w:p w14:paraId="4CBC7D51" w14:textId="77777777" w:rsidR="00CA693E" w:rsidRPr="006C208E" w:rsidRDefault="00CA693E" w:rsidP="006C208E">
            <w:pPr>
              <w:pStyle w:val="NoSpacing"/>
              <w:spacing w:line="276" w:lineRule="auto"/>
              <w:contextualSpacing/>
              <w:rPr>
                <w:rFonts w:ascii="Times New Roman" w:hAnsi="Times New Roman" w:cs="Times New Roman"/>
                <w:i/>
                <w:iCs/>
              </w:rPr>
            </w:pPr>
            <w:r w:rsidRPr="006C208E">
              <w:rPr>
                <w:rFonts w:ascii="Times New Roman" w:hAnsi="Times New Roman" w:cs="Times New Roman"/>
                <w:i/>
                <w:iCs/>
              </w:rPr>
              <w:t>Transaction fees</w:t>
            </w:r>
          </w:p>
        </w:tc>
        <w:tc>
          <w:tcPr>
            <w:tcW w:w="2250" w:type="dxa"/>
            <w:vAlign w:val="center"/>
          </w:tcPr>
          <w:p w14:paraId="7620734D" w14:textId="77777777" w:rsidR="00CA693E" w:rsidRPr="006C208E" w:rsidRDefault="00CA693E" w:rsidP="006C208E">
            <w:pPr>
              <w:pStyle w:val="NoSpacing"/>
              <w:spacing w:line="276" w:lineRule="auto"/>
              <w:contextualSpacing/>
              <w:jc w:val="center"/>
              <w:rPr>
                <w:rFonts w:ascii="Times New Roman" w:hAnsi="Times New Roman" w:cs="Times New Roman"/>
                <w:i/>
                <w:iCs/>
              </w:rPr>
            </w:pPr>
            <w:r w:rsidRPr="006C208E">
              <w:rPr>
                <w:rFonts w:ascii="Times New Roman" w:hAnsi="Times New Roman" w:cs="Times New Roman"/>
                <w:i/>
                <w:iCs/>
              </w:rPr>
              <w:t>MWK</w:t>
            </w:r>
          </w:p>
        </w:tc>
        <w:tc>
          <w:tcPr>
            <w:tcW w:w="1170" w:type="dxa"/>
            <w:vAlign w:val="center"/>
          </w:tcPr>
          <w:p w14:paraId="55F439DF" w14:textId="77777777" w:rsidR="00CA693E" w:rsidRPr="006C208E" w:rsidRDefault="00CA693E" w:rsidP="006C208E">
            <w:pPr>
              <w:pStyle w:val="NoSpacing"/>
              <w:spacing w:line="276" w:lineRule="auto"/>
              <w:contextualSpacing/>
              <w:jc w:val="center"/>
              <w:rPr>
                <w:rFonts w:ascii="Times New Roman" w:hAnsi="Times New Roman" w:cs="Times New Roman"/>
              </w:rPr>
            </w:pPr>
          </w:p>
        </w:tc>
        <w:tc>
          <w:tcPr>
            <w:tcW w:w="1170" w:type="dxa"/>
          </w:tcPr>
          <w:p w14:paraId="5C2DEFA8" w14:textId="77777777" w:rsidR="00CA693E" w:rsidRPr="006C208E" w:rsidRDefault="00CA693E" w:rsidP="006C208E">
            <w:pPr>
              <w:pStyle w:val="NoSpacing"/>
              <w:spacing w:line="276" w:lineRule="auto"/>
              <w:contextualSpacing/>
              <w:jc w:val="center"/>
              <w:rPr>
                <w:rFonts w:ascii="Times New Roman" w:hAnsi="Times New Roman" w:cs="Times New Roman"/>
              </w:rPr>
            </w:pPr>
          </w:p>
        </w:tc>
      </w:tr>
      <w:tr w:rsidR="00CA693E" w:rsidRPr="006C208E" w14:paraId="104D3CC4" w14:textId="2E7B61B3" w:rsidTr="00CA693E">
        <w:trPr>
          <w:trHeight w:val="20"/>
          <w:jc w:val="center"/>
        </w:trPr>
        <w:tc>
          <w:tcPr>
            <w:tcW w:w="4320" w:type="dxa"/>
            <w:vAlign w:val="center"/>
          </w:tcPr>
          <w:p w14:paraId="0182DFC4" w14:textId="77777777" w:rsidR="00CA693E" w:rsidRPr="006C208E" w:rsidRDefault="00CA693E" w:rsidP="006C208E">
            <w:pPr>
              <w:pStyle w:val="NoSpacing"/>
              <w:spacing w:line="276" w:lineRule="auto"/>
              <w:contextualSpacing/>
              <w:rPr>
                <w:rFonts w:ascii="Times New Roman" w:hAnsi="Times New Roman" w:cs="Times New Roman"/>
                <w:i/>
                <w:iCs/>
              </w:rPr>
            </w:pPr>
            <w:r w:rsidRPr="006C208E">
              <w:rPr>
                <w:rFonts w:ascii="Times New Roman" w:hAnsi="Times New Roman" w:cs="Times New Roman"/>
                <w:i/>
                <w:iCs/>
              </w:rPr>
              <w:t>Financing Cost</w:t>
            </w:r>
          </w:p>
        </w:tc>
        <w:tc>
          <w:tcPr>
            <w:tcW w:w="2250" w:type="dxa"/>
            <w:vAlign w:val="center"/>
          </w:tcPr>
          <w:p w14:paraId="14CF159C" w14:textId="77777777" w:rsidR="00CA693E" w:rsidRPr="006C208E" w:rsidRDefault="00CA693E" w:rsidP="006C208E">
            <w:pPr>
              <w:pStyle w:val="NoSpacing"/>
              <w:spacing w:line="276" w:lineRule="auto"/>
              <w:contextualSpacing/>
              <w:jc w:val="center"/>
              <w:rPr>
                <w:rFonts w:ascii="Times New Roman" w:hAnsi="Times New Roman" w:cs="Times New Roman"/>
                <w:i/>
                <w:iCs/>
              </w:rPr>
            </w:pPr>
            <w:r w:rsidRPr="006C208E">
              <w:rPr>
                <w:rFonts w:ascii="Times New Roman" w:hAnsi="Times New Roman" w:cs="Times New Roman"/>
                <w:i/>
                <w:iCs/>
              </w:rPr>
              <w:t>MWK</w:t>
            </w:r>
          </w:p>
        </w:tc>
        <w:tc>
          <w:tcPr>
            <w:tcW w:w="1170" w:type="dxa"/>
            <w:vAlign w:val="center"/>
          </w:tcPr>
          <w:p w14:paraId="677CB462" w14:textId="77777777" w:rsidR="00CA693E" w:rsidRPr="006C208E" w:rsidRDefault="00CA693E" w:rsidP="006C208E">
            <w:pPr>
              <w:pStyle w:val="NoSpacing"/>
              <w:spacing w:line="276" w:lineRule="auto"/>
              <w:contextualSpacing/>
              <w:jc w:val="center"/>
              <w:rPr>
                <w:rFonts w:ascii="Times New Roman" w:hAnsi="Times New Roman" w:cs="Times New Roman"/>
              </w:rPr>
            </w:pPr>
          </w:p>
        </w:tc>
        <w:tc>
          <w:tcPr>
            <w:tcW w:w="1170" w:type="dxa"/>
          </w:tcPr>
          <w:p w14:paraId="4E5FECDD" w14:textId="77777777" w:rsidR="00CA693E" w:rsidRPr="006C208E" w:rsidRDefault="00CA693E" w:rsidP="006C208E">
            <w:pPr>
              <w:pStyle w:val="NoSpacing"/>
              <w:spacing w:line="276" w:lineRule="auto"/>
              <w:contextualSpacing/>
              <w:jc w:val="center"/>
              <w:rPr>
                <w:rFonts w:ascii="Times New Roman" w:hAnsi="Times New Roman" w:cs="Times New Roman"/>
              </w:rPr>
            </w:pPr>
          </w:p>
        </w:tc>
      </w:tr>
      <w:tr w:rsidR="00CA693E" w:rsidRPr="006C208E" w14:paraId="4B026F53" w14:textId="7AA8C50B" w:rsidTr="00CA693E">
        <w:trPr>
          <w:trHeight w:val="20"/>
          <w:jc w:val="center"/>
        </w:trPr>
        <w:tc>
          <w:tcPr>
            <w:tcW w:w="4320" w:type="dxa"/>
            <w:vAlign w:val="center"/>
          </w:tcPr>
          <w:p w14:paraId="7E20DD40" w14:textId="0C70F232" w:rsidR="00CA693E" w:rsidRPr="006C208E" w:rsidRDefault="00CA693E" w:rsidP="006C208E">
            <w:pPr>
              <w:pStyle w:val="NoSpacing"/>
              <w:spacing w:line="276" w:lineRule="auto"/>
              <w:contextualSpacing/>
              <w:rPr>
                <w:rFonts w:ascii="Times New Roman" w:hAnsi="Times New Roman" w:cs="Times New Roman"/>
                <w:i/>
                <w:iCs/>
              </w:rPr>
            </w:pPr>
            <w:r w:rsidRPr="006C208E">
              <w:rPr>
                <w:rFonts w:ascii="Times New Roman" w:hAnsi="Times New Roman" w:cs="Times New Roman"/>
                <w:i/>
                <w:iCs/>
              </w:rPr>
              <w:t>Tax (if applicable)</w:t>
            </w:r>
          </w:p>
        </w:tc>
        <w:tc>
          <w:tcPr>
            <w:tcW w:w="2250" w:type="dxa"/>
            <w:vAlign w:val="center"/>
          </w:tcPr>
          <w:p w14:paraId="4DD4ED57" w14:textId="77777777" w:rsidR="00CA693E" w:rsidRPr="006C208E" w:rsidRDefault="00CA693E" w:rsidP="006C208E">
            <w:pPr>
              <w:pStyle w:val="NoSpacing"/>
              <w:spacing w:line="276" w:lineRule="auto"/>
              <w:contextualSpacing/>
              <w:jc w:val="center"/>
              <w:rPr>
                <w:rFonts w:ascii="Times New Roman" w:hAnsi="Times New Roman" w:cs="Times New Roman"/>
                <w:i/>
                <w:iCs/>
              </w:rPr>
            </w:pPr>
            <w:r w:rsidRPr="006C208E">
              <w:rPr>
                <w:rFonts w:ascii="Times New Roman" w:hAnsi="Times New Roman" w:cs="Times New Roman"/>
                <w:i/>
                <w:iCs/>
              </w:rPr>
              <w:t>MWK</w:t>
            </w:r>
          </w:p>
        </w:tc>
        <w:tc>
          <w:tcPr>
            <w:tcW w:w="1170" w:type="dxa"/>
            <w:vAlign w:val="center"/>
          </w:tcPr>
          <w:p w14:paraId="7CA1FDA4" w14:textId="77777777" w:rsidR="00CA693E" w:rsidRPr="006C208E" w:rsidRDefault="00CA693E" w:rsidP="006C208E">
            <w:pPr>
              <w:pStyle w:val="NoSpacing"/>
              <w:spacing w:line="276" w:lineRule="auto"/>
              <w:contextualSpacing/>
              <w:jc w:val="center"/>
              <w:rPr>
                <w:rFonts w:ascii="Times New Roman" w:hAnsi="Times New Roman" w:cs="Times New Roman"/>
              </w:rPr>
            </w:pPr>
          </w:p>
        </w:tc>
        <w:tc>
          <w:tcPr>
            <w:tcW w:w="1170" w:type="dxa"/>
          </w:tcPr>
          <w:p w14:paraId="379C35B3" w14:textId="77777777" w:rsidR="00CA693E" w:rsidRPr="006C208E" w:rsidRDefault="00CA693E" w:rsidP="006C208E">
            <w:pPr>
              <w:pStyle w:val="NoSpacing"/>
              <w:spacing w:line="276" w:lineRule="auto"/>
              <w:contextualSpacing/>
              <w:jc w:val="center"/>
              <w:rPr>
                <w:rFonts w:ascii="Times New Roman" w:hAnsi="Times New Roman" w:cs="Times New Roman"/>
              </w:rPr>
            </w:pPr>
          </w:p>
        </w:tc>
      </w:tr>
      <w:tr w:rsidR="00CA693E" w:rsidRPr="006C208E" w14:paraId="0034B9F7" w14:textId="06B34D96" w:rsidTr="00CA693E">
        <w:trPr>
          <w:trHeight w:val="20"/>
          <w:jc w:val="center"/>
        </w:trPr>
        <w:tc>
          <w:tcPr>
            <w:tcW w:w="4320" w:type="dxa"/>
            <w:vAlign w:val="center"/>
          </w:tcPr>
          <w:p w14:paraId="37759B7E" w14:textId="7B74D874" w:rsidR="00CA693E" w:rsidRPr="006C208E" w:rsidRDefault="00A81563" w:rsidP="006C208E">
            <w:pPr>
              <w:pStyle w:val="NoSpacing"/>
              <w:spacing w:line="276" w:lineRule="auto"/>
              <w:contextualSpacing/>
              <w:rPr>
                <w:rFonts w:ascii="Times New Roman" w:hAnsi="Times New Roman" w:cs="Times New Roman"/>
                <w:i/>
                <w:iCs/>
              </w:rPr>
            </w:pPr>
            <w:r>
              <w:rPr>
                <w:rFonts w:ascii="Times New Roman" w:hAnsi="Times New Roman" w:cs="Times New Roman"/>
                <w:i/>
                <w:iCs/>
              </w:rPr>
              <w:t xml:space="preserve">Profit </w:t>
            </w:r>
          </w:p>
        </w:tc>
        <w:tc>
          <w:tcPr>
            <w:tcW w:w="2250" w:type="dxa"/>
            <w:vAlign w:val="center"/>
          </w:tcPr>
          <w:p w14:paraId="35DB1088" w14:textId="16322DEA" w:rsidR="00CA693E" w:rsidRPr="006C208E" w:rsidRDefault="00941670" w:rsidP="006C208E">
            <w:pPr>
              <w:pStyle w:val="NoSpacing"/>
              <w:spacing w:line="276" w:lineRule="auto"/>
              <w:contextualSpacing/>
              <w:jc w:val="center"/>
              <w:rPr>
                <w:rFonts w:ascii="Times New Roman" w:hAnsi="Times New Roman" w:cs="Times New Roman"/>
                <w:i/>
                <w:iCs/>
              </w:rPr>
            </w:pPr>
            <w:r w:rsidRPr="006C208E">
              <w:rPr>
                <w:rFonts w:ascii="Times New Roman" w:hAnsi="Times New Roman" w:cs="Times New Roman"/>
                <w:i/>
                <w:iCs/>
              </w:rPr>
              <w:t>MWK</w:t>
            </w:r>
          </w:p>
        </w:tc>
        <w:tc>
          <w:tcPr>
            <w:tcW w:w="1170" w:type="dxa"/>
            <w:vAlign w:val="center"/>
          </w:tcPr>
          <w:p w14:paraId="3016107E" w14:textId="77777777" w:rsidR="00CA693E" w:rsidRPr="006C208E" w:rsidRDefault="00CA693E" w:rsidP="006C208E">
            <w:pPr>
              <w:pStyle w:val="NoSpacing"/>
              <w:spacing w:line="276" w:lineRule="auto"/>
              <w:contextualSpacing/>
              <w:jc w:val="center"/>
              <w:rPr>
                <w:rFonts w:ascii="Times New Roman" w:hAnsi="Times New Roman" w:cs="Times New Roman"/>
              </w:rPr>
            </w:pPr>
          </w:p>
        </w:tc>
        <w:tc>
          <w:tcPr>
            <w:tcW w:w="1170" w:type="dxa"/>
          </w:tcPr>
          <w:p w14:paraId="27B420E7" w14:textId="77777777" w:rsidR="00CA693E" w:rsidRPr="006C208E" w:rsidRDefault="00CA693E" w:rsidP="006C208E">
            <w:pPr>
              <w:pStyle w:val="NoSpacing"/>
              <w:spacing w:line="276" w:lineRule="auto"/>
              <w:contextualSpacing/>
              <w:jc w:val="center"/>
              <w:rPr>
                <w:rFonts w:ascii="Times New Roman" w:hAnsi="Times New Roman" w:cs="Times New Roman"/>
              </w:rPr>
            </w:pPr>
          </w:p>
        </w:tc>
      </w:tr>
      <w:tr w:rsidR="00CA693E" w:rsidRPr="006C208E" w14:paraId="3E9EA7AA" w14:textId="0E665E06" w:rsidTr="00CA693E">
        <w:trPr>
          <w:trHeight w:val="20"/>
          <w:jc w:val="center"/>
        </w:trPr>
        <w:tc>
          <w:tcPr>
            <w:tcW w:w="4320" w:type="dxa"/>
            <w:vAlign w:val="center"/>
          </w:tcPr>
          <w:p w14:paraId="64A9F3A8" w14:textId="51F42644" w:rsidR="00CA693E" w:rsidRPr="006C208E" w:rsidRDefault="00CA693E" w:rsidP="006C208E">
            <w:pPr>
              <w:pStyle w:val="NoSpacing"/>
              <w:spacing w:line="276" w:lineRule="auto"/>
              <w:contextualSpacing/>
              <w:rPr>
                <w:rFonts w:ascii="Times New Roman" w:hAnsi="Times New Roman" w:cs="Times New Roman"/>
                <w:i/>
                <w:iCs/>
              </w:rPr>
            </w:pPr>
            <w:r w:rsidRPr="006C208E">
              <w:rPr>
                <w:rFonts w:ascii="Times New Roman" w:hAnsi="Times New Roman" w:cs="Times New Roman"/>
                <w:i/>
                <w:iCs/>
              </w:rPr>
              <w:t>…………</w:t>
            </w:r>
          </w:p>
        </w:tc>
        <w:tc>
          <w:tcPr>
            <w:tcW w:w="2250" w:type="dxa"/>
            <w:vAlign w:val="center"/>
          </w:tcPr>
          <w:p w14:paraId="66F566BF" w14:textId="77777777" w:rsidR="00CA693E" w:rsidRPr="006C208E" w:rsidRDefault="00CA693E" w:rsidP="006C208E">
            <w:pPr>
              <w:pStyle w:val="NoSpacing"/>
              <w:spacing w:line="276" w:lineRule="auto"/>
              <w:contextualSpacing/>
              <w:jc w:val="center"/>
              <w:rPr>
                <w:rFonts w:ascii="Times New Roman" w:hAnsi="Times New Roman" w:cs="Times New Roman"/>
                <w:i/>
                <w:iCs/>
              </w:rPr>
            </w:pPr>
          </w:p>
        </w:tc>
        <w:tc>
          <w:tcPr>
            <w:tcW w:w="1170" w:type="dxa"/>
            <w:vAlign w:val="center"/>
          </w:tcPr>
          <w:p w14:paraId="6F738ABF" w14:textId="77777777" w:rsidR="00CA693E" w:rsidRPr="006C208E" w:rsidRDefault="00CA693E" w:rsidP="006C208E">
            <w:pPr>
              <w:pStyle w:val="NoSpacing"/>
              <w:spacing w:line="276" w:lineRule="auto"/>
              <w:contextualSpacing/>
              <w:jc w:val="center"/>
              <w:rPr>
                <w:rFonts w:ascii="Times New Roman" w:hAnsi="Times New Roman" w:cs="Times New Roman"/>
              </w:rPr>
            </w:pPr>
          </w:p>
        </w:tc>
        <w:tc>
          <w:tcPr>
            <w:tcW w:w="1170" w:type="dxa"/>
          </w:tcPr>
          <w:p w14:paraId="0831C248" w14:textId="77777777" w:rsidR="00CA693E" w:rsidRPr="006C208E" w:rsidRDefault="00CA693E" w:rsidP="006C208E">
            <w:pPr>
              <w:pStyle w:val="NoSpacing"/>
              <w:spacing w:line="276" w:lineRule="auto"/>
              <w:contextualSpacing/>
              <w:jc w:val="center"/>
              <w:rPr>
                <w:rFonts w:ascii="Times New Roman" w:hAnsi="Times New Roman" w:cs="Times New Roman"/>
              </w:rPr>
            </w:pPr>
          </w:p>
        </w:tc>
      </w:tr>
      <w:tr w:rsidR="00CA693E" w:rsidRPr="006C208E" w14:paraId="713D7FAB" w14:textId="27C830FB" w:rsidTr="00CA693E">
        <w:trPr>
          <w:trHeight w:val="20"/>
          <w:jc w:val="center"/>
        </w:trPr>
        <w:tc>
          <w:tcPr>
            <w:tcW w:w="4320" w:type="dxa"/>
            <w:vAlign w:val="center"/>
          </w:tcPr>
          <w:p w14:paraId="2AD396BD" w14:textId="77777777" w:rsidR="00CA693E" w:rsidRPr="006C208E" w:rsidRDefault="00CA693E" w:rsidP="006C208E">
            <w:pPr>
              <w:pStyle w:val="NoSpacing"/>
              <w:spacing w:line="276" w:lineRule="auto"/>
              <w:contextualSpacing/>
              <w:rPr>
                <w:rFonts w:ascii="Times New Roman" w:hAnsi="Times New Roman" w:cs="Times New Roman"/>
                <w:i/>
                <w:iCs/>
              </w:rPr>
            </w:pPr>
          </w:p>
        </w:tc>
        <w:tc>
          <w:tcPr>
            <w:tcW w:w="2250" w:type="dxa"/>
            <w:vAlign w:val="center"/>
          </w:tcPr>
          <w:p w14:paraId="124A9659" w14:textId="77777777" w:rsidR="00CA693E" w:rsidRPr="006C208E" w:rsidRDefault="00CA693E" w:rsidP="006C208E">
            <w:pPr>
              <w:pStyle w:val="NoSpacing"/>
              <w:spacing w:line="276" w:lineRule="auto"/>
              <w:contextualSpacing/>
              <w:jc w:val="center"/>
              <w:rPr>
                <w:rFonts w:ascii="Times New Roman" w:hAnsi="Times New Roman" w:cs="Times New Roman"/>
                <w:i/>
                <w:iCs/>
              </w:rPr>
            </w:pPr>
          </w:p>
        </w:tc>
        <w:tc>
          <w:tcPr>
            <w:tcW w:w="1170" w:type="dxa"/>
            <w:vAlign w:val="center"/>
          </w:tcPr>
          <w:p w14:paraId="527684F6" w14:textId="77777777" w:rsidR="00CA693E" w:rsidRPr="006C208E" w:rsidRDefault="00CA693E" w:rsidP="006C208E">
            <w:pPr>
              <w:pStyle w:val="NoSpacing"/>
              <w:spacing w:line="276" w:lineRule="auto"/>
              <w:contextualSpacing/>
              <w:jc w:val="center"/>
              <w:rPr>
                <w:rFonts w:ascii="Times New Roman" w:hAnsi="Times New Roman" w:cs="Times New Roman"/>
              </w:rPr>
            </w:pPr>
          </w:p>
        </w:tc>
        <w:tc>
          <w:tcPr>
            <w:tcW w:w="1170" w:type="dxa"/>
          </w:tcPr>
          <w:p w14:paraId="460BD0C5" w14:textId="77777777" w:rsidR="00CA693E" w:rsidRPr="006C208E" w:rsidRDefault="00CA693E" w:rsidP="006C208E">
            <w:pPr>
              <w:pStyle w:val="NoSpacing"/>
              <w:spacing w:line="276" w:lineRule="auto"/>
              <w:contextualSpacing/>
              <w:jc w:val="center"/>
              <w:rPr>
                <w:rFonts w:ascii="Times New Roman" w:hAnsi="Times New Roman" w:cs="Times New Roman"/>
              </w:rPr>
            </w:pPr>
          </w:p>
        </w:tc>
      </w:tr>
      <w:tr w:rsidR="00CA693E" w:rsidRPr="006C208E" w14:paraId="6D3E4F36" w14:textId="5F4E627E" w:rsidTr="00CA693E">
        <w:trPr>
          <w:trHeight w:val="20"/>
          <w:jc w:val="center"/>
        </w:trPr>
        <w:tc>
          <w:tcPr>
            <w:tcW w:w="4320" w:type="dxa"/>
            <w:vAlign w:val="center"/>
          </w:tcPr>
          <w:p w14:paraId="5F57C532" w14:textId="1BEC6962" w:rsidR="00CA693E" w:rsidRPr="006C208E" w:rsidRDefault="00CA693E" w:rsidP="006C208E">
            <w:pPr>
              <w:pStyle w:val="NoSpacing"/>
              <w:spacing w:line="276" w:lineRule="auto"/>
              <w:contextualSpacing/>
              <w:rPr>
                <w:rFonts w:ascii="Times New Roman" w:hAnsi="Times New Roman" w:cs="Times New Roman"/>
                <w:i/>
                <w:iCs/>
              </w:rPr>
            </w:pPr>
            <w:r w:rsidRPr="006C208E">
              <w:rPr>
                <w:rFonts w:ascii="Times New Roman" w:hAnsi="Times New Roman" w:cs="Times New Roman"/>
                <w:i/>
                <w:iCs/>
              </w:rPr>
              <w:t xml:space="preserve">Cash Price </w:t>
            </w:r>
          </w:p>
        </w:tc>
        <w:tc>
          <w:tcPr>
            <w:tcW w:w="2250" w:type="dxa"/>
            <w:vAlign w:val="center"/>
          </w:tcPr>
          <w:p w14:paraId="4534F597" w14:textId="77777777" w:rsidR="00CA693E" w:rsidRPr="006C208E" w:rsidRDefault="00CA693E" w:rsidP="006C208E">
            <w:pPr>
              <w:pStyle w:val="NoSpacing"/>
              <w:spacing w:line="276" w:lineRule="auto"/>
              <w:contextualSpacing/>
              <w:jc w:val="center"/>
              <w:rPr>
                <w:rFonts w:ascii="Times New Roman" w:hAnsi="Times New Roman" w:cs="Times New Roman"/>
                <w:i/>
                <w:iCs/>
              </w:rPr>
            </w:pPr>
            <w:r w:rsidRPr="006C208E">
              <w:rPr>
                <w:rFonts w:ascii="Times New Roman" w:hAnsi="Times New Roman" w:cs="Times New Roman"/>
                <w:i/>
                <w:iCs/>
              </w:rPr>
              <w:t>MWK</w:t>
            </w:r>
          </w:p>
        </w:tc>
        <w:tc>
          <w:tcPr>
            <w:tcW w:w="1170" w:type="dxa"/>
            <w:vAlign w:val="center"/>
          </w:tcPr>
          <w:p w14:paraId="1BBE8750" w14:textId="77777777" w:rsidR="00CA693E" w:rsidRPr="006C208E" w:rsidRDefault="00CA693E" w:rsidP="006C208E">
            <w:pPr>
              <w:pStyle w:val="NoSpacing"/>
              <w:spacing w:line="276" w:lineRule="auto"/>
              <w:contextualSpacing/>
              <w:jc w:val="center"/>
              <w:rPr>
                <w:rFonts w:ascii="Times New Roman" w:hAnsi="Times New Roman" w:cs="Times New Roman"/>
              </w:rPr>
            </w:pPr>
          </w:p>
        </w:tc>
        <w:tc>
          <w:tcPr>
            <w:tcW w:w="1170" w:type="dxa"/>
          </w:tcPr>
          <w:p w14:paraId="5D257801" w14:textId="77777777" w:rsidR="00CA693E" w:rsidRPr="006C208E" w:rsidRDefault="00CA693E" w:rsidP="006C208E">
            <w:pPr>
              <w:pStyle w:val="NoSpacing"/>
              <w:spacing w:line="276" w:lineRule="auto"/>
              <w:contextualSpacing/>
              <w:jc w:val="center"/>
              <w:rPr>
                <w:rFonts w:ascii="Times New Roman" w:hAnsi="Times New Roman" w:cs="Times New Roman"/>
              </w:rPr>
            </w:pPr>
          </w:p>
        </w:tc>
      </w:tr>
      <w:tr w:rsidR="00CA693E" w:rsidRPr="006C208E" w14:paraId="23F08979" w14:textId="29055CBD" w:rsidTr="00CA693E">
        <w:trPr>
          <w:trHeight w:val="20"/>
          <w:jc w:val="center"/>
        </w:trPr>
        <w:tc>
          <w:tcPr>
            <w:tcW w:w="4320" w:type="dxa"/>
            <w:vAlign w:val="center"/>
          </w:tcPr>
          <w:p w14:paraId="0A71B372" w14:textId="54229E8E" w:rsidR="00CA693E" w:rsidRPr="006C208E" w:rsidRDefault="00CA693E" w:rsidP="006C208E">
            <w:pPr>
              <w:pStyle w:val="NoSpacing"/>
              <w:spacing w:line="276" w:lineRule="auto"/>
              <w:contextualSpacing/>
              <w:rPr>
                <w:rFonts w:ascii="Times New Roman" w:hAnsi="Times New Roman" w:cs="Times New Roman"/>
                <w:i/>
                <w:iCs/>
              </w:rPr>
            </w:pPr>
            <w:proofErr w:type="spellStart"/>
            <w:r w:rsidRPr="006C208E">
              <w:rPr>
                <w:rFonts w:ascii="Times New Roman" w:hAnsi="Times New Roman" w:cs="Times New Roman"/>
                <w:i/>
                <w:iCs/>
              </w:rPr>
              <w:t>PayGo</w:t>
            </w:r>
            <w:proofErr w:type="spellEnd"/>
            <w:r w:rsidRPr="006C208E">
              <w:rPr>
                <w:rFonts w:ascii="Times New Roman" w:hAnsi="Times New Roman" w:cs="Times New Roman"/>
                <w:i/>
                <w:iCs/>
              </w:rPr>
              <w:t xml:space="preserve"> Price</w:t>
            </w:r>
          </w:p>
        </w:tc>
        <w:tc>
          <w:tcPr>
            <w:tcW w:w="2250" w:type="dxa"/>
            <w:vAlign w:val="center"/>
          </w:tcPr>
          <w:p w14:paraId="46FDD463" w14:textId="77777777" w:rsidR="00CA693E" w:rsidRPr="006C208E" w:rsidRDefault="00CA693E" w:rsidP="006C208E">
            <w:pPr>
              <w:pStyle w:val="NoSpacing"/>
              <w:spacing w:line="276" w:lineRule="auto"/>
              <w:contextualSpacing/>
              <w:jc w:val="center"/>
              <w:rPr>
                <w:rFonts w:ascii="Times New Roman" w:hAnsi="Times New Roman" w:cs="Times New Roman"/>
                <w:i/>
                <w:iCs/>
              </w:rPr>
            </w:pPr>
            <w:r w:rsidRPr="006C208E">
              <w:rPr>
                <w:rFonts w:ascii="Times New Roman" w:hAnsi="Times New Roman" w:cs="Times New Roman"/>
                <w:i/>
                <w:iCs/>
              </w:rPr>
              <w:t>MWK</w:t>
            </w:r>
          </w:p>
        </w:tc>
        <w:tc>
          <w:tcPr>
            <w:tcW w:w="1170" w:type="dxa"/>
            <w:vAlign w:val="center"/>
          </w:tcPr>
          <w:p w14:paraId="12C9A7BE" w14:textId="77777777" w:rsidR="00CA693E" w:rsidRPr="006C208E" w:rsidRDefault="00CA693E" w:rsidP="006C208E">
            <w:pPr>
              <w:pStyle w:val="NoSpacing"/>
              <w:spacing w:line="276" w:lineRule="auto"/>
              <w:contextualSpacing/>
              <w:jc w:val="center"/>
              <w:rPr>
                <w:rFonts w:ascii="Times New Roman" w:hAnsi="Times New Roman" w:cs="Times New Roman"/>
              </w:rPr>
            </w:pPr>
          </w:p>
        </w:tc>
        <w:tc>
          <w:tcPr>
            <w:tcW w:w="1170" w:type="dxa"/>
          </w:tcPr>
          <w:p w14:paraId="4DC390BE" w14:textId="77777777" w:rsidR="00CA693E" w:rsidRPr="006C208E" w:rsidRDefault="00CA693E" w:rsidP="006C208E">
            <w:pPr>
              <w:pStyle w:val="NoSpacing"/>
              <w:spacing w:line="276" w:lineRule="auto"/>
              <w:contextualSpacing/>
              <w:jc w:val="center"/>
              <w:rPr>
                <w:rFonts w:ascii="Times New Roman" w:hAnsi="Times New Roman" w:cs="Times New Roman"/>
              </w:rPr>
            </w:pPr>
          </w:p>
        </w:tc>
      </w:tr>
    </w:tbl>
    <w:p w14:paraId="0D961E80" w14:textId="77777777" w:rsidR="0004476E" w:rsidRPr="006C208E" w:rsidRDefault="0004476E" w:rsidP="006C208E">
      <w:pPr>
        <w:pStyle w:val="NoSpacing"/>
        <w:spacing w:line="276" w:lineRule="auto"/>
        <w:contextualSpacing/>
        <w:rPr>
          <w:rFonts w:ascii="Times New Roman" w:hAnsi="Times New Roman" w:cs="Times New Roman"/>
          <w:sz w:val="24"/>
          <w:szCs w:val="24"/>
        </w:rPr>
      </w:pPr>
    </w:p>
    <w:p w14:paraId="531CBEAF" w14:textId="1D5899B3" w:rsidR="0004476E" w:rsidRPr="006C208E" w:rsidRDefault="0004476E" w:rsidP="006C208E">
      <w:pPr>
        <w:pStyle w:val="NoSpacing"/>
        <w:numPr>
          <w:ilvl w:val="0"/>
          <w:numId w:val="11"/>
        </w:numPr>
        <w:spacing w:line="276" w:lineRule="auto"/>
        <w:contextualSpacing/>
        <w:rPr>
          <w:rFonts w:ascii="Times New Roman" w:hAnsi="Times New Roman" w:cs="Times New Roman"/>
          <w:b/>
          <w:bCs/>
          <w:sz w:val="24"/>
          <w:szCs w:val="24"/>
        </w:rPr>
      </w:pPr>
      <w:r w:rsidRPr="006C208E">
        <w:rPr>
          <w:rFonts w:ascii="Times New Roman" w:hAnsi="Times New Roman" w:cs="Times New Roman"/>
          <w:b/>
          <w:bCs/>
          <w:sz w:val="24"/>
          <w:szCs w:val="24"/>
        </w:rPr>
        <w:t xml:space="preserve">Familiarity of the Applicant </w:t>
      </w:r>
      <w:r w:rsidR="00A266C6">
        <w:rPr>
          <w:rFonts w:ascii="Times New Roman" w:hAnsi="Times New Roman" w:cs="Times New Roman"/>
          <w:b/>
          <w:bCs/>
          <w:sz w:val="24"/>
          <w:szCs w:val="24"/>
        </w:rPr>
        <w:t>with</w:t>
      </w:r>
      <w:r w:rsidRPr="006C208E">
        <w:rPr>
          <w:rFonts w:ascii="Times New Roman" w:hAnsi="Times New Roman" w:cs="Times New Roman"/>
          <w:b/>
          <w:bCs/>
          <w:sz w:val="24"/>
          <w:szCs w:val="24"/>
        </w:rPr>
        <w:t xml:space="preserve"> the proposed </w:t>
      </w:r>
      <w:r w:rsidR="00E54512" w:rsidRPr="006C208E">
        <w:rPr>
          <w:rFonts w:ascii="Times New Roman" w:hAnsi="Times New Roman" w:cs="Times New Roman"/>
          <w:b/>
          <w:bCs/>
          <w:sz w:val="24"/>
          <w:szCs w:val="24"/>
        </w:rPr>
        <w:t xml:space="preserve">Project </w:t>
      </w:r>
      <w:r w:rsidRPr="006C208E">
        <w:rPr>
          <w:rFonts w:ascii="Times New Roman" w:hAnsi="Times New Roman" w:cs="Times New Roman"/>
          <w:b/>
          <w:bCs/>
          <w:sz w:val="24"/>
          <w:szCs w:val="24"/>
        </w:rPr>
        <w:t>area</w:t>
      </w:r>
    </w:p>
    <w:p w14:paraId="10CC2388" w14:textId="5E359E90" w:rsidR="0004476E" w:rsidRPr="006C208E" w:rsidRDefault="0004476E" w:rsidP="006C208E">
      <w:pPr>
        <w:pStyle w:val="NoSpacing"/>
        <w:spacing w:line="276" w:lineRule="auto"/>
        <w:contextualSpacing/>
        <w:jc w:val="both"/>
        <w:rPr>
          <w:rFonts w:ascii="Times New Roman" w:hAnsi="Times New Roman" w:cs="Times New Roman"/>
          <w:i/>
          <w:iCs/>
          <w:sz w:val="24"/>
          <w:szCs w:val="24"/>
        </w:rPr>
      </w:pPr>
      <w:r w:rsidRPr="006C208E">
        <w:rPr>
          <w:rFonts w:ascii="Times New Roman" w:hAnsi="Times New Roman" w:cs="Times New Roman"/>
          <w:i/>
          <w:iCs/>
          <w:sz w:val="24"/>
          <w:szCs w:val="24"/>
        </w:rPr>
        <w:t>[</w:t>
      </w:r>
      <w:r w:rsidR="001E48BC" w:rsidRPr="006C208E">
        <w:rPr>
          <w:rFonts w:ascii="Times New Roman" w:hAnsi="Times New Roman" w:cs="Times New Roman"/>
          <w:i/>
          <w:iCs/>
          <w:sz w:val="24"/>
          <w:szCs w:val="24"/>
        </w:rPr>
        <w:t xml:space="preserve">The Applicant must demonstrate familiarity with the districts of Malawi where </w:t>
      </w:r>
      <w:r w:rsidR="00193A94" w:rsidRPr="006C208E">
        <w:rPr>
          <w:rFonts w:ascii="Times New Roman" w:hAnsi="Times New Roman" w:cs="Times New Roman"/>
          <w:i/>
          <w:iCs/>
          <w:sz w:val="24"/>
          <w:szCs w:val="24"/>
        </w:rPr>
        <w:t>CCS</w:t>
      </w:r>
      <w:r w:rsidR="001E48BC" w:rsidRPr="006C208E">
        <w:rPr>
          <w:rFonts w:ascii="Times New Roman" w:hAnsi="Times New Roman" w:cs="Times New Roman"/>
          <w:i/>
          <w:iCs/>
          <w:sz w:val="24"/>
          <w:szCs w:val="24"/>
        </w:rPr>
        <w:t xml:space="preserve"> will be </w:t>
      </w:r>
      <w:r w:rsidR="00193A94" w:rsidRPr="006C208E">
        <w:rPr>
          <w:rFonts w:ascii="Times New Roman" w:hAnsi="Times New Roman" w:cs="Times New Roman"/>
          <w:i/>
          <w:iCs/>
          <w:sz w:val="24"/>
          <w:szCs w:val="24"/>
        </w:rPr>
        <w:t xml:space="preserve">distributed </w:t>
      </w:r>
      <w:r w:rsidR="001E48BC" w:rsidRPr="006C208E">
        <w:rPr>
          <w:rFonts w:ascii="Times New Roman" w:hAnsi="Times New Roman" w:cs="Times New Roman"/>
          <w:i/>
          <w:iCs/>
          <w:sz w:val="24"/>
          <w:szCs w:val="24"/>
        </w:rPr>
        <w:t xml:space="preserve">and their capacity to track and manage project resources in </w:t>
      </w:r>
      <w:r w:rsidR="00C85777" w:rsidRPr="006C208E">
        <w:rPr>
          <w:rFonts w:ascii="Times New Roman" w:hAnsi="Times New Roman" w:cs="Times New Roman"/>
          <w:i/>
          <w:iCs/>
          <w:sz w:val="24"/>
          <w:szCs w:val="24"/>
        </w:rPr>
        <w:t xml:space="preserve">eligible households </w:t>
      </w:r>
      <w:r w:rsidR="00711AE4" w:rsidRPr="006C208E">
        <w:rPr>
          <w:rFonts w:ascii="Times New Roman" w:hAnsi="Times New Roman" w:cs="Times New Roman"/>
          <w:i/>
          <w:iCs/>
          <w:sz w:val="24"/>
          <w:szCs w:val="24"/>
        </w:rPr>
        <w:t xml:space="preserve">in </w:t>
      </w:r>
      <w:r w:rsidR="001E48BC" w:rsidRPr="006C208E">
        <w:rPr>
          <w:rFonts w:ascii="Times New Roman" w:hAnsi="Times New Roman" w:cs="Times New Roman"/>
          <w:i/>
          <w:iCs/>
          <w:sz w:val="24"/>
          <w:szCs w:val="24"/>
        </w:rPr>
        <w:t>Malawi. Corresponding documentary evidence must be attached, e.g., evidence of maintaining a regular office during project implementation in the proposed geographic area and working experience in the geographic area in any field</w:t>
      </w:r>
      <w:r w:rsidRPr="006C208E">
        <w:rPr>
          <w:rFonts w:ascii="Times New Roman" w:hAnsi="Times New Roman" w:cs="Times New Roman"/>
          <w:i/>
          <w:iCs/>
          <w:sz w:val="24"/>
          <w:szCs w:val="24"/>
        </w:rPr>
        <w:t>]</w:t>
      </w:r>
    </w:p>
    <w:p w14:paraId="027BD7BA" w14:textId="77777777" w:rsidR="0004476E" w:rsidRPr="006C208E" w:rsidRDefault="0004476E" w:rsidP="006C208E">
      <w:pPr>
        <w:pStyle w:val="NoSpacing"/>
        <w:spacing w:line="276" w:lineRule="auto"/>
        <w:contextualSpacing/>
        <w:rPr>
          <w:rFonts w:ascii="Times New Roman" w:hAnsi="Times New Roman" w:cs="Times New Roman"/>
          <w:i/>
          <w:iCs/>
          <w:sz w:val="24"/>
          <w:szCs w:val="24"/>
        </w:rPr>
      </w:pPr>
    </w:p>
    <w:p w14:paraId="640F9A57" w14:textId="77777777" w:rsidR="0004476E" w:rsidRPr="006C208E" w:rsidRDefault="0004476E" w:rsidP="006C208E">
      <w:pPr>
        <w:pStyle w:val="NoSpacing"/>
        <w:numPr>
          <w:ilvl w:val="0"/>
          <w:numId w:val="11"/>
        </w:numPr>
        <w:spacing w:line="276" w:lineRule="auto"/>
        <w:contextualSpacing/>
        <w:rPr>
          <w:rFonts w:ascii="Times New Roman" w:hAnsi="Times New Roman" w:cs="Times New Roman"/>
          <w:b/>
          <w:bCs/>
          <w:sz w:val="24"/>
          <w:szCs w:val="24"/>
        </w:rPr>
      </w:pPr>
      <w:r w:rsidRPr="006C208E">
        <w:rPr>
          <w:rFonts w:ascii="Times New Roman" w:hAnsi="Times New Roman" w:cs="Times New Roman"/>
          <w:b/>
          <w:bCs/>
          <w:sz w:val="24"/>
          <w:szCs w:val="24"/>
        </w:rPr>
        <w:t>Working Experience of the Applicant</w:t>
      </w:r>
    </w:p>
    <w:p w14:paraId="32175594" w14:textId="7BD7C35D" w:rsidR="001E48BC" w:rsidRPr="006C208E" w:rsidRDefault="001E48BC" w:rsidP="006C208E">
      <w:pPr>
        <w:pStyle w:val="NoSpacing"/>
        <w:spacing w:line="276" w:lineRule="auto"/>
        <w:contextualSpacing/>
        <w:jc w:val="both"/>
        <w:rPr>
          <w:rFonts w:ascii="Times New Roman" w:hAnsi="Times New Roman" w:cs="Times New Roman"/>
          <w:i/>
          <w:iCs/>
          <w:sz w:val="24"/>
          <w:szCs w:val="24"/>
        </w:rPr>
      </w:pPr>
      <w:r w:rsidRPr="006C208E">
        <w:rPr>
          <w:rFonts w:ascii="Times New Roman" w:hAnsi="Times New Roman" w:cs="Times New Roman"/>
          <w:i/>
          <w:iCs/>
          <w:sz w:val="24"/>
          <w:szCs w:val="24"/>
        </w:rPr>
        <w:t xml:space="preserve">[Track record and capacity of the Applicant in implementing </w:t>
      </w:r>
      <w:r w:rsidR="00042873" w:rsidRPr="006C208E">
        <w:rPr>
          <w:rFonts w:ascii="Times New Roman" w:hAnsi="Times New Roman" w:cs="Times New Roman"/>
          <w:i/>
          <w:iCs/>
          <w:sz w:val="24"/>
          <w:szCs w:val="24"/>
        </w:rPr>
        <w:t>CCS</w:t>
      </w:r>
      <w:r w:rsidRPr="006C208E">
        <w:rPr>
          <w:rFonts w:ascii="Times New Roman" w:hAnsi="Times New Roman" w:cs="Times New Roman"/>
          <w:i/>
          <w:iCs/>
          <w:sz w:val="24"/>
          <w:szCs w:val="24"/>
        </w:rPr>
        <w:t xml:space="preserve"> projects including </w:t>
      </w:r>
      <w:r w:rsidR="000B4E11" w:rsidRPr="006C208E">
        <w:rPr>
          <w:rFonts w:ascii="Times New Roman" w:hAnsi="Times New Roman" w:cs="Times New Roman"/>
          <w:i/>
          <w:iCs/>
          <w:sz w:val="24"/>
          <w:szCs w:val="24"/>
        </w:rPr>
        <w:t xml:space="preserve">marketing, distribution, </w:t>
      </w:r>
      <w:r w:rsidRPr="006C208E">
        <w:rPr>
          <w:rFonts w:ascii="Times New Roman" w:hAnsi="Times New Roman" w:cs="Times New Roman"/>
          <w:i/>
          <w:iCs/>
          <w:sz w:val="24"/>
          <w:szCs w:val="24"/>
        </w:rPr>
        <w:t xml:space="preserve">installation, maintenance, </w:t>
      </w:r>
      <w:r w:rsidR="000B4E11" w:rsidRPr="006C208E">
        <w:rPr>
          <w:rFonts w:ascii="Times New Roman" w:hAnsi="Times New Roman" w:cs="Times New Roman"/>
          <w:i/>
          <w:iCs/>
          <w:sz w:val="24"/>
          <w:szCs w:val="24"/>
        </w:rPr>
        <w:t xml:space="preserve">end-user financing and credit management, </w:t>
      </w:r>
      <w:r w:rsidRPr="006C208E">
        <w:rPr>
          <w:rFonts w:ascii="Times New Roman" w:hAnsi="Times New Roman" w:cs="Times New Roman"/>
          <w:i/>
          <w:iCs/>
          <w:sz w:val="24"/>
          <w:szCs w:val="24"/>
        </w:rPr>
        <w:t>after-sales service etc. should be described in the Business Plan. Documentary evidence should be included in this Annex</w:t>
      </w:r>
      <w:r w:rsidR="000B4E11" w:rsidRPr="006C208E">
        <w:rPr>
          <w:rFonts w:ascii="Times New Roman" w:hAnsi="Times New Roman" w:cs="Times New Roman"/>
          <w:i/>
          <w:iCs/>
          <w:sz w:val="24"/>
          <w:szCs w:val="24"/>
        </w:rPr>
        <w:t>. In addition, working experience with various government and non-governmental institutions and documentary evidence of it should be included in this Annex to Business Plan.</w:t>
      </w:r>
      <w:r w:rsidRPr="006C208E">
        <w:rPr>
          <w:rFonts w:ascii="Times New Roman" w:hAnsi="Times New Roman" w:cs="Times New Roman"/>
          <w:i/>
          <w:iCs/>
          <w:sz w:val="24"/>
          <w:szCs w:val="24"/>
        </w:rPr>
        <w:t>]</w:t>
      </w:r>
    </w:p>
    <w:p w14:paraId="401F8667" w14:textId="6F29CFD7" w:rsidR="00D063C9" w:rsidRPr="006C208E" w:rsidRDefault="006D1C37" w:rsidP="006C208E">
      <w:pPr>
        <w:pStyle w:val="NoSpacing"/>
        <w:spacing w:line="276" w:lineRule="auto"/>
        <w:contextualSpacing/>
        <w:rPr>
          <w:rFonts w:ascii="Times New Roman" w:hAnsi="Times New Roman" w:cs="Times New Roman"/>
          <w:sz w:val="24"/>
          <w:szCs w:val="24"/>
        </w:rPr>
      </w:pPr>
      <w:r w:rsidRPr="006C208E">
        <w:rPr>
          <w:rFonts w:ascii="Times New Roman" w:hAnsi="Times New Roman" w:cs="Times New Roman"/>
          <w:noProof/>
          <w:sz w:val="24"/>
          <w:szCs w:val="24"/>
        </w:rPr>
        <mc:AlternateContent>
          <mc:Choice Requires="wpi">
            <w:drawing>
              <wp:anchor distT="0" distB="0" distL="114300" distR="114300" simplePos="0" relativeHeight="251658243" behindDoc="0" locked="0" layoutInCell="1" allowOverlap="1" wp14:anchorId="1473E581" wp14:editId="3D382F4D">
                <wp:simplePos x="0" y="0"/>
                <wp:positionH relativeFrom="column">
                  <wp:posOffset>8005445</wp:posOffset>
                </wp:positionH>
                <wp:positionV relativeFrom="paragraph">
                  <wp:posOffset>689610</wp:posOffset>
                </wp:positionV>
                <wp:extent cx="635" cy="635"/>
                <wp:effectExtent l="38100" t="38100" r="57150" b="57150"/>
                <wp:wrapNone/>
                <wp:docPr id="6" name="Ink 6"/>
                <wp:cNvGraphicFramePr/>
                <a:graphic xmlns:a="http://schemas.openxmlformats.org/drawingml/2006/main">
                  <a:graphicData uri="http://schemas.microsoft.com/office/word/2010/wordprocessingInk">
                    <w14:contentPart bwMode="auto" r:id="rId24">
                      <w14:nvContentPartPr>
                        <w14:cNvContentPartPr/>
                      </w14:nvContentPartPr>
                      <w14:xfrm>
                        <a:off x="0" y="0"/>
                        <a:ext cx="360" cy="360"/>
                      </w14:xfrm>
                    </w14:contentPart>
                  </a:graphicData>
                </a:graphic>
              </wp:anchor>
            </w:drawing>
          </mc:Choice>
          <mc:Fallback>
            <w:pict>
              <v:shapetype w14:anchorId="3FA3FE9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6" o:spid="_x0000_s1026" type="#_x0000_t75" style="position:absolute;margin-left:629.65pt;margin-top:53.6pt;width:1.4pt;height:1.4pt;z-index:251658243;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">
                <v:imagedata r:id="rId25" o:title=""/>
              </v:shape>
            </w:pict>
          </mc:Fallback>
        </mc:AlternateConten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3"/>
        <w:gridCol w:w="1692"/>
        <w:gridCol w:w="4042"/>
        <w:gridCol w:w="1692"/>
        <w:gridCol w:w="940"/>
      </w:tblGrid>
      <w:tr w:rsidR="00F139FF" w:rsidRPr="006C208E" w14:paraId="0D7C7DB6" w14:textId="77777777">
        <w:trPr>
          <w:trHeight w:val="260"/>
        </w:trPr>
        <w:tc>
          <w:tcPr>
            <w:tcW w:w="362" w:type="pct"/>
            <w:vAlign w:val="center"/>
          </w:tcPr>
          <w:p w14:paraId="46405E0E" w14:textId="77777777" w:rsidR="0004476E" w:rsidRPr="006C208E" w:rsidRDefault="0004476E" w:rsidP="006C208E">
            <w:pPr>
              <w:spacing w:after="0"/>
              <w:contextualSpacing/>
              <w:jc w:val="center"/>
              <w:rPr>
                <w:rFonts w:ascii="Times New Roman" w:hAnsi="Times New Roman" w:cs="Times New Roman"/>
                <w:b/>
                <w:bCs/>
              </w:rPr>
            </w:pPr>
            <w:r w:rsidRPr="006C208E">
              <w:rPr>
                <w:rFonts w:ascii="Times New Roman" w:hAnsi="Times New Roman" w:cs="Times New Roman"/>
                <w:b/>
                <w:bCs/>
              </w:rPr>
              <w:lastRenderedPageBreak/>
              <w:t>SL.</w:t>
            </w:r>
          </w:p>
        </w:tc>
        <w:tc>
          <w:tcPr>
            <w:tcW w:w="938" w:type="pct"/>
            <w:vAlign w:val="center"/>
          </w:tcPr>
          <w:p w14:paraId="2E6514CE" w14:textId="77777777" w:rsidR="0004476E" w:rsidRPr="006C208E" w:rsidRDefault="0004476E" w:rsidP="006C208E">
            <w:pPr>
              <w:spacing w:after="0"/>
              <w:contextualSpacing/>
              <w:jc w:val="center"/>
              <w:rPr>
                <w:rFonts w:ascii="Times New Roman" w:hAnsi="Times New Roman" w:cs="Times New Roman"/>
                <w:b/>
                <w:bCs/>
              </w:rPr>
            </w:pPr>
            <w:r w:rsidRPr="006C208E">
              <w:rPr>
                <w:rFonts w:ascii="Times New Roman" w:hAnsi="Times New Roman" w:cs="Times New Roman"/>
                <w:b/>
                <w:bCs/>
              </w:rPr>
              <w:t>Name of the organization</w:t>
            </w:r>
          </w:p>
        </w:tc>
        <w:tc>
          <w:tcPr>
            <w:tcW w:w="2241" w:type="pct"/>
            <w:vAlign w:val="center"/>
          </w:tcPr>
          <w:p w14:paraId="76DBF4E1" w14:textId="77777777" w:rsidR="0004476E" w:rsidRPr="006C208E" w:rsidRDefault="0004476E" w:rsidP="006C208E">
            <w:pPr>
              <w:spacing w:after="0"/>
              <w:contextualSpacing/>
              <w:jc w:val="center"/>
              <w:rPr>
                <w:rFonts w:ascii="Times New Roman" w:hAnsi="Times New Roman" w:cs="Times New Roman"/>
                <w:b/>
                <w:bCs/>
              </w:rPr>
            </w:pPr>
            <w:r w:rsidRPr="006C208E">
              <w:rPr>
                <w:rFonts w:ascii="Times New Roman" w:hAnsi="Times New Roman" w:cs="Times New Roman"/>
                <w:b/>
                <w:bCs/>
              </w:rPr>
              <w:t>Status of the or</w:t>
            </w:r>
            <w:r w:rsidRPr="006C208E">
              <w:rPr>
                <w:rFonts w:ascii="Times New Roman" w:hAnsi="Times New Roman" w:cs="Times New Roman"/>
                <w:b/>
                <w:bCs/>
              </w:rPr>
              <w:softHyphen/>
              <w:t>ganization  (Governmental/ Non-govern</w:t>
            </w:r>
            <w:r w:rsidRPr="006C208E">
              <w:rPr>
                <w:rFonts w:ascii="Times New Roman" w:hAnsi="Times New Roman" w:cs="Times New Roman"/>
                <w:b/>
                <w:bCs/>
              </w:rPr>
              <w:softHyphen/>
              <w:t>mental/International/ Multilateral)</w:t>
            </w:r>
          </w:p>
        </w:tc>
        <w:tc>
          <w:tcPr>
            <w:tcW w:w="938" w:type="pct"/>
            <w:vAlign w:val="center"/>
          </w:tcPr>
          <w:p w14:paraId="56D57F47" w14:textId="77777777" w:rsidR="003127FB" w:rsidRPr="006C208E" w:rsidRDefault="0004476E" w:rsidP="006C208E">
            <w:pPr>
              <w:spacing w:after="0"/>
              <w:contextualSpacing/>
              <w:jc w:val="center"/>
              <w:rPr>
                <w:rFonts w:ascii="Times New Roman" w:hAnsi="Times New Roman" w:cs="Times New Roman"/>
                <w:b/>
                <w:bCs/>
              </w:rPr>
            </w:pPr>
            <w:r w:rsidRPr="006C208E">
              <w:rPr>
                <w:rFonts w:ascii="Times New Roman" w:hAnsi="Times New Roman" w:cs="Times New Roman"/>
                <w:b/>
                <w:bCs/>
              </w:rPr>
              <w:t xml:space="preserve">Assignment </w:t>
            </w:r>
          </w:p>
          <w:p w14:paraId="6F4E57F8" w14:textId="782C4EBC" w:rsidR="0004476E" w:rsidRPr="006C208E" w:rsidRDefault="0004476E" w:rsidP="006C208E">
            <w:pPr>
              <w:spacing w:after="0"/>
              <w:contextualSpacing/>
              <w:jc w:val="center"/>
              <w:rPr>
                <w:rFonts w:ascii="Times New Roman" w:hAnsi="Times New Roman" w:cs="Times New Roman"/>
                <w:b/>
                <w:bCs/>
              </w:rPr>
            </w:pPr>
            <w:r w:rsidRPr="006C208E">
              <w:rPr>
                <w:rFonts w:ascii="Times New Roman" w:hAnsi="Times New Roman" w:cs="Times New Roman"/>
                <w:b/>
                <w:bCs/>
              </w:rPr>
              <w:t>du</w:t>
            </w:r>
            <w:r w:rsidRPr="006C208E">
              <w:rPr>
                <w:rFonts w:ascii="Times New Roman" w:hAnsi="Times New Roman" w:cs="Times New Roman"/>
                <w:b/>
                <w:bCs/>
              </w:rPr>
              <w:softHyphen/>
              <w:t>ration</w:t>
            </w:r>
          </w:p>
        </w:tc>
        <w:tc>
          <w:tcPr>
            <w:tcW w:w="521" w:type="pct"/>
            <w:vAlign w:val="center"/>
          </w:tcPr>
          <w:p w14:paraId="2B91A53A" w14:textId="77777777" w:rsidR="0004476E" w:rsidRPr="006C208E" w:rsidRDefault="0004476E" w:rsidP="006C208E">
            <w:pPr>
              <w:spacing w:after="0"/>
              <w:contextualSpacing/>
              <w:jc w:val="center"/>
              <w:rPr>
                <w:rFonts w:ascii="Times New Roman" w:hAnsi="Times New Roman" w:cs="Times New Roman"/>
                <w:b/>
                <w:bCs/>
              </w:rPr>
            </w:pPr>
            <w:r w:rsidRPr="006C208E">
              <w:rPr>
                <w:rFonts w:ascii="Times New Roman" w:hAnsi="Times New Roman" w:cs="Times New Roman"/>
                <w:b/>
                <w:bCs/>
              </w:rPr>
              <w:t>Major Tasks</w:t>
            </w:r>
          </w:p>
        </w:tc>
      </w:tr>
      <w:tr w:rsidR="00F139FF" w:rsidRPr="006C208E" w14:paraId="3AF3C5E9" w14:textId="77777777">
        <w:trPr>
          <w:trHeight w:val="260"/>
        </w:trPr>
        <w:tc>
          <w:tcPr>
            <w:tcW w:w="362" w:type="pct"/>
          </w:tcPr>
          <w:p w14:paraId="7BEF6836" w14:textId="77777777" w:rsidR="0004476E" w:rsidRPr="006C208E" w:rsidRDefault="0004476E" w:rsidP="006C208E">
            <w:pPr>
              <w:spacing w:after="0"/>
              <w:contextualSpacing/>
              <w:jc w:val="both"/>
              <w:rPr>
                <w:rFonts w:ascii="Times New Roman" w:hAnsi="Times New Roman" w:cs="Times New Roman"/>
              </w:rPr>
            </w:pPr>
            <w:r w:rsidRPr="006C208E">
              <w:rPr>
                <w:rFonts w:ascii="Times New Roman" w:hAnsi="Times New Roman" w:cs="Times New Roman"/>
              </w:rPr>
              <w:t>1.</w:t>
            </w:r>
          </w:p>
        </w:tc>
        <w:tc>
          <w:tcPr>
            <w:tcW w:w="938" w:type="pct"/>
          </w:tcPr>
          <w:p w14:paraId="2A7DC931" w14:textId="77777777" w:rsidR="0004476E" w:rsidRPr="006C208E" w:rsidRDefault="0004476E" w:rsidP="006C208E">
            <w:pPr>
              <w:spacing w:after="0"/>
              <w:contextualSpacing/>
              <w:jc w:val="both"/>
              <w:rPr>
                <w:rFonts w:ascii="Times New Roman" w:hAnsi="Times New Roman" w:cs="Times New Roman"/>
              </w:rPr>
            </w:pPr>
          </w:p>
        </w:tc>
        <w:tc>
          <w:tcPr>
            <w:tcW w:w="2241" w:type="pct"/>
          </w:tcPr>
          <w:p w14:paraId="369C3418" w14:textId="77777777" w:rsidR="0004476E" w:rsidRPr="006C208E" w:rsidRDefault="0004476E" w:rsidP="006C208E">
            <w:pPr>
              <w:spacing w:after="0"/>
              <w:contextualSpacing/>
              <w:jc w:val="both"/>
              <w:rPr>
                <w:rFonts w:ascii="Times New Roman" w:hAnsi="Times New Roman" w:cs="Times New Roman"/>
              </w:rPr>
            </w:pPr>
          </w:p>
        </w:tc>
        <w:tc>
          <w:tcPr>
            <w:tcW w:w="938" w:type="pct"/>
          </w:tcPr>
          <w:p w14:paraId="218747A6" w14:textId="77777777" w:rsidR="0004476E" w:rsidRPr="006C208E" w:rsidRDefault="0004476E" w:rsidP="006C208E">
            <w:pPr>
              <w:spacing w:after="0"/>
              <w:contextualSpacing/>
              <w:jc w:val="both"/>
              <w:rPr>
                <w:rFonts w:ascii="Times New Roman" w:hAnsi="Times New Roman" w:cs="Times New Roman"/>
              </w:rPr>
            </w:pPr>
          </w:p>
        </w:tc>
        <w:tc>
          <w:tcPr>
            <w:tcW w:w="521" w:type="pct"/>
          </w:tcPr>
          <w:p w14:paraId="5DD4775B" w14:textId="77777777" w:rsidR="0004476E" w:rsidRPr="006C208E" w:rsidRDefault="0004476E" w:rsidP="006C208E">
            <w:pPr>
              <w:spacing w:after="0"/>
              <w:contextualSpacing/>
              <w:jc w:val="both"/>
              <w:rPr>
                <w:rFonts w:ascii="Times New Roman" w:hAnsi="Times New Roman" w:cs="Times New Roman"/>
              </w:rPr>
            </w:pPr>
          </w:p>
        </w:tc>
      </w:tr>
    </w:tbl>
    <w:p w14:paraId="34FC4C0B" w14:textId="77777777" w:rsidR="0004476E" w:rsidRPr="006C208E" w:rsidRDefault="0004476E" w:rsidP="006C208E">
      <w:pPr>
        <w:pStyle w:val="NoSpacing"/>
        <w:spacing w:line="276" w:lineRule="auto"/>
        <w:contextualSpacing/>
        <w:jc w:val="both"/>
        <w:rPr>
          <w:rFonts w:ascii="Times New Roman" w:hAnsi="Times New Roman" w:cs="Times New Roman"/>
          <w:sz w:val="24"/>
          <w:szCs w:val="24"/>
        </w:rPr>
      </w:pPr>
    </w:p>
    <w:p w14:paraId="4DFE1803" w14:textId="1C75A689" w:rsidR="0004476E" w:rsidRPr="006C208E" w:rsidRDefault="00E742B1" w:rsidP="006C208E">
      <w:pPr>
        <w:pStyle w:val="NoSpacing"/>
        <w:numPr>
          <w:ilvl w:val="0"/>
          <w:numId w:val="11"/>
        </w:numPr>
        <w:spacing w:line="276" w:lineRule="auto"/>
        <w:contextualSpacing/>
        <w:rPr>
          <w:rFonts w:ascii="Times New Roman" w:hAnsi="Times New Roman" w:cs="Times New Roman"/>
          <w:b/>
          <w:bCs/>
          <w:sz w:val="24"/>
          <w:szCs w:val="24"/>
        </w:rPr>
      </w:pPr>
      <w:r w:rsidRPr="006C208E">
        <w:rPr>
          <w:rFonts w:ascii="Times New Roman" w:hAnsi="Times New Roman" w:cs="Times New Roman"/>
          <w:b/>
          <w:bCs/>
          <w:sz w:val="24"/>
          <w:szCs w:val="24"/>
        </w:rPr>
        <w:t>Mandatory d</w:t>
      </w:r>
      <w:r w:rsidR="0004476E" w:rsidRPr="006C208E">
        <w:rPr>
          <w:rFonts w:ascii="Times New Roman" w:hAnsi="Times New Roman" w:cs="Times New Roman"/>
          <w:b/>
          <w:bCs/>
          <w:sz w:val="24"/>
          <w:szCs w:val="24"/>
        </w:rPr>
        <w:t>ocuments to be attached with the business plan</w:t>
      </w:r>
    </w:p>
    <w:p w14:paraId="27EC1903" w14:textId="77777777" w:rsidR="0004476E" w:rsidRPr="006C208E" w:rsidRDefault="0004476E" w:rsidP="006C208E">
      <w:pPr>
        <w:pStyle w:val="NoSpacing"/>
        <w:spacing w:line="276" w:lineRule="auto"/>
        <w:contextualSpacing/>
        <w:rPr>
          <w:rFonts w:ascii="Times New Roman" w:hAnsi="Times New Roman" w:cs="Times New Roman"/>
          <w:b/>
          <w:bCs/>
          <w:sz w:val="24"/>
          <w:szCs w:val="24"/>
        </w:rPr>
      </w:pPr>
    </w:p>
    <w:p w14:paraId="27884D7A" w14:textId="6D0142BE" w:rsidR="0004476E" w:rsidRPr="006C208E" w:rsidRDefault="0004476E" w:rsidP="006C208E">
      <w:pPr>
        <w:pStyle w:val="NoSpacing"/>
        <w:spacing w:line="276" w:lineRule="auto"/>
        <w:contextualSpacing/>
        <w:rPr>
          <w:rFonts w:ascii="Times New Roman" w:hAnsi="Times New Roman" w:cs="Times New Roman"/>
          <w:sz w:val="24"/>
          <w:szCs w:val="24"/>
        </w:rPr>
      </w:pPr>
      <w:r w:rsidRPr="006C208E">
        <w:rPr>
          <w:rFonts w:ascii="Times New Roman" w:hAnsi="Times New Roman" w:cs="Times New Roman"/>
          <w:i/>
          <w:iCs/>
          <w:sz w:val="24"/>
          <w:szCs w:val="24"/>
        </w:rPr>
        <w:t xml:space="preserve">[Please attach the following </w:t>
      </w:r>
      <w:r w:rsidR="00EF765D" w:rsidRPr="006C208E">
        <w:rPr>
          <w:rFonts w:ascii="Times New Roman" w:hAnsi="Times New Roman" w:cs="Times New Roman"/>
          <w:i/>
          <w:iCs/>
          <w:sz w:val="24"/>
          <w:szCs w:val="24"/>
        </w:rPr>
        <w:t xml:space="preserve">mandatory </w:t>
      </w:r>
      <w:r w:rsidRPr="006C208E">
        <w:rPr>
          <w:rFonts w:ascii="Times New Roman" w:hAnsi="Times New Roman" w:cs="Times New Roman"/>
          <w:i/>
          <w:iCs/>
          <w:sz w:val="24"/>
          <w:szCs w:val="24"/>
        </w:rPr>
        <w:t>documents as categorized in the table below]</w:t>
      </w:r>
    </w:p>
    <w:p w14:paraId="3310FC71" w14:textId="77777777" w:rsidR="0004476E" w:rsidRPr="006C208E" w:rsidRDefault="0004476E" w:rsidP="006C208E">
      <w:pPr>
        <w:spacing w:after="0"/>
        <w:contextualSpacing/>
        <w:rPr>
          <w:rFonts w:ascii="Times New Roman" w:hAnsi="Times New Roman" w:cs="Times New Roman"/>
          <w:sz w:val="24"/>
          <w:szCs w:val="24"/>
        </w:rPr>
      </w:pPr>
    </w:p>
    <w:tbl>
      <w:tblPr>
        <w:tblStyle w:val="TableGrid"/>
        <w:tblW w:w="5000" w:type="pct"/>
        <w:tblLook w:val="04A0" w:firstRow="1" w:lastRow="0" w:firstColumn="1" w:lastColumn="0" w:noHBand="0" w:noVBand="1"/>
      </w:tblPr>
      <w:tblGrid>
        <w:gridCol w:w="1262"/>
        <w:gridCol w:w="6263"/>
        <w:gridCol w:w="1494"/>
      </w:tblGrid>
      <w:tr w:rsidR="0004476E" w:rsidRPr="006C208E" w14:paraId="67400CE2" w14:textId="77777777" w:rsidTr="009432F1">
        <w:trPr>
          <w:trHeight w:val="421"/>
        </w:trPr>
        <w:tc>
          <w:tcPr>
            <w:tcW w:w="700" w:type="pct"/>
            <w:vAlign w:val="center"/>
          </w:tcPr>
          <w:p w14:paraId="2DB13A97" w14:textId="77777777" w:rsidR="0004476E" w:rsidRPr="006C208E" w:rsidRDefault="0004476E" w:rsidP="006C208E">
            <w:pPr>
              <w:ind w:right="140"/>
              <w:contextualSpacing/>
              <w:jc w:val="center"/>
              <w:rPr>
                <w:rFonts w:ascii="Times New Roman" w:hAnsi="Times New Roman" w:cs="Times New Roman"/>
                <w:b/>
                <w:bCs/>
                <w:sz w:val="24"/>
                <w:szCs w:val="24"/>
              </w:rPr>
            </w:pPr>
            <w:proofErr w:type="spellStart"/>
            <w:r w:rsidRPr="006C208E">
              <w:rPr>
                <w:rFonts w:ascii="Times New Roman" w:hAnsi="Times New Roman" w:cs="Times New Roman"/>
                <w:b/>
                <w:bCs/>
                <w:sz w:val="24"/>
                <w:szCs w:val="24"/>
              </w:rPr>
              <w:t>Sl</w:t>
            </w:r>
            <w:proofErr w:type="spellEnd"/>
            <w:r w:rsidRPr="006C208E">
              <w:rPr>
                <w:rFonts w:ascii="Times New Roman" w:hAnsi="Times New Roman" w:cs="Times New Roman"/>
                <w:b/>
                <w:bCs/>
                <w:sz w:val="24"/>
                <w:szCs w:val="24"/>
              </w:rPr>
              <w:t>#</w:t>
            </w:r>
          </w:p>
        </w:tc>
        <w:tc>
          <w:tcPr>
            <w:tcW w:w="3472" w:type="pct"/>
            <w:vAlign w:val="center"/>
          </w:tcPr>
          <w:p w14:paraId="03218DE6" w14:textId="77777777" w:rsidR="0004476E" w:rsidRPr="006C208E" w:rsidRDefault="0004476E" w:rsidP="006C208E">
            <w:pPr>
              <w:contextualSpacing/>
              <w:rPr>
                <w:rFonts w:ascii="Times New Roman" w:hAnsi="Times New Roman" w:cs="Times New Roman"/>
                <w:b/>
                <w:bCs/>
                <w:sz w:val="24"/>
                <w:szCs w:val="24"/>
              </w:rPr>
            </w:pPr>
            <w:r w:rsidRPr="006C208E">
              <w:rPr>
                <w:rFonts w:ascii="Times New Roman" w:hAnsi="Times New Roman" w:cs="Times New Roman"/>
                <w:b/>
                <w:bCs/>
                <w:sz w:val="24"/>
                <w:szCs w:val="24"/>
              </w:rPr>
              <w:t>Document type</w:t>
            </w:r>
          </w:p>
        </w:tc>
        <w:tc>
          <w:tcPr>
            <w:tcW w:w="828" w:type="pct"/>
            <w:vAlign w:val="center"/>
          </w:tcPr>
          <w:p w14:paraId="394D5844" w14:textId="77777777" w:rsidR="0004476E" w:rsidRPr="006C208E" w:rsidRDefault="0004476E" w:rsidP="006C208E">
            <w:pPr>
              <w:contextualSpacing/>
              <w:jc w:val="center"/>
              <w:rPr>
                <w:rFonts w:ascii="Times New Roman" w:hAnsi="Times New Roman" w:cs="Times New Roman"/>
                <w:b/>
                <w:bCs/>
                <w:sz w:val="24"/>
                <w:szCs w:val="24"/>
              </w:rPr>
            </w:pPr>
            <w:r w:rsidRPr="006C208E">
              <w:rPr>
                <w:rFonts w:ascii="Times New Roman" w:hAnsi="Times New Roman" w:cs="Times New Roman"/>
                <w:b/>
                <w:bCs/>
                <w:sz w:val="24"/>
                <w:szCs w:val="24"/>
              </w:rPr>
              <w:t>Submission status</w:t>
            </w:r>
          </w:p>
        </w:tc>
      </w:tr>
      <w:tr w:rsidR="0004476E" w:rsidRPr="006C208E" w14:paraId="52B49659" w14:textId="77777777" w:rsidTr="009432F1">
        <w:trPr>
          <w:trHeight w:val="421"/>
        </w:trPr>
        <w:tc>
          <w:tcPr>
            <w:tcW w:w="700" w:type="pct"/>
            <w:vAlign w:val="center"/>
          </w:tcPr>
          <w:p w14:paraId="1F3B2554" w14:textId="1F6ED18E" w:rsidR="0004476E" w:rsidRPr="006C208E" w:rsidRDefault="0004476E" w:rsidP="006C208E">
            <w:pPr>
              <w:pStyle w:val="ListParagraph"/>
              <w:numPr>
                <w:ilvl w:val="0"/>
                <w:numId w:val="30"/>
              </w:numPr>
              <w:jc w:val="center"/>
              <w:rPr>
                <w:rFonts w:ascii="Times New Roman" w:hAnsi="Times New Roman" w:cs="Times New Roman"/>
                <w:sz w:val="24"/>
                <w:szCs w:val="24"/>
              </w:rPr>
            </w:pPr>
          </w:p>
        </w:tc>
        <w:tc>
          <w:tcPr>
            <w:tcW w:w="3472" w:type="pct"/>
            <w:vAlign w:val="center"/>
          </w:tcPr>
          <w:p w14:paraId="3B13B838" w14:textId="77777777" w:rsidR="0004476E" w:rsidRPr="006C208E" w:rsidRDefault="0004476E" w:rsidP="006C208E">
            <w:pPr>
              <w:contextualSpacing/>
              <w:rPr>
                <w:rFonts w:ascii="Times New Roman" w:hAnsi="Times New Roman" w:cs="Times New Roman"/>
                <w:sz w:val="24"/>
                <w:szCs w:val="24"/>
              </w:rPr>
            </w:pPr>
            <w:r w:rsidRPr="006C208E">
              <w:rPr>
                <w:rFonts w:ascii="Times New Roman" w:hAnsi="Times New Roman" w:cs="Times New Roman"/>
                <w:sz w:val="24"/>
                <w:szCs w:val="24"/>
              </w:rPr>
              <w:t xml:space="preserve">Constitutional documents: Certificate of Incorporation, </w:t>
            </w:r>
            <w:proofErr w:type="spellStart"/>
            <w:r w:rsidRPr="006C208E">
              <w:rPr>
                <w:rFonts w:ascii="Times New Roman" w:hAnsi="Times New Roman" w:cs="Times New Roman"/>
                <w:sz w:val="24"/>
                <w:szCs w:val="24"/>
              </w:rPr>
              <w:t>AoA</w:t>
            </w:r>
            <w:proofErr w:type="spellEnd"/>
            <w:r w:rsidRPr="006C208E">
              <w:rPr>
                <w:rFonts w:ascii="Times New Roman" w:hAnsi="Times New Roman" w:cs="Times New Roman"/>
                <w:sz w:val="24"/>
                <w:szCs w:val="24"/>
              </w:rPr>
              <w:t xml:space="preserve"> &amp; </w:t>
            </w:r>
            <w:proofErr w:type="spellStart"/>
            <w:r w:rsidRPr="006C208E">
              <w:rPr>
                <w:rFonts w:ascii="Times New Roman" w:hAnsi="Times New Roman" w:cs="Times New Roman"/>
                <w:sz w:val="24"/>
                <w:szCs w:val="24"/>
              </w:rPr>
              <w:t>MoA</w:t>
            </w:r>
            <w:proofErr w:type="spellEnd"/>
          </w:p>
        </w:tc>
        <w:tc>
          <w:tcPr>
            <w:tcW w:w="828" w:type="pct"/>
            <w:vAlign w:val="center"/>
          </w:tcPr>
          <w:p w14:paraId="7E8F18BA" w14:textId="77777777" w:rsidR="0004476E" w:rsidRPr="006C208E" w:rsidRDefault="0004476E" w:rsidP="006C208E">
            <w:pPr>
              <w:contextualSpacing/>
              <w:jc w:val="center"/>
              <w:rPr>
                <w:rFonts w:ascii="Times New Roman" w:hAnsi="Times New Roman" w:cs="Times New Roman"/>
                <w:sz w:val="24"/>
                <w:szCs w:val="24"/>
              </w:rPr>
            </w:pPr>
          </w:p>
        </w:tc>
      </w:tr>
      <w:tr w:rsidR="0004476E" w:rsidRPr="006C208E" w14:paraId="3CAAA514" w14:textId="77777777" w:rsidTr="009432F1">
        <w:trPr>
          <w:trHeight w:val="421"/>
        </w:trPr>
        <w:tc>
          <w:tcPr>
            <w:tcW w:w="700" w:type="pct"/>
            <w:vAlign w:val="center"/>
          </w:tcPr>
          <w:p w14:paraId="74F8BB0E" w14:textId="7969F758" w:rsidR="0004476E" w:rsidRPr="006C208E" w:rsidRDefault="0004476E" w:rsidP="006C208E">
            <w:pPr>
              <w:pStyle w:val="ListParagraph"/>
              <w:numPr>
                <w:ilvl w:val="0"/>
                <w:numId w:val="30"/>
              </w:numPr>
              <w:jc w:val="center"/>
              <w:rPr>
                <w:rFonts w:ascii="Times New Roman" w:hAnsi="Times New Roman" w:cs="Times New Roman"/>
                <w:sz w:val="24"/>
                <w:szCs w:val="24"/>
              </w:rPr>
            </w:pPr>
          </w:p>
        </w:tc>
        <w:tc>
          <w:tcPr>
            <w:tcW w:w="3472" w:type="pct"/>
            <w:vAlign w:val="center"/>
          </w:tcPr>
          <w:p w14:paraId="052D096B" w14:textId="67DB8332" w:rsidR="0004476E" w:rsidRPr="006C208E" w:rsidRDefault="0004476E" w:rsidP="00DA61B7">
            <w:pPr>
              <w:contextualSpacing/>
              <w:jc w:val="both"/>
              <w:rPr>
                <w:rFonts w:ascii="Times New Roman" w:hAnsi="Times New Roman" w:cs="Times New Roman"/>
                <w:sz w:val="24"/>
                <w:szCs w:val="24"/>
              </w:rPr>
            </w:pPr>
            <w:r w:rsidRPr="006C208E">
              <w:rPr>
                <w:rFonts w:ascii="Times New Roman" w:hAnsi="Times New Roman" w:cs="Times New Roman"/>
                <w:sz w:val="24"/>
                <w:szCs w:val="24"/>
              </w:rPr>
              <w:t>Valid MERA License</w:t>
            </w:r>
            <w:r w:rsidR="007D47F3" w:rsidRPr="006C208E">
              <w:rPr>
                <w:rFonts w:ascii="Times New Roman" w:hAnsi="Times New Roman" w:cs="Times New Roman"/>
                <w:sz w:val="24"/>
                <w:szCs w:val="24"/>
              </w:rPr>
              <w:t xml:space="preserve"> (</w:t>
            </w:r>
            <w:r w:rsidR="00FC2C41" w:rsidRPr="006C208E">
              <w:rPr>
                <w:rFonts w:ascii="Times New Roman" w:hAnsi="Times New Roman" w:cs="Times New Roman"/>
                <w:sz w:val="24"/>
                <w:szCs w:val="24"/>
              </w:rPr>
              <w:t>Applicable only for companies distributing LPG</w:t>
            </w:r>
            <w:r w:rsidR="00921A98">
              <w:rPr>
                <w:rFonts w:ascii="Times New Roman" w:hAnsi="Times New Roman" w:cs="Times New Roman"/>
                <w:sz w:val="24"/>
                <w:szCs w:val="24"/>
              </w:rPr>
              <w:t xml:space="preserve"> and </w:t>
            </w:r>
            <w:r w:rsidR="00224E09">
              <w:rPr>
                <w:rFonts w:ascii="Times New Roman" w:hAnsi="Times New Roman" w:cs="Times New Roman"/>
                <w:sz w:val="24"/>
                <w:szCs w:val="24"/>
              </w:rPr>
              <w:t>Compressed Biogas Cylinders</w:t>
            </w:r>
            <w:r w:rsidR="00FC2C41" w:rsidRPr="006C208E">
              <w:rPr>
                <w:rFonts w:ascii="Times New Roman" w:hAnsi="Times New Roman" w:cs="Times New Roman"/>
                <w:sz w:val="24"/>
                <w:szCs w:val="24"/>
              </w:rPr>
              <w:t>)</w:t>
            </w:r>
          </w:p>
        </w:tc>
        <w:tc>
          <w:tcPr>
            <w:tcW w:w="828" w:type="pct"/>
            <w:vAlign w:val="center"/>
          </w:tcPr>
          <w:p w14:paraId="2BCEEEC4" w14:textId="77777777" w:rsidR="0004476E" w:rsidRPr="006C208E" w:rsidRDefault="0004476E" w:rsidP="006C208E">
            <w:pPr>
              <w:contextualSpacing/>
              <w:jc w:val="center"/>
              <w:rPr>
                <w:rFonts w:ascii="Times New Roman" w:hAnsi="Times New Roman" w:cs="Times New Roman"/>
                <w:sz w:val="24"/>
                <w:szCs w:val="24"/>
              </w:rPr>
            </w:pPr>
          </w:p>
        </w:tc>
      </w:tr>
      <w:tr w:rsidR="0004476E" w:rsidRPr="006C208E" w14:paraId="516ABF9A" w14:textId="77777777" w:rsidTr="009432F1">
        <w:trPr>
          <w:trHeight w:val="421"/>
        </w:trPr>
        <w:tc>
          <w:tcPr>
            <w:tcW w:w="700" w:type="pct"/>
            <w:vAlign w:val="center"/>
          </w:tcPr>
          <w:p w14:paraId="798BBBDD" w14:textId="7142E519" w:rsidR="0004476E" w:rsidRPr="006C208E" w:rsidRDefault="0004476E" w:rsidP="006C208E">
            <w:pPr>
              <w:pStyle w:val="ListParagraph"/>
              <w:numPr>
                <w:ilvl w:val="0"/>
                <w:numId w:val="30"/>
              </w:numPr>
              <w:jc w:val="center"/>
              <w:rPr>
                <w:rFonts w:ascii="Times New Roman" w:hAnsi="Times New Roman" w:cs="Times New Roman"/>
                <w:sz w:val="24"/>
                <w:szCs w:val="24"/>
              </w:rPr>
            </w:pPr>
          </w:p>
        </w:tc>
        <w:tc>
          <w:tcPr>
            <w:tcW w:w="3472" w:type="pct"/>
            <w:vAlign w:val="center"/>
          </w:tcPr>
          <w:p w14:paraId="00B3180E" w14:textId="7DA4F3A7" w:rsidR="0004476E" w:rsidRPr="006C208E" w:rsidRDefault="0004476E" w:rsidP="006C208E">
            <w:pPr>
              <w:contextualSpacing/>
              <w:rPr>
                <w:rFonts w:ascii="Times New Roman" w:hAnsi="Times New Roman" w:cs="Times New Roman"/>
                <w:sz w:val="24"/>
                <w:szCs w:val="24"/>
              </w:rPr>
            </w:pPr>
            <w:r w:rsidRPr="006C208E">
              <w:rPr>
                <w:rFonts w:ascii="Times New Roman" w:hAnsi="Times New Roman" w:cs="Times New Roman"/>
                <w:sz w:val="24"/>
                <w:szCs w:val="24"/>
              </w:rPr>
              <w:t>Valid PPDA Certificate</w:t>
            </w:r>
            <w:r w:rsidR="006A098D" w:rsidRPr="006C208E">
              <w:rPr>
                <w:rFonts w:ascii="Times New Roman" w:hAnsi="Times New Roman" w:cs="Times New Roman"/>
                <w:sz w:val="24"/>
                <w:szCs w:val="24"/>
              </w:rPr>
              <w:t xml:space="preserve"> (not required for companies domiciled outside Malawi)</w:t>
            </w:r>
          </w:p>
        </w:tc>
        <w:tc>
          <w:tcPr>
            <w:tcW w:w="828" w:type="pct"/>
            <w:vAlign w:val="center"/>
          </w:tcPr>
          <w:p w14:paraId="71AE93D8" w14:textId="77777777" w:rsidR="0004476E" w:rsidRPr="006C208E" w:rsidRDefault="0004476E" w:rsidP="006C208E">
            <w:pPr>
              <w:contextualSpacing/>
              <w:jc w:val="center"/>
              <w:rPr>
                <w:rFonts w:ascii="Times New Roman" w:hAnsi="Times New Roman" w:cs="Times New Roman"/>
                <w:sz w:val="24"/>
                <w:szCs w:val="24"/>
              </w:rPr>
            </w:pPr>
          </w:p>
        </w:tc>
      </w:tr>
      <w:tr w:rsidR="0004476E" w:rsidRPr="006C208E" w14:paraId="1C8BFE76" w14:textId="77777777" w:rsidTr="009432F1">
        <w:trPr>
          <w:trHeight w:val="421"/>
        </w:trPr>
        <w:tc>
          <w:tcPr>
            <w:tcW w:w="700" w:type="pct"/>
            <w:vAlign w:val="center"/>
          </w:tcPr>
          <w:p w14:paraId="07455F2D" w14:textId="2E5BF348" w:rsidR="0004476E" w:rsidRPr="006C208E" w:rsidRDefault="0004476E" w:rsidP="006C208E">
            <w:pPr>
              <w:pStyle w:val="ListParagraph"/>
              <w:numPr>
                <w:ilvl w:val="0"/>
                <w:numId w:val="30"/>
              </w:numPr>
              <w:jc w:val="center"/>
              <w:rPr>
                <w:rFonts w:ascii="Times New Roman" w:hAnsi="Times New Roman" w:cs="Times New Roman"/>
                <w:sz w:val="24"/>
                <w:szCs w:val="24"/>
              </w:rPr>
            </w:pPr>
          </w:p>
        </w:tc>
        <w:tc>
          <w:tcPr>
            <w:tcW w:w="3472" w:type="pct"/>
            <w:vAlign w:val="center"/>
          </w:tcPr>
          <w:p w14:paraId="0B60E7DD" w14:textId="77777777" w:rsidR="0004476E" w:rsidRPr="006C208E" w:rsidRDefault="0004476E" w:rsidP="006C208E">
            <w:pPr>
              <w:contextualSpacing/>
              <w:rPr>
                <w:rFonts w:ascii="Times New Roman" w:hAnsi="Times New Roman" w:cs="Times New Roman"/>
                <w:sz w:val="24"/>
                <w:szCs w:val="24"/>
              </w:rPr>
            </w:pPr>
            <w:r w:rsidRPr="006C208E">
              <w:rPr>
                <w:rFonts w:ascii="Times New Roman" w:hAnsi="Times New Roman" w:cs="Times New Roman"/>
                <w:sz w:val="24"/>
                <w:szCs w:val="24"/>
              </w:rPr>
              <w:t>Tax Clearance Certificate issued by MRA for latest FY</w:t>
            </w:r>
          </w:p>
        </w:tc>
        <w:tc>
          <w:tcPr>
            <w:tcW w:w="828" w:type="pct"/>
            <w:vAlign w:val="center"/>
          </w:tcPr>
          <w:p w14:paraId="1FABCAB3" w14:textId="77777777" w:rsidR="0004476E" w:rsidRPr="006C208E" w:rsidRDefault="0004476E" w:rsidP="006C208E">
            <w:pPr>
              <w:contextualSpacing/>
              <w:jc w:val="center"/>
              <w:rPr>
                <w:rFonts w:ascii="Times New Roman" w:hAnsi="Times New Roman" w:cs="Times New Roman"/>
                <w:sz w:val="24"/>
                <w:szCs w:val="24"/>
              </w:rPr>
            </w:pPr>
          </w:p>
        </w:tc>
      </w:tr>
      <w:tr w:rsidR="0004476E" w:rsidRPr="006C208E" w14:paraId="37CF8621" w14:textId="77777777" w:rsidTr="009432F1">
        <w:trPr>
          <w:trHeight w:val="421"/>
        </w:trPr>
        <w:tc>
          <w:tcPr>
            <w:tcW w:w="700" w:type="pct"/>
            <w:vAlign w:val="center"/>
          </w:tcPr>
          <w:p w14:paraId="41ADA8A5" w14:textId="1890ED19" w:rsidR="0004476E" w:rsidRPr="006C208E" w:rsidRDefault="0004476E" w:rsidP="006C208E">
            <w:pPr>
              <w:pStyle w:val="ListParagraph"/>
              <w:numPr>
                <w:ilvl w:val="0"/>
                <w:numId w:val="30"/>
              </w:numPr>
              <w:jc w:val="center"/>
              <w:rPr>
                <w:rFonts w:ascii="Times New Roman" w:hAnsi="Times New Roman" w:cs="Times New Roman"/>
                <w:sz w:val="24"/>
                <w:szCs w:val="24"/>
              </w:rPr>
            </w:pPr>
          </w:p>
        </w:tc>
        <w:tc>
          <w:tcPr>
            <w:tcW w:w="3472" w:type="pct"/>
            <w:vAlign w:val="center"/>
          </w:tcPr>
          <w:p w14:paraId="3E2B8920" w14:textId="77777777" w:rsidR="0004476E" w:rsidRPr="006C208E" w:rsidRDefault="0004476E" w:rsidP="006C208E">
            <w:pPr>
              <w:contextualSpacing/>
              <w:rPr>
                <w:rFonts w:ascii="Times New Roman" w:hAnsi="Times New Roman" w:cs="Times New Roman"/>
                <w:sz w:val="24"/>
                <w:szCs w:val="24"/>
              </w:rPr>
            </w:pPr>
            <w:r w:rsidRPr="006C208E">
              <w:rPr>
                <w:rFonts w:ascii="Times New Roman" w:hAnsi="Times New Roman" w:cs="Times New Roman"/>
                <w:sz w:val="24"/>
                <w:szCs w:val="24"/>
              </w:rPr>
              <w:t>Bank statement of the operating accounts (last 12 months)</w:t>
            </w:r>
          </w:p>
        </w:tc>
        <w:tc>
          <w:tcPr>
            <w:tcW w:w="828" w:type="pct"/>
            <w:vAlign w:val="center"/>
          </w:tcPr>
          <w:p w14:paraId="27385988" w14:textId="77777777" w:rsidR="0004476E" w:rsidRPr="006C208E" w:rsidRDefault="0004476E" w:rsidP="006C208E">
            <w:pPr>
              <w:contextualSpacing/>
              <w:jc w:val="center"/>
              <w:rPr>
                <w:rFonts w:ascii="Times New Roman" w:hAnsi="Times New Roman" w:cs="Times New Roman"/>
                <w:sz w:val="24"/>
                <w:szCs w:val="24"/>
              </w:rPr>
            </w:pPr>
          </w:p>
        </w:tc>
      </w:tr>
      <w:tr w:rsidR="0004476E" w:rsidRPr="006C208E" w14:paraId="4460D851" w14:textId="77777777" w:rsidTr="009432F1">
        <w:trPr>
          <w:trHeight w:val="421"/>
        </w:trPr>
        <w:tc>
          <w:tcPr>
            <w:tcW w:w="700" w:type="pct"/>
            <w:vAlign w:val="center"/>
          </w:tcPr>
          <w:p w14:paraId="2F598405" w14:textId="0AE486B1" w:rsidR="0004476E" w:rsidRPr="006C208E" w:rsidRDefault="0004476E" w:rsidP="006C208E">
            <w:pPr>
              <w:pStyle w:val="ListParagraph"/>
              <w:numPr>
                <w:ilvl w:val="0"/>
                <w:numId w:val="30"/>
              </w:numPr>
              <w:jc w:val="center"/>
              <w:rPr>
                <w:rFonts w:ascii="Times New Roman" w:hAnsi="Times New Roman" w:cs="Times New Roman"/>
                <w:sz w:val="24"/>
                <w:szCs w:val="24"/>
              </w:rPr>
            </w:pPr>
          </w:p>
        </w:tc>
        <w:tc>
          <w:tcPr>
            <w:tcW w:w="3472" w:type="pct"/>
            <w:vAlign w:val="center"/>
          </w:tcPr>
          <w:p w14:paraId="182A7A1A" w14:textId="77777777" w:rsidR="0004476E" w:rsidRPr="006C208E" w:rsidRDefault="0004476E" w:rsidP="006C208E">
            <w:pPr>
              <w:contextualSpacing/>
              <w:rPr>
                <w:rFonts w:ascii="Times New Roman" w:hAnsi="Times New Roman" w:cs="Times New Roman"/>
                <w:sz w:val="24"/>
                <w:szCs w:val="24"/>
              </w:rPr>
            </w:pPr>
            <w:r w:rsidRPr="006C208E">
              <w:rPr>
                <w:rFonts w:ascii="Times New Roman" w:hAnsi="Times New Roman" w:cs="Times New Roman"/>
                <w:sz w:val="24"/>
                <w:szCs w:val="24"/>
              </w:rPr>
              <w:t>Valid supply agreement with supplier</w:t>
            </w:r>
          </w:p>
        </w:tc>
        <w:tc>
          <w:tcPr>
            <w:tcW w:w="828" w:type="pct"/>
            <w:vAlign w:val="center"/>
          </w:tcPr>
          <w:p w14:paraId="309AF975" w14:textId="77777777" w:rsidR="0004476E" w:rsidRPr="006C208E" w:rsidRDefault="0004476E" w:rsidP="006C208E">
            <w:pPr>
              <w:contextualSpacing/>
              <w:jc w:val="center"/>
              <w:rPr>
                <w:rFonts w:ascii="Times New Roman" w:hAnsi="Times New Roman" w:cs="Times New Roman"/>
                <w:sz w:val="24"/>
                <w:szCs w:val="24"/>
              </w:rPr>
            </w:pPr>
          </w:p>
        </w:tc>
      </w:tr>
      <w:tr w:rsidR="0004476E" w:rsidRPr="006C208E" w14:paraId="17337558" w14:textId="77777777" w:rsidTr="009432F1">
        <w:trPr>
          <w:trHeight w:val="421"/>
        </w:trPr>
        <w:tc>
          <w:tcPr>
            <w:tcW w:w="700" w:type="pct"/>
            <w:vAlign w:val="center"/>
          </w:tcPr>
          <w:p w14:paraId="52577AF5" w14:textId="7C0FE706" w:rsidR="0004476E" w:rsidRPr="006C208E" w:rsidRDefault="0004476E" w:rsidP="006C208E">
            <w:pPr>
              <w:pStyle w:val="ListParagraph"/>
              <w:numPr>
                <w:ilvl w:val="0"/>
                <w:numId w:val="30"/>
              </w:numPr>
              <w:jc w:val="center"/>
              <w:rPr>
                <w:rFonts w:ascii="Times New Roman" w:hAnsi="Times New Roman" w:cs="Times New Roman"/>
                <w:sz w:val="24"/>
                <w:szCs w:val="24"/>
              </w:rPr>
            </w:pPr>
          </w:p>
        </w:tc>
        <w:tc>
          <w:tcPr>
            <w:tcW w:w="3472" w:type="pct"/>
            <w:vAlign w:val="center"/>
          </w:tcPr>
          <w:p w14:paraId="0114F98D" w14:textId="606E8A93" w:rsidR="0004476E" w:rsidRPr="006C208E" w:rsidRDefault="0004476E" w:rsidP="006C208E">
            <w:pPr>
              <w:contextualSpacing/>
              <w:rPr>
                <w:rFonts w:ascii="Times New Roman" w:hAnsi="Times New Roman" w:cs="Times New Roman"/>
                <w:sz w:val="24"/>
                <w:szCs w:val="24"/>
              </w:rPr>
            </w:pPr>
            <w:r w:rsidRPr="006C208E">
              <w:rPr>
                <w:rFonts w:ascii="Times New Roman" w:hAnsi="Times New Roman" w:cs="Times New Roman"/>
                <w:sz w:val="24"/>
                <w:szCs w:val="24"/>
              </w:rPr>
              <w:t xml:space="preserve">Valid </w:t>
            </w:r>
            <w:r w:rsidR="002E7BA3">
              <w:rPr>
                <w:rFonts w:ascii="Times New Roman" w:hAnsi="Times New Roman" w:cs="Times New Roman"/>
                <w:sz w:val="24"/>
                <w:szCs w:val="24"/>
              </w:rPr>
              <w:t>laboratory test reports, technical specifications, user and safety instructions, warranty terms, and available durability evidence for each</w:t>
            </w:r>
            <w:r w:rsidRPr="006C208E">
              <w:rPr>
                <w:rFonts w:ascii="Times New Roman" w:hAnsi="Times New Roman" w:cs="Times New Roman"/>
                <w:sz w:val="24"/>
                <w:szCs w:val="24"/>
              </w:rPr>
              <w:t xml:space="preserve"> proposed </w:t>
            </w:r>
            <w:r w:rsidR="00042873" w:rsidRPr="006C208E">
              <w:rPr>
                <w:rFonts w:ascii="Times New Roman" w:hAnsi="Times New Roman" w:cs="Times New Roman"/>
                <w:sz w:val="24"/>
                <w:szCs w:val="24"/>
              </w:rPr>
              <w:t>CCS</w:t>
            </w:r>
            <w:r w:rsidR="002E7BA3">
              <w:rPr>
                <w:rFonts w:ascii="Times New Roman" w:hAnsi="Times New Roman" w:cs="Times New Roman"/>
                <w:sz w:val="24"/>
                <w:szCs w:val="24"/>
              </w:rPr>
              <w:t xml:space="preserve"> model</w:t>
            </w:r>
          </w:p>
        </w:tc>
        <w:tc>
          <w:tcPr>
            <w:tcW w:w="828" w:type="pct"/>
            <w:vAlign w:val="center"/>
          </w:tcPr>
          <w:p w14:paraId="1CB642F5" w14:textId="77777777" w:rsidR="0004476E" w:rsidRPr="006C208E" w:rsidRDefault="0004476E" w:rsidP="006C208E">
            <w:pPr>
              <w:contextualSpacing/>
              <w:jc w:val="center"/>
              <w:rPr>
                <w:rFonts w:ascii="Times New Roman" w:hAnsi="Times New Roman" w:cs="Times New Roman"/>
                <w:sz w:val="24"/>
                <w:szCs w:val="24"/>
              </w:rPr>
            </w:pPr>
          </w:p>
        </w:tc>
      </w:tr>
      <w:tr w:rsidR="0004476E" w:rsidRPr="006C208E" w14:paraId="2136354E" w14:textId="77777777" w:rsidTr="009432F1">
        <w:trPr>
          <w:trHeight w:val="421"/>
        </w:trPr>
        <w:tc>
          <w:tcPr>
            <w:tcW w:w="700" w:type="pct"/>
            <w:vAlign w:val="center"/>
          </w:tcPr>
          <w:p w14:paraId="2C2962C3" w14:textId="11A92FA0" w:rsidR="0004476E" w:rsidRPr="006C208E" w:rsidRDefault="0004476E" w:rsidP="006C208E">
            <w:pPr>
              <w:pStyle w:val="ListParagraph"/>
              <w:numPr>
                <w:ilvl w:val="0"/>
                <w:numId w:val="30"/>
              </w:numPr>
              <w:jc w:val="center"/>
              <w:rPr>
                <w:rFonts w:ascii="Times New Roman" w:hAnsi="Times New Roman" w:cs="Times New Roman"/>
                <w:sz w:val="24"/>
                <w:szCs w:val="24"/>
              </w:rPr>
            </w:pPr>
          </w:p>
        </w:tc>
        <w:tc>
          <w:tcPr>
            <w:tcW w:w="3472" w:type="pct"/>
            <w:vAlign w:val="center"/>
          </w:tcPr>
          <w:p w14:paraId="4ABE8DFF" w14:textId="54B5531E" w:rsidR="0004476E" w:rsidRPr="006C208E" w:rsidRDefault="00F9192A" w:rsidP="006C208E">
            <w:pPr>
              <w:contextualSpacing/>
              <w:rPr>
                <w:rFonts w:ascii="Times New Roman" w:hAnsi="Times New Roman" w:cs="Times New Roman"/>
                <w:sz w:val="24"/>
                <w:szCs w:val="24"/>
              </w:rPr>
            </w:pPr>
            <w:r w:rsidRPr="006C208E">
              <w:rPr>
                <w:rFonts w:ascii="Times New Roman" w:hAnsi="Times New Roman" w:cs="Times New Roman"/>
                <w:sz w:val="24"/>
                <w:szCs w:val="24"/>
              </w:rPr>
              <w:t xml:space="preserve">MAB certified </w:t>
            </w:r>
            <w:r w:rsidR="0004476E" w:rsidRPr="006C208E">
              <w:rPr>
                <w:rFonts w:ascii="Times New Roman" w:hAnsi="Times New Roman" w:cs="Times New Roman"/>
                <w:sz w:val="24"/>
                <w:szCs w:val="24"/>
              </w:rPr>
              <w:t>Audited Financial Statements for the last three FY</w:t>
            </w:r>
            <w:r w:rsidR="007D55B2" w:rsidRPr="006C208E">
              <w:rPr>
                <w:rFonts w:ascii="Times New Roman" w:hAnsi="Times New Roman" w:cs="Times New Roman"/>
                <w:sz w:val="24"/>
                <w:szCs w:val="24"/>
              </w:rPr>
              <w:t xml:space="preserve"> (for companies domiciled outside Malawi</w:t>
            </w:r>
            <w:r w:rsidR="00AE4BA1" w:rsidRPr="006C208E">
              <w:rPr>
                <w:rFonts w:ascii="Times New Roman" w:hAnsi="Times New Roman" w:cs="Times New Roman"/>
                <w:sz w:val="24"/>
                <w:szCs w:val="24"/>
              </w:rPr>
              <w:t>,</w:t>
            </w:r>
            <w:r w:rsidR="007D55B2" w:rsidRPr="006C208E">
              <w:rPr>
                <w:rFonts w:ascii="Times New Roman" w:hAnsi="Times New Roman" w:cs="Times New Roman"/>
                <w:sz w:val="24"/>
                <w:szCs w:val="24"/>
              </w:rPr>
              <w:t xml:space="preserve"> audit firm </w:t>
            </w:r>
            <w:r w:rsidR="007D47F3" w:rsidRPr="006C208E">
              <w:rPr>
                <w:rFonts w:ascii="Times New Roman" w:hAnsi="Times New Roman" w:cs="Times New Roman"/>
                <w:sz w:val="24"/>
                <w:szCs w:val="24"/>
              </w:rPr>
              <w:t xml:space="preserve">certified Audited FS for the last three FY </w:t>
            </w:r>
            <w:r w:rsidR="007D55B2" w:rsidRPr="006C208E">
              <w:rPr>
                <w:rFonts w:ascii="Times New Roman" w:hAnsi="Times New Roman" w:cs="Times New Roman"/>
                <w:sz w:val="24"/>
                <w:szCs w:val="24"/>
              </w:rPr>
              <w:t>from the registration country)</w:t>
            </w:r>
          </w:p>
        </w:tc>
        <w:tc>
          <w:tcPr>
            <w:tcW w:w="828" w:type="pct"/>
            <w:vAlign w:val="center"/>
          </w:tcPr>
          <w:p w14:paraId="0B5A45D8" w14:textId="77777777" w:rsidR="0004476E" w:rsidRPr="006C208E" w:rsidRDefault="0004476E" w:rsidP="006C208E">
            <w:pPr>
              <w:contextualSpacing/>
              <w:jc w:val="center"/>
              <w:rPr>
                <w:rFonts w:ascii="Times New Roman" w:hAnsi="Times New Roman" w:cs="Times New Roman"/>
                <w:sz w:val="24"/>
                <w:szCs w:val="24"/>
              </w:rPr>
            </w:pPr>
          </w:p>
        </w:tc>
      </w:tr>
      <w:tr w:rsidR="0004476E" w:rsidRPr="006C208E" w14:paraId="64C451AC" w14:textId="77777777" w:rsidTr="009432F1">
        <w:trPr>
          <w:trHeight w:val="421"/>
        </w:trPr>
        <w:tc>
          <w:tcPr>
            <w:tcW w:w="700" w:type="pct"/>
            <w:vAlign w:val="center"/>
          </w:tcPr>
          <w:p w14:paraId="37A7AFE7" w14:textId="2294CEFD" w:rsidR="0004476E" w:rsidRPr="006C208E" w:rsidRDefault="0004476E" w:rsidP="006C208E">
            <w:pPr>
              <w:pStyle w:val="ListParagraph"/>
              <w:numPr>
                <w:ilvl w:val="0"/>
                <w:numId w:val="30"/>
              </w:numPr>
              <w:jc w:val="center"/>
              <w:rPr>
                <w:rFonts w:ascii="Times New Roman" w:hAnsi="Times New Roman" w:cs="Times New Roman"/>
                <w:sz w:val="24"/>
                <w:szCs w:val="24"/>
              </w:rPr>
            </w:pPr>
          </w:p>
        </w:tc>
        <w:tc>
          <w:tcPr>
            <w:tcW w:w="3472" w:type="pct"/>
            <w:vAlign w:val="center"/>
          </w:tcPr>
          <w:p w14:paraId="3713FE18" w14:textId="41D58CC9" w:rsidR="0004476E" w:rsidRPr="006C208E" w:rsidRDefault="0004476E" w:rsidP="006C208E">
            <w:pPr>
              <w:contextualSpacing/>
              <w:rPr>
                <w:rFonts w:ascii="Times New Roman" w:hAnsi="Times New Roman" w:cs="Times New Roman"/>
                <w:sz w:val="24"/>
                <w:szCs w:val="24"/>
              </w:rPr>
            </w:pPr>
            <w:r w:rsidRPr="006C208E">
              <w:rPr>
                <w:rFonts w:ascii="Times New Roman" w:hAnsi="Times New Roman" w:cs="Times New Roman"/>
                <w:sz w:val="24"/>
                <w:szCs w:val="24"/>
              </w:rPr>
              <w:t xml:space="preserve">Proforma Invoice for proposed </w:t>
            </w:r>
            <w:r w:rsidR="0008043E" w:rsidRPr="006C208E">
              <w:rPr>
                <w:rFonts w:ascii="Times New Roman" w:hAnsi="Times New Roman" w:cs="Times New Roman"/>
                <w:sz w:val="24"/>
                <w:szCs w:val="24"/>
              </w:rPr>
              <w:t>CCS</w:t>
            </w:r>
            <w:r w:rsidRPr="006C208E">
              <w:rPr>
                <w:rFonts w:ascii="Times New Roman" w:hAnsi="Times New Roman" w:cs="Times New Roman"/>
                <w:sz w:val="24"/>
                <w:szCs w:val="24"/>
              </w:rPr>
              <w:t xml:space="preserve">s </w:t>
            </w:r>
          </w:p>
        </w:tc>
        <w:tc>
          <w:tcPr>
            <w:tcW w:w="828" w:type="pct"/>
            <w:vAlign w:val="center"/>
          </w:tcPr>
          <w:p w14:paraId="1507BC02" w14:textId="77777777" w:rsidR="0004476E" w:rsidRPr="006C208E" w:rsidRDefault="0004476E" w:rsidP="006C208E">
            <w:pPr>
              <w:contextualSpacing/>
              <w:jc w:val="center"/>
              <w:rPr>
                <w:rFonts w:ascii="Times New Roman" w:hAnsi="Times New Roman" w:cs="Times New Roman"/>
                <w:sz w:val="24"/>
                <w:szCs w:val="24"/>
              </w:rPr>
            </w:pPr>
          </w:p>
        </w:tc>
      </w:tr>
      <w:tr w:rsidR="0004476E" w:rsidRPr="006C208E" w14:paraId="439CDB16" w14:textId="77777777" w:rsidTr="009432F1">
        <w:trPr>
          <w:trHeight w:val="421"/>
        </w:trPr>
        <w:tc>
          <w:tcPr>
            <w:tcW w:w="700" w:type="pct"/>
            <w:vAlign w:val="center"/>
          </w:tcPr>
          <w:p w14:paraId="5A7E0F1F" w14:textId="3886E2CC" w:rsidR="0004476E" w:rsidRPr="006C208E" w:rsidRDefault="0004476E" w:rsidP="006C208E">
            <w:pPr>
              <w:pStyle w:val="ListParagraph"/>
              <w:numPr>
                <w:ilvl w:val="0"/>
                <w:numId w:val="30"/>
              </w:numPr>
              <w:jc w:val="center"/>
              <w:rPr>
                <w:rFonts w:ascii="Times New Roman" w:hAnsi="Times New Roman" w:cs="Times New Roman"/>
                <w:sz w:val="24"/>
                <w:szCs w:val="24"/>
              </w:rPr>
            </w:pPr>
          </w:p>
        </w:tc>
        <w:tc>
          <w:tcPr>
            <w:tcW w:w="3472" w:type="pct"/>
            <w:vAlign w:val="center"/>
          </w:tcPr>
          <w:p w14:paraId="3116F7B9" w14:textId="2FAFD7DF" w:rsidR="0004476E" w:rsidRPr="006C208E" w:rsidRDefault="0004476E" w:rsidP="006C208E">
            <w:pPr>
              <w:contextualSpacing/>
              <w:jc w:val="both"/>
              <w:rPr>
                <w:rFonts w:ascii="Times New Roman" w:hAnsi="Times New Roman" w:cs="Times New Roman"/>
                <w:sz w:val="24"/>
                <w:szCs w:val="24"/>
              </w:rPr>
            </w:pPr>
            <w:r w:rsidRPr="006C208E">
              <w:rPr>
                <w:rFonts w:ascii="Times New Roman" w:hAnsi="Times New Roman" w:cs="Times New Roman"/>
                <w:sz w:val="24"/>
                <w:szCs w:val="24"/>
              </w:rPr>
              <w:t xml:space="preserve">Commercial Invoice of the last procured </w:t>
            </w:r>
            <w:r w:rsidR="0008043E" w:rsidRPr="006C208E">
              <w:rPr>
                <w:rFonts w:ascii="Times New Roman" w:hAnsi="Times New Roman" w:cs="Times New Roman"/>
                <w:sz w:val="24"/>
                <w:szCs w:val="24"/>
              </w:rPr>
              <w:t xml:space="preserve">CCSs </w:t>
            </w:r>
            <w:r w:rsidR="00025FCB" w:rsidRPr="006C208E">
              <w:rPr>
                <w:rFonts w:ascii="Times New Roman" w:hAnsi="Times New Roman" w:cs="Times New Roman"/>
                <w:sz w:val="24"/>
                <w:szCs w:val="24"/>
              </w:rPr>
              <w:t>(stamped by the Malawi Revenue Authority</w:t>
            </w:r>
            <w:r w:rsidR="007B5C94" w:rsidRPr="006C208E">
              <w:rPr>
                <w:rFonts w:ascii="Times New Roman" w:hAnsi="Times New Roman" w:cs="Times New Roman"/>
                <w:sz w:val="24"/>
                <w:szCs w:val="24"/>
              </w:rPr>
              <w:t>, if available</w:t>
            </w:r>
            <w:r w:rsidR="00025FCB" w:rsidRPr="006C208E">
              <w:rPr>
                <w:rFonts w:ascii="Times New Roman" w:hAnsi="Times New Roman" w:cs="Times New Roman"/>
                <w:sz w:val="24"/>
                <w:szCs w:val="24"/>
              </w:rPr>
              <w:t>)</w:t>
            </w:r>
          </w:p>
        </w:tc>
        <w:tc>
          <w:tcPr>
            <w:tcW w:w="828" w:type="pct"/>
            <w:vAlign w:val="center"/>
          </w:tcPr>
          <w:p w14:paraId="592A376B" w14:textId="77777777" w:rsidR="0004476E" w:rsidRPr="006C208E" w:rsidRDefault="0004476E" w:rsidP="006C208E">
            <w:pPr>
              <w:contextualSpacing/>
              <w:jc w:val="center"/>
              <w:rPr>
                <w:rFonts w:ascii="Times New Roman" w:hAnsi="Times New Roman" w:cs="Times New Roman"/>
                <w:sz w:val="24"/>
                <w:szCs w:val="24"/>
              </w:rPr>
            </w:pPr>
          </w:p>
        </w:tc>
      </w:tr>
      <w:tr w:rsidR="0004476E" w:rsidRPr="006C208E" w14:paraId="2A61D81D" w14:textId="77777777" w:rsidTr="009432F1">
        <w:trPr>
          <w:trHeight w:val="421"/>
        </w:trPr>
        <w:tc>
          <w:tcPr>
            <w:tcW w:w="700" w:type="pct"/>
            <w:vAlign w:val="center"/>
          </w:tcPr>
          <w:p w14:paraId="738DC550" w14:textId="6DE1899C" w:rsidR="0004476E" w:rsidRPr="006C208E" w:rsidRDefault="0004476E" w:rsidP="006C208E">
            <w:pPr>
              <w:pStyle w:val="ListParagraph"/>
              <w:numPr>
                <w:ilvl w:val="0"/>
                <w:numId w:val="30"/>
              </w:numPr>
              <w:jc w:val="center"/>
              <w:rPr>
                <w:rFonts w:ascii="Times New Roman" w:hAnsi="Times New Roman" w:cs="Times New Roman"/>
                <w:sz w:val="24"/>
                <w:szCs w:val="24"/>
              </w:rPr>
            </w:pPr>
          </w:p>
        </w:tc>
        <w:tc>
          <w:tcPr>
            <w:tcW w:w="3472" w:type="pct"/>
            <w:vAlign w:val="center"/>
          </w:tcPr>
          <w:p w14:paraId="20D7849A" w14:textId="69F2EAA2" w:rsidR="0004476E" w:rsidRPr="006C208E" w:rsidRDefault="0004476E" w:rsidP="006C208E">
            <w:pPr>
              <w:contextualSpacing/>
              <w:rPr>
                <w:rFonts w:ascii="Times New Roman" w:hAnsi="Times New Roman" w:cs="Times New Roman"/>
                <w:sz w:val="24"/>
                <w:szCs w:val="24"/>
              </w:rPr>
            </w:pPr>
            <w:r w:rsidRPr="006C208E">
              <w:rPr>
                <w:rFonts w:ascii="Times New Roman" w:hAnsi="Times New Roman" w:cs="Times New Roman"/>
                <w:sz w:val="24"/>
                <w:szCs w:val="24"/>
              </w:rPr>
              <w:t>List of Shareholders and Board of Directors along with pen profile</w:t>
            </w:r>
            <w:r w:rsidR="00EE70DA">
              <w:rPr>
                <w:rFonts w:ascii="Times New Roman" w:hAnsi="Times New Roman" w:cs="Times New Roman"/>
                <w:sz w:val="24"/>
                <w:szCs w:val="24"/>
              </w:rPr>
              <w:t>, Passport and National ID</w:t>
            </w:r>
          </w:p>
        </w:tc>
        <w:tc>
          <w:tcPr>
            <w:tcW w:w="828" w:type="pct"/>
            <w:vAlign w:val="center"/>
          </w:tcPr>
          <w:p w14:paraId="0706C936" w14:textId="77777777" w:rsidR="0004476E" w:rsidRPr="006C208E" w:rsidRDefault="0004476E" w:rsidP="006C208E">
            <w:pPr>
              <w:contextualSpacing/>
              <w:jc w:val="center"/>
              <w:rPr>
                <w:rFonts w:ascii="Times New Roman" w:hAnsi="Times New Roman" w:cs="Times New Roman"/>
                <w:sz w:val="24"/>
                <w:szCs w:val="24"/>
              </w:rPr>
            </w:pPr>
          </w:p>
        </w:tc>
      </w:tr>
      <w:tr w:rsidR="0004476E" w:rsidRPr="006C208E" w14:paraId="2922DEC7" w14:textId="77777777" w:rsidTr="009432F1">
        <w:trPr>
          <w:trHeight w:val="421"/>
        </w:trPr>
        <w:tc>
          <w:tcPr>
            <w:tcW w:w="700" w:type="pct"/>
            <w:vAlign w:val="center"/>
          </w:tcPr>
          <w:p w14:paraId="06AC8C8E" w14:textId="5A5AF117" w:rsidR="0004476E" w:rsidRPr="006C208E" w:rsidRDefault="0004476E" w:rsidP="006C208E">
            <w:pPr>
              <w:pStyle w:val="ListParagraph"/>
              <w:numPr>
                <w:ilvl w:val="0"/>
                <w:numId w:val="30"/>
              </w:numPr>
              <w:jc w:val="center"/>
              <w:rPr>
                <w:rFonts w:ascii="Times New Roman" w:hAnsi="Times New Roman" w:cs="Times New Roman"/>
                <w:sz w:val="24"/>
                <w:szCs w:val="24"/>
              </w:rPr>
            </w:pPr>
          </w:p>
        </w:tc>
        <w:tc>
          <w:tcPr>
            <w:tcW w:w="3472" w:type="pct"/>
            <w:vAlign w:val="center"/>
          </w:tcPr>
          <w:p w14:paraId="2498EA05" w14:textId="0BC7154D" w:rsidR="0004476E" w:rsidRPr="006C208E" w:rsidRDefault="0004476E" w:rsidP="006C208E">
            <w:pPr>
              <w:contextualSpacing/>
              <w:rPr>
                <w:rFonts w:ascii="Times New Roman" w:hAnsi="Times New Roman" w:cs="Times New Roman"/>
                <w:sz w:val="24"/>
                <w:szCs w:val="24"/>
              </w:rPr>
            </w:pPr>
            <w:r w:rsidRPr="006C208E">
              <w:rPr>
                <w:rFonts w:ascii="Times New Roman" w:hAnsi="Times New Roman" w:cs="Times New Roman"/>
                <w:sz w:val="24"/>
                <w:szCs w:val="24"/>
              </w:rPr>
              <w:t xml:space="preserve">Valid agreement with </w:t>
            </w:r>
            <w:r w:rsidR="00426F51">
              <w:rPr>
                <w:rFonts w:ascii="Times New Roman" w:hAnsi="Times New Roman" w:cs="Times New Roman"/>
                <w:sz w:val="24"/>
                <w:szCs w:val="24"/>
              </w:rPr>
              <w:t xml:space="preserve">a </w:t>
            </w:r>
            <w:r w:rsidRPr="006C208E">
              <w:rPr>
                <w:rFonts w:ascii="Times New Roman" w:hAnsi="Times New Roman" w:cs="Times New Roman"/>
                <w:sz w:val="24"/>
                <w:szCs w:val="24"/>
              </w:rPr>
              <w:t xml:space="preserve">CRM </w:t>
            </w:r>
            <w:r w:rsidR="00426F51">
              <w:rPr>
                <w:rFonts w:ascii="Times New Roman" w:hAnsi="Times New Roman" w:cs="Times New Roman"/>
                <w:sz w:val="24"/>
                <w:szCs w:val="24"/>
              </w:rPr>
              <w:t>service provider or a time-bound CRM procurement and implementation plan</w:t>
            </w:r>
          </w:p>
        </w:tc>
        <w:tc>
          <w:tcPr>
            <w:tcW w:w="828" w:type="pct"/>
            <w:vAlign w:val="center"/>
          </w:tcPr>
          <w:p w14:paraId="195691C5" w14:textId="77777777" w:rsidR="0004476E" w:rsidRPr="006C208E" w:rsidRDefault="0004476E" w:rsidP="006C208E">
            <w:pPr>
              <w:contextualSpacing/>
              <w:jc w:val="center"/>
              <w:rPr>
                <w:rFonts w:ascii="Times New Roman" w:hAnsi="Times New Roman" w:cs="Times New Roman"/>
                <w:sz w:val="24"/>
                <w:szCs w:val="24"/>
              </w:rPr>
            </w:pPr>
          </w:p>
        </w:tc>
      </w:tr>
      <w:tr w:rsidR="00597395" w:rsidRPr="006C208E" w14:paraId="456BB066" w14:textId="77777777" w:rsidTr="009432F1">
        <w:trPr>
          <w:trHeight w:val="421"/>
        </w:trPr>
        <w:tc>
          <w:tcPr>
            <w:tcW w:w="700" w:type="pct"/>
            <w:vAlign w:val="center"/>
          </w:tcPr>
          <w:p w14:paraId="352A5237" w14:textId="6DDFE21C" w:rsidR="00597395" w:rsidRPr="006C208E" w:rsidRDefault="00597395" w:rsidP="006C208E">
            <w:pPr>
              <w:pStyle w:val="ListParagraph"/>
              <w:numPr>
                <w:ilvl w:val="0"/>
                <w:numId w:val="30"/>
              </w:numPr>
              <w:jc w:val="center"/>
              <w:rPr>
                <w:rFonts w:ascii="Times New Roman" w:hAnsi="Times New Roman" w:cs="Times New Roman"/>
                <w:sz w:val="24"/>
                <w:szCs w:val="24"/>
              </w:rPr>
            </w:pPr>
          </w:p>
        </w:tc>
        <w:tc>
          <w:tcPr>
            <w:tcW w:w="3472" w:type="pct"/>
            <w:vAlign w:val="center"/>
          </w:tcPr>
          <w:p w14:paraId="33A0E0B2" w14:textId="77F45361" w:rsidR="00597395" w:rsidRPr="006C208E" w:rsidRDefault="00597395" w:rsidP="006C208E">
            <w:pPr>
              <w:contextualSpacing/>
              <w:rPr>
                <w:rFonts w:ascii="Times New Roman" w:hAnsi="Times New Roman" w:cs="Times New Roman"/>
                <w:sz w:val="24"/>
                <w:szCs w:val="24"/>
              </w:rPr>
            </w:pPr>
            <w:r w:rsidRPr="006C208E">
              <w:rPr>
                <w:rFonts w:ascii="Times New Roman" w:hAnsi="Times New Roman" w:cs="Times New Roman"/>
                <w:sz w:val="24"/>
                <w:szCs w:val="24"/>
              </w:rPr>
              <w:t>Environmental and Social Management Syste</w:t>
            </w:r>
            <w:r w:rsidR="007B3333" w:rsidRPr="006C208E">
              <w:rPr>
                <w:rFonts w:ascii="Times New Roman" w:hAnsi="Times New Roman" w:cs="Times New Roman"/>
                <w:sz w:val="24"/>
                <w:szCs w:val="24"/>
              </w:rPr>
              <w:t>m</w:t>
            </w:r>
          </w:p>
        </w:tc>
        <w:tc>
          <w:tcPr>
            <w:tcW w:w="828" w:type="pct"/>
            <w:vAlign w:val="center"/>
          </w:tcPr>
          <w:p w14:paraId="3DD8E8E7" w14:textId="77777777" w:rsidR="00597395" w:rsidRPr="006C208E" w:rsidRDefault="00597395" w:rsidP="006C208E">
            <w:pPr>
              <w:contextualSpacing/>
              <w:jc w:val="center"/>
              <w:rPr>
                <w:rFonts w:ascii="Times New Roman" w:hAnsi="Times New Roman" w:cs="Times New Roman"/>
                <w:sz w:val="24"/>
                <w:szCs w:val="24"/>
              </w:rPr>
            </w:pPr>
          </w:p>
        </w:tc>
      </w:tr>
      <w:tr w:rsidR="0088250B" w:rsidRPr="006C208E" w14:paraId="13413C31" w14:textId="77777777" w:rsidTr="009432F1">
        <w:trPr>
          <w:trHeight w:val="421"/>
        </w:trPr>
        <w:tc>
          <w:tcPr>
            <w:tcW w:w="700" w:type="pct"/>
            <w:vAlign w:val="center"/>
          </w:tcPr>
          <w:p w14:paraId="0B4CA8B4" w14:textId="29211F5E" w:rsidR="0088250B" w:rsidRPr="006C208E" w:rsidRDefault="0088250B" w:rsidP="006C208E">
            <w:pPr>
              <w:pStyle w:val="ListParagraph"/>
              <w:numPr>
                <w:ilvl w:val="0"/>
                <w:numId w:val="30"/>
              </w:numPr>
              <w:jc w:val="center"/>
              <w:rPr>
                <w:rFonts w:ascii="Times New Roman" w:hAnsi="Times New Roman" w:cs="Times New Roman"/>
                <w:sz w:val="24"/>
                <w:szCs w:val="24"/>
              </w:rPr>
            </w:pPr>
          </w:p>
        </w:tc>
        <w:tc>
          <w:tcPr>
            <w:tcW w:w="3472" w:type="pct"/>
            <w:vAlign w:val="center"/>
          </w:tcPr>
          <w:p w14:paraId="16F0ABF4" w14:textId="76BD1C95" w:rsidR="0088250B" w:rsidRPr="006C208E" w:rsidRDefault="0088250B" w:rsidP="006C208E">
            <w:pPr>
              <w:contextualSpacing/>
              <w:rPr>
                <w:rFonts w:ascii="Times New Roman" w:hAnsi="Times New Roman" w:cs="Times New Roman"/>
                <w:sz w:val="24"/>
                <w:szCs w:val="24"/>
              </w:rPr>
            </w:pPr>
            <w:r w:rsidRPr="006C208E">
              <w:rPr>
                <w:rFonts w:ascii="Times New Roman" w:hAnsi="Times New Roman" w:cs="Times New Roman"/>
                <w:sz w:val="24"/>
                <w:szCs w:val="24"/>
              </w:rPr>
              <w:t>Sample customer contract</w:t>
            </w:r>
          </w:p>
        </w:tc>
        <w:tc>
          <w:tcPr>
            <w:tcW w:w="828" w:type="pct"/>
            <w:vAlign w:val="center"/>
          </w:tcPr>
          <w:p w14:paraId="2A0169B6" w14:textId="77777777" w:rsidR="0088250B" w:rsidRPr="006C208E" w:rsidRDefault="0088250B" w:rsidP="006C208E">
            <w:pPr>
              <w:contextualSpacing/>
              <w:jc w:val="center"/>
              <w:rPr>
                <w:rFonts w:ascii="Times New Roman" w:hAnsi="Times New Roman" w:cs="Times New Roman"/>
                <w:sz w:val="24"/>
                <w:szCs w:val="24"/>
              </w:rPr>
            </w:pPr>
          </w:p>
        </w:tc>
      </w:tr>
      <w:tr w:rsidR="00845316" w:rsidRPr="006C208E" w14:paraId="71E230D2" w14:textId="77777777" w:rsidTr="009432F1">
        <w:trPr>
          <w:trHeight w:val="421"/>
        </w:trPr>
        <w:tc>
          <w:tcPr>
            <w:tcW w:w="700" w:type="pct"/>
            <w:vAlign w:val="center"/>
          </w:tcPr>
          <w:p w14:paraId="7E9CAE89" w14:textId="77777777" w:rsidR="00845316" w:rsidRPr="006C208E" w:rsidDel="00942C79" w:rsidRDefault="00845316" w:rsidP="006C208E">
            <w:pPr>
              <w:pStyle w:val="ListParagraph"/>
              <w:numPr>
                <w:ilvl w:val="0"/>
                <w:numId w:val="30"/>
              </w:numPr>
              <w:jc w:val="center"/>
              <w:rPr>
                <w:rFonts w:ascii="Times New Roman" w:hAnsi="Times New Roman" w:cs="Times New Roman"/>
                <w:sz w:val="24"/>
                <w:szCs w:val="24"/>
              </w:rPr>
            </w:pPr>
          </w:p>
        </w:tc>
        <w:tc>
          <w:tcPr>
            <w:tcW w:w="3472" w:type="pct"/>
            <w:vAlign w:val="center"/>
          </w:tcPr>
          <w:p w14:paraId="5BE0AFF5" w14:textId="086D9BB9" w:rsidR="00845316" w:rsidRPr="006C208E" w:rsidRDefault="00BE17F0" w:rsidP="006C208E">
            <w:pPr>
              <w:contextualSpacing/>
              <w:jc w:val="both"/>
              <w:rPr>
                <w:rFonts w:ascii="Times New Roman" w:hAnsi="Times New Roman" w:cs="Times New Roman"/>
                <w:sz w:val="24"/>
                <w:szCs w:val="24"/>
              </w:rPr>
            </w:pPr>
            <w:r w:rsidRPr="006C208E">
              <w:rPr>
                <w:rFonts w:ascii="Times New Roman" w:hAnsi="Times New Roman" w:cs="Times New Roman"/>
                <w:sz w:val="24"/>
                <w:szCs w:val="24"/>
              </w:rPr>
              <w:t>C</w:t>
            </w:r>
            <w:r w:rsidR="00845316" w:rsidRPr="006C208E">
              <w:rPr>
                <w:rFonts w:ascii="Times New Roman" w:hAnsi="Times New Roman" w:cs="Times New Roman"/>
                <w:sz w:val="24"/>
                <w:szCs w:val="24"/>
              </w:rPr>
              <w:t xml:space="preserve">onfirmation certificate </w:t>
            </w:r>
            <w:r w:rsidR="00DB1E5A" w:rsidRPr="006C208E">
              <w:rPr>
                <w:rFonts w:ascii="Times New Roman" w:hAnsi="Times New Roman" w:cs="Times New Roman"/>
                <w:sz w:val="24"/>
                <w:szCs w:val="24"/>
              </w:rPr>
              <w:t xml:space="preserve">(as per template </w:t>
            </w:r>
            <w:r w:rsidR="004145F5" w:rsidRPr="006C208E">
              <w:rPr>
                <w:rFonts w:ascii="Times New Roman" w:hAnsi="Times New Roman" w:cs="Times New Roman"/>
                <w:sz w:val="24"/>
                <w:szCs w:val="24"/>
              </w:rPr>
              <w:t xml:space="preserve">of </w:t>
            </w:r>
            <w:r w:rsidR="00DB1E5A" w:rsidRPr="006C208E">
              <w:rPr>
                <w:rFonts w:ascii="Times New Roman" w:hAnsi="Times New Roman" w:cs="Times New Roman"/>
                <w:sz w:val="24"/>
                <w:szCs w:val="24"/>
              </w:rPr>
              <w:t>page 2</w:t>
            </w:r>
            <w:r w:rsidR="007D4391">
              <w:rPr>
                <w:rFonts w:ascii="Times New Roman" w:hAnsi="Times New Roman" w:cs="Times New Roman"/>
                <w:sz w:val="24"/>
                <w:szCs w:val="24"/>
              </w:rPr>
              <w:t>8</w:t>
            </w:r>
            <w:r w:rsidR="00DB1E5A" w:rsidRPr="006C208E">
              <w:rPr>
                <w:rFonts w:ascii="Times New Roman" w:hAnsi="Times New Roman" w:cs="Times New Roman"/>
                <w:sz w:val="24"/>
                <w:szCs w:val="24"/>
              </w:rPr>
              <w:t xml:space="preserve">) </w:t>
            </w:r>
            <w:r w:rsidR="00845316" w:rsidRPr="006C208E">
              <w:rPr>
                <w:rFonts w:ascii="Times New Roman" w:hAnsi="Times New Roman" w:cs="Times New Roman"/>
                <w:sz w:val="24"/>
                <w:szCs w:val="24"/>
              </w:rPr>
              <w:t xml:space="preserve">issued by the PIU / Fund Manager / Development Partner / any other authority to validate the claim of </w:t>
            </w:r>
            <w:r w:rsidR="00D06FDD" w:rsidRPr="006C208E">
              <w:rPr>
                <w:rFonts w:ascii="Times New Roman" w:hAnsi="Times New Roman" w:cs="Times New Roman"/>
                <w:sz w:val="24"/>
                <w:szCs w:val="24"/>
              </w:rPr>
              <w:t xml:space="preserve">CCS </w:t>
            </w:r>
            <w:r w:rsidR="00845316" w:rsidRPr="006C208E">
              <w:rPr>
                <w:rFonts w:ascii="Times New Roman" w:hAnsi="Times New Roman" w:cs="Times New Roman"/>
                <w:sz w:val="24"/>
                <w:szCs w:val="24"/>
              </w:rPr>
              <w:t>installation</w:t>
            </w:r>
            <w:r w:rsidR="00D06FDD" w:rsidRPr="006C208E">
              <w:rPr>
                <w:rFonts w:ascii="Times New Roman" w:hAnsi="Times New Roman" w:cs="Times New Roman"/>
                <w:sz w:val="24"/>
                <w:szCs w:val="24"/>
              </w:rPr>
              <w:t xml:space="preserve"> as mentioned </w:t>
            </w:r>
            <w:r w:rsidR="006E2D71" w:rsidRPr="006C208E">
              <w:rPr>
                <w:rFonts w:ascii="Times New Roman" w:hAnsi="Times New Roman" w:cs="Times New Roman"/>
                <w:sz w:val="24"/>
                <w:szCs w:val="24"/>
              </w:rPr>
              <w:t xml:space="preserve">by the applicant </w:t>
            </w:r>
            <w:r w:rsidR="00D06FDD" w:rsidRPr="006C208E">
              <w:rPr>
                <w:rFonts w:ascii="Times New Roman" w:hAnsi="Times New Roman" w:cs="Times New Roman"/>
                <w:sz w:val="24"/>
                <w:szCs w:val="24"/>
              </w:rPr>
              <w:t>in Section 4:</w:t>
            </w:r>
            <w:r w:rsidR="00672797" w:rsidRPr="006C208E">
              <w:rPr>
                <w:rFonts w:ascii="Times New Roman" w:hAnsi="Times New Roman" w:cs="Times New Roman"/>
                <w:sz w:val="24"/>
                <w:szCs w:val="24"/>
              </w:rPr>
              <w:t xml:space="preserve"> </w:t>
            </w:r>
            <w:r w:rsidR="00D06FDD" w:rsidRPr="006C208E">
              <w:rPr>
                <w:rFonts w:ascii="Times New Roman" w:hAnsi="Times New Roman" w:cs="Times New Roman"/>
                <w:sz w:val="24"/>
                <w:szCs w:val="24"/>
              </w:rPr>
              <w:t>Application Form</w:t>
            </w:r>
          </w:p>
        </w:tc>
        <w:tc>
          <w:tcPr>
            <w:tcW w:w="828" w:type="pct"/>
            <w:vAlign w:val="center"/>
          </w:tcPr>
          <w:p w14:paraId="55CB4350" w14:textId="77777777" w:rsidR="00845316" w:rsidRPr="006C208E" w:rsidRDefault="00845316" w:rsidP="006C208E">
            <w:pPr>
              <w:contextualSpacing/>
              <w:jc w:val="center"/>
              <w:rPr>
                <w:rFonts w:ascii="Times New Roman" w:hAnsi="Times New Roman" w:cs="Times New Roman"/>
                <w:sz w:val="24"/>
                <w:szCs w:val="24"/>
              </w:rPr>
            </w:pPr>
          </w:p>
        </w:tc>
      </w:tr>
    </w:tbl>
    <w:p w14:paraId="39C93237" w14:textId="77777777" w:rsidR="0004476E" w:rsidRPr="006C208E" w:rsidRDefault="0004476E" w:rsidP="006C208E">
      <w:pPr>
        <w:pStyle w:val="NoSpacing"/>
        <w:spacing w:line="276" w:lineRule="auto"/>
        <w:contextualSpacing/>
        <w:rPr>
          <w:rFonts w:ascii="Times New Roman" w:hAnsi="Times New Roman" w:cs="Times New Roman"/>
          <w:sz w:val="24"/>
          <w:szCs w:val="24"/>
        </w:rPr>
      </w:pPr>
    </w:p>
    <w:p w14:paraId="21A87FAA" w14:textId="77777777" w:rsidR="005839BC" w:rsidRPr="006C208E" w:rsidRDefault="005839BC" w:rsidP="006C208E">
      <w:pPr>
        <w:pStyle w:val="NoSpacing"/>
        <w:spacing w:line="276" w:lineRule="auto"/>
        <w:rPr>
          <w:rFonts w:ascii="Times New Roman" w:hAnsi="Times New Roman" w:cs="Times New Roman"/>
          <w:sz w:val="24"/>
          <w:szCs w:val="24"/>
        </w:rPr>
        <w:sectPr w:rsidR="005839BC" w:rsidRPr="006C208E" w:rsidSect="00D014E3">
          <w:pgSz w:w="11909" w:h="16834"/>
          <w:pgMar w:top="1440" w:right="1440" w:bottom="1440" w:left="1440" w:header="720" w:footer="720" w:gutter="0"/>
          <w:cols w:space="720"/>
          <w:docGrid w:linePitch="360"/>
        </w:sectPr>
      </w:pPr>
    </w:p>
    <w:p w14:paraId="07E32A79" w14:textId="77777777" w:rsidR="00F97A7B" w:rsidRPr="006C208E" w:rsidRDefault="00F97A7B" w:rsidP="006C208E">
      <w:pPr>
        <w:pStyle w:val="NoSpacing"/>
        <w:spacing w:line="276" w:lineRule="auto"/>
        <w:rPr>
          <w:rFonts w:ascii="Times New Roman" w:hAnsi="Times New Roman" w:cs="Times New Roman"/>
          <w:sz w:val="24"/>
          <w:szCs w:val="24"/>
        </w:rPr>
      </w:pPr>
    </w:p>
    <w:p w14:paraId="0BE3EB21" w14:textId="77777777" w:rsidR="00F97A7B" w:rsidRPr="006C208E" w:rsidRDefault="00F97A7B" w:rsidP="006C208E">
      <w:pPr>
        <w:pStyle w:val="NoSpacing"/>
        <w:jc w:val="center"/>
        <w:rPr>
          <w:rFonts w:ascii="Times New Roman" w:hAnsi="Times New Roman" w:cs="Times New Roman"/>
          <w:sz w:val="24"/>
          <w:szCs w:val="24"/>
        </w:rPr>
      </w:pPr>
      <w:r w:rsidRPr="006C208E">
        <w:rPr>
          <w:rFonts w:ascii="Times New Roman" w:hAnsi="Times New Roman" w:cs="Times New Roman"/>
          <w:i/>
          <w:iCs/>
          <w:sz w:val="20"/>
          <w:szCs w:val="20"/>
        </w:rPr>
        <w:t>[Official Letterhead of Issuing Authority</w:t>
      </w:r>
      <w:r w:rsidRPr="006C208E">
        <w:rPr>
          <w:rFonts w:ascii="Times New Roman" w:hAnsi="Times New Roman" w:cs="Times New Roman"/>
          <w:sz w:val="24"/>
          <w:szCs w:val="24"/>
        </w:rPr>
        <w:t>]</w:t>
      </w:r>
    </w:p>
    <w:p w14:paraId="41C00810" w14:textId="77777777" w:rsidR="00F97A7B" w:rsidRPr="006C208E" w:rsidRDefault="00F97A7B" w:rsidP="006C208E">
      <w:pPr>
        <w:pStyle w:val="NoSpacing"/>
        <w:rPr>
          <w:rFonts w:ascii="Times New Roman" w:hAnsi="Times New Roman" w:cs="Times New Roman"/>
          <w:sz w:val="24"/>
          <w:szCs w:val="24"/>
        </w:rPr>
      </w:pPr>
    </w:p>
    <w:p w14:paraId="7F0214B1" w14:textId="77777777" w:rsidR="00F97A7B" w:rsidRPr="006C208E" w:rsidRDefault="00F97A7B" w:rsidP="006C208E">
      <w:pPr>
        <w:pStyle w:val="NoSpacing"/>
        <w:jc w:val="center"/>
        <w:rPr>
          <w:rFonts w:ascii="Times New Roman" w:hAnsi="Times New Roman" w:cs="Times New Roman"/>
          <w:b/>
          <w:bCs/>
          <w:sz w:val="24"/>
          <w:szCs w:val="24"/>
        </w:rPr>
      </w:pPr>
      <w:r w:rsidRPr="006C208E">
        <w:rPr>
          <w:rFonts w:ascii="Times New Roman" w:hAnsi="Times New Roman" w:cs="Times New Roman"/>
          <w:b/>
          <w:bCs/>
          <w:sz w:val="24"/>
          <w:szCs w:val="24"/>
        </w:rPr>
        <w:t>CONFIRMATION CERTIFICATE OF CLEAN COOKING SOLUTION INSTALLATION</w:t>
      </w:r>
    </w:p>
    <w:p w14:paraId="5C73AF3A" w14:textId="77777777" w:rsidR="00F97A7B" w:rsidRPr="006C208E" w:rsidRDefault="00F97A7B" w:rsidP="006C208E">
      <w:pPr>
        <w:pStyle w:val="NoSpacing"/>
        <w:rPr>
          <w:rFonts w:ascii="Times New Roman" w:hAnsi="Times New Roman" w:cs="Times New Roman"/>
          <w:sz w:val="24"/>
          <w:szCs w:val="24"/>
        </w:rPr>
      </w:pPr>
    </w:p>
    <w:p w14:paraId="0DE0C410" w14:textId="66ADC06F" w:rsidR="00F97A7B" w:rsidRPr="006C208E" w:rsidRDefault="000A6563" w:rsidP="006C208E">
      <w:pPr>
        <w:pStyle w:val="NoSpacing"/>
        <w:rPr>
          <w:rFonts w:ascii="Times New Roman" w:hAnsi="Times New Roman" w:cs="Times New Roman"/>
          <w:sz w:val="24"/>
          <w:szCs w:val="24"/>
        </w:rPr>
      </w:pPr>
      <w:r w:rsidRPr="006C208E">
        <w:rPr>
          <w:rFonts w:ascii="Times New Roman" w:hAnsi="Times New Roman" w:cs="Times New Roman"/>
          <w:sz w:val="24"/>
          <w:szCs w:val="24"/>
        </w:rPr>
        <w:t xml:space="preserve">Reference </w:t>
      </w:r>
      <w:r w:rsidR="00F97A7B" w:rsidRPr="006C208E">
        <w:rPr>
          <w:rFonts w:ascii="Times New Roman" w:hAnsi="Times New Roman" w:cs="Times New Roman"/>
          <w:sz w:val="24"/>
          <w:szCs w:val="24"/>
        </w:rPr>
        <w:t>No.: [__________]</w:t>
      </w:r>
    </w:p>
    <w:p w14:paraId="02CE53BC" w14:textId="77777777" w:rsidR="00F97A7B" w:rsidRPr="006C208E" w:rsidRDefault="00F97A7B" w:rsidP="006C208E">
      <w:pPr>
        <w:pStyle w:val="NoSpacing"/>
        <w:rPr>
          <w:rFonts w:ascii="Times New Roman" w:hAnsi="Times New Roman" w:cs="Times New Roman"/>
          <w:sz w:val="24"/>
          <w:szCs w:val="24"/>
        </w:rPr>
      </w:pPr>
      <w:r w:rsidRPr="006C208E">
        <w:rPr>
          <w:rFonts w:ascii="Times New Roman" w:hAnsi="Times New Roman" w:cs="Times New Roman"/>
          <w:sz w:val="24"/>
          <w:szCs w:val="24"/>
        </w:rPr>
        <w:t>Date of Issue: [DD/MM/YYYY]</w:t>
      </w:r>
    </w:p>
    <w:p w14:paraId="406F166F" w14:textId="77777777" w:rsidR="00F97A7B" w:rsidRPr="006C208E" w:rsidRDefault="00F97A7B" w:rsidP="006C208E">
      <w:pPr>
        <w:pStyle w:val="NoSpacing"/>
        <w:rPr>
          <w:rFonts w:ascii="Times New Roman" w:hAnsi="Times New Roman" w:cs="Times New Roman"/>
          <w:sz w:val="24"/>
          <w:szCs w:val="24"/>
        </w:rPr>
      </w:pPr>
    </w:p>
    <w:p w14:paraId="00BC7094" w14:textId="77777777" w:rsidR="00F97A7B" w:rsidRPr="006C208E" w:rsidRDefault="00F97A7B" w:rsidP="006C208E">
      <w:pPr>
        <w:pStyle w:val="NoSpacing"/>
        <w:rPr>
          <w:rFonts w:ascii="Times New Roman" w:hAnsi="Times New Roman" w:cs="Times New Roman"/>
          <w:b/>
          <w:bCs/>
          <w:sz w:val="24"/>
          <w:szCs w:val="24"/>
        </w:rPr>
      </w:pPr>
      <w:r w:rsidRPr="006C208E">
        <w:rPr>
          <w:rFonts w:ascii="Times New Roman" w:hAnsi="Times New Roman" w:cs="Times New Roman"/>
          <w:b/>
          <w:bCs/>
          <w:sz w:val="24"/>
          <w:szCs w:val="24"/>
        </w:rPr>
        <w:t>1. Applicant Information</w:t>
      </w:r>
    </w:p>
    <w:p w14:paraId="5837967C" w14:textId="3068D822" w:rsidR="00F97A7B" w:rsidRPr="006C208E" w:rsidRDefault="00F97A7B" w:rsidP="006C208E">
      <w:pPr>
        <w:pStyle w:val="NoSpacing"/>
        <w:rPr>
          <w:rFonts w:ascii="Times New Roman" w:hAnsi="Times New Roman" w:cs="Times New Roman"/>
          <w:sz w:val="24"/>
          <w:szCs w:val="24"/>
        </w:rPr>
      </w:pPr>
      <w:r w:rsidRPr="006C208E">
        <w:rPr>
          <w:rFonts w:ascii="Times New Roman" w:hAnsi="Times New Roman" w:cs="Times New Roman"/>
          <w:sz w:val="24"/>
          <w:szCs w:val="24"/>
        </w:rPr>
        <w:t>Name of Applicant: [__________________________]</w:t>
      </w:r>
    </w:p>
    <w:p w14:paraId="4FF2016A" w14:textId="77777777" w:rsidR="00F97A7B" w:rsidRPr="006C208E" w:rsidRDefault="00F97A7B" w:rsidP="006C208E">
      <w:pPr>
        <w:pStyle w:val="NoSpacing"/>
        <w:rPr>
          <w:rFonts w:ascii="Times New Roman" w:hAnsi="Times New Roman" w:cs="Times New Roman"/>
          <w:sz w:val="24"/>
          <w:szCs w:val="24"/>
        </w:rPr>
      </w:pPr>
      <w:r w:rsidRPr="006C208E">
        <w:rPr>
          <w:rFonts w:ascii="Times New Roman" w:hAnsi="Times New Roman" w:cs="Times New Roman"/>
          <w:sz w:val="24"/>
          <w:szCs w:val="24"/>
        </w:rPr>
        <w:t>Contact Address: [__________________________]</w:t>
      </w:r>
    </w:p>
    <w:p w14:paraId="6A4B994F" w14:textId="69407629" w:rsidR="00F97A7B" w:rsidRPr="006C208E" w:rsidRDefault="00F97A7B" w:rsidP="006C208E">
      <w:pPr>
        <w:pStyle w:val="NoSpacing"/>
        <w:rPr>
          <w:rFonts w:ascii="Times New Roman" w:hAnsi="Times New Roman" w:cs="Times New Roman"/>
          <w:sz w:val="24"/>
          <w:szCs w:val="24"/>
        </w:rPr>
      </w:pPr>
      <w:r w:rsidRPr="006C208E">
        <w:rPr>
          <w:rFonts w:ascii="Times New Roman" w:hAnsi="Times New Roman" w:cs="Times New Roman"/>
          <w:sz w:val="24"/>
          <w:szCs w:val="24"/>
        </w:rPr>
        <w:t>Phone: [__________________________]</w:t>
      </w:r>
    </w:p>
    <w:p w14:paraId="0459F2BA" w14:textId="6901EC77" w:rsidR="000A6563" w:rsidRPr="006C208E" w:rsidRDefault="000A6563" w:rsidP="006C208E">
      <w:pPr>
        <w:pStyle w:val="NoSpacing"/>
        <w:rPr>
          <w:rFonts w:ascii="Times New Roman" w:hAnsi="Times New Roman" w:cs="Times New Roman"/>
          <w:sz w:val="24"/>
          <w:szCs w:val="24"/>
        </w:rPr>
      </w:pPr>
      <w:r w:rsidRPr="006C208E">
        <w:rPr>
          <w:rFonts w:ascii="Times New Roman" w:hAnsi="Times New Roman" w:cs="Times New Roman"/>
          <w:sz w:val="24"/>
          <w:szCs w:val="24"/>
        </w:rPr>
        <w:t>Email: [__________________________]</w:t>
      </w:r>
    </w:p>
    <w:p w14:paraId="09C1807F" w14:textId="77777777" w:rsidR="000A6563" w:rsidRPr="006C208E" w:rsidRDefault="000A6563" w:rsidP="006C208E">
      <w:pPr>
        <w:pStyle w:val="NoSpacing"/>
        <w:rPr>
          <w:rFonts w:ascii="Times New Roman" w:hAnsi="Times New Roman" w:cs="Times New Roman"/>
          <w:sz w:val="24"/>
          <w:szCs w:val="24"/>
        </w:rPr>
      </w:pPr>
    </w:p>
    <w:p w14:paraId="71455293" w14:textId="77777777" w:rsidR="00F97A7B" w:rsidRPr="006C208E" w:rsidRDefault="00F97A7B" w:rsidP="006C208E">
      <w:pPr>
        <w:pStyle w:val="NoSpacing"/>
        <w:rPr>
          <w:rFonts w:ascii="Times New Roman" w:hAnsi="Times New Roman" w:cs="Times New Roman"/>
          <w:sz w:val="24"/>
          <w:szCs w:val="24"/>
        </w:rPr>
      </w:pPr>
    </w:p>
    <w:p w14:paraId="0B7DBA4E" w14:textId="74068E33" w:rsidR="00F97A7B" w:rsidRPr="006C208E" w:rsidRDefault="00F97A7B" w:rsidP="006C208E">
      <w:pPr>
        <w:pStyle w:val="NoSpacing"/>
        <w:rPr>
          <w:rFonts w:ascii="Times New Roman" w:hAnsi="Times New Roman" w:cs="Times New Roman"/>
          <w:b/>
          <w:bCs/>
          <w:sz w:val="24"/>
          <w:szCs w:val="24"/>
        </w:rPr>
      </w:pPr>
      <w:r w:rsidRPr="006C208E">
        <w:rPr>
          <w:rFonts w:ascii="Times New Roman" w:hAnsi="Times New Roman" w:cs="Times New Roman"/>
          <w:b/>
          <w:bCs/>
          <w:sz w:val="24"/>
          <w:szCs w:val="24"/>
        </w:rPr>
        <w:t xml:space="preserve">2. </w:t>
      </w:r>
      <w:r w:rsidR="002D6A43">
        <w:rPr>
          <w:rFonts w:ascii="Times New Roman" w:hAnsi="Times New Roman" w:cs="Times New Roman"/>
          <w:b/>
          <w:bCs/>
          <w:sz w:val="24"/>
          <w:szCs w:val="24"/>
        </w:rPr>
        <w:t>CCS deployment</w:t>
      </w:r>
      <w:r w:rsidR="002D6A43" w:rsidRPr="006C208E">
        <w:rPr>
          <w:rFonts w:ascii="Times New Roman" w:hAnsi="Times New Roman" w:cs="Times New Roman"/>
          <w:b/>
          <w:bCs/>
          <w:sz w:val="24"/>
          <w:szCs w:val="24"/>
        </w:rPr>
        <w:t xml:space="preserve"> </w:t>
      </w:r>
      <w:r w:rsidR="002D6A43">
        <w:rPr>
          <w:rFonts w:ascii="Times New Roman" w:hAnsi="Times New Roman" w:cs="Times New Roman"/>
          <w:b/>
          <w:bCs/>
          <w:sz w:val="24"/>
          <w:szCs w:val="24"/>
        </w:rPr>
        <w:t>d</w:t>
      </w:r>
      <w:r w:rsidRPr="006C208E">
        <w:rPr>
          <w:rFonts w:ascii="Times New Roman" w:hAnsi="Times New Roman" w:cs="Times New Roman"/>
          <w:b/>
          <w:bCs/>
          <w:sz w:val="24"/>
          <w:szCs w:val="24"/>
        </w:rPr>
        <w:t>etails</w:t>
      </w:r>
      <w:r w:rsidR="0090105A" w:rsidRPr="006C208E">
        <w:rPr>
          <w:rFonts w:ascii="Times New Roman" w:hAnsi="Times New Roman" w:cs="Times New Roman"/>
          <w:b/>
          <w:bCs/>
          <w:sz w:val="24"/>
          <w:szCs w:val="24"/>
        </w:rPr>
        <w:t xml:space="preserve"> for last 5 years</w:t>
      </w:r>
    </w:p>
    <w:tbl>
      <w:tblPr>
        <w:tblStyle w:val="TableGrid"/>
        <w:tblW w:w="5000" w:type="pct"/>
        <w:tblLook w:val="04A0" w:firstRow="1" w:lastRow="0" w:firstColumn="1" w:lastColumn="0" w:noHBand="0" w:noVBand="1"/>
      </w:tblPr>
      <w:tblGrid>
        <w:gridCol w:w="1001"/>
        <w:gridCol w:w="1140"/>
        <w:gridCol w:w="1142"/>
        <w:gridCol w:w="1093"/>
        <w:gridCol w:w="1162"/>
        <w:gridCol w:w="1162"/>
        <w:gridCol w:w="1163"/>
        <w:gridCol w:w="1156"/>
      </w:tblGrid>
      <w:tr w:rsidR="002A4BD4" w:rsidRPr="006C208E" w14:paraId="55598C76" w14:textId="1EFF2396" w:rsidTr="002A4BD4">
        <w:tc>
          <w:tcPr>
            <w:tcW w:w="555" w:type="pct"/>
            <w:vMerge w:val="restart"/>
            <w:vAlign w:val="center"/>
          </w:tcPr>
          <w:p w14:paraId="381543B3" w14:textId="77777777" w:rsidR="002A4BD4" w:rsidRPr="006C208E" w:rsidRDefault="002A4BD4" w:rsidP="006C208E">
            <w:pPr>
              <w:pStyle w:val="NoSpacing"/>
              <w:contextualSpacing/>
              <w:jc w:val="center"/>
              <w:rPr>
                <w:rFonts w:ascii="Times New Roman" w:hAnsi="Times New Roman" w:cs="Times New Roman"/>
                <w:b/>
                <w:bCs/>
                <w:sz w:val="24"/>
                <w:szCs w:val="24"/>
              </w:rPr>
            </w:pPr>
            <w:r w:rsidRPr="006C208E">
              <w:rPr>
                <w:rFonts w:ascii="Times New Roman" w:hAnsi="Times New Roman" w:cs="Times New Roman"/>
                <w:b/>
                <w:bCs/>
                <w:sz w:val="24"/>
                <w:szCs w:val="24"/>
              </w:rPr>
              <w:t>Tier</w:t>
            </w:r>
          </w:p>
        </w:tc>
        <w:tc>
          <w:tcPr>
            <w:tcW w:w="1871" w:type="pct"/>
            <w:gridSpan w:val="3"/>
          </w:tcPr>
          <w:p w14:paraId="22D3066B" w14:textId="5A2B6BD7" w:rsidR="002A4BD4" w:rsidRPr="006C208E" w:rsidRDefault="002A4BD4" w:rsidP="006C208E">
            <w:pPr>
              <w:pStyle w:val="NoSpacing"/>
              <w:contextualSpacing/>
              <w:jc w:val="center"/>
              <w:rPr>
                <w:rFonts w:ascii="Times New Roman" w:hAnsi="Times New Roman" w:cs="Times New Roman"/>
                <w:b/>
                <w:bCs/>
                <w:sz w:val="24"/>
                <w:szCs w:val="24"/>
              </w:rPr>
            </w:pPr>
            <w:r w:rsidRPr="006C208E">
              <w:rPr>
                <w:rFonts w:ascii="Times New Roman" w:hAnsi="Times New Roman" w:cs="Times New Roman"/>
                <w:b/>
                <w:bCs/>
                <w:sz w:val="24"/>
                <w:szCs w:val="24"/>
              </w:rPr>
              <w:t>In Malawi</w:t>
            </w:r>
          </w:p>
        </w:tc>
        <w:tc>
          <w:tcPr>
            <w:tcW w:w="1933" w:type="pct"/>
            <w:gridSpan w:val="3"/>
          </w:tcPr>
          <w:p w14:paraId="14A9E8ED" w14:textId="49F4A997" w:rsidR="002A4BD4" w:rsidRPr="006C208E" w:rsidRDefault="002A4BD4" w:rsidP="006C208E">
            <w:pPr>
              <w:pStyle w:val="NoSpacing"/>
              <w:contextualSpacing/>
              <w:jc w:val="center"/>
              <w:rPr>
                <w:rFonts w:ascii="Times New Roman" w:hAnsi="Times New Roman" w:cs="Times New Roman"/>
                <w:b/>
                <w:bCs/>
                <w:sz w:val="24"/>
                <w:szCs w:val="24"/>
              </w:rPr>
            </w:pPr>
            <w:r w:rsidRPr="006C208E">
              <w:rPr>
                <w:rFonts w:ascii="Times New Roman" w:hAnsi="Times New Roman" w:cs="Times New Roman"/>
                <w:b/>
                <w:bCs/>
                <w:sz w:val="24"/>
                <w:szCs w:val="24"/>
              </w:rPr>
              <w:t>In Africa (excluding Malawi)</w:t>
            </w:r>
          </w:p>
        </w:tc>
        <w:tc>
          <w:tcPr>
            <w:tcW w:w="641" w:type="pct"/>
            <w:vMerge w:val="restart"/>
            <w:vAlign w:val="center"/>
          </w:tcPr>
          <w:p w14:paraId="3D04F9CD" w14:textId="47731B39" w:rsidR="002A4BD4" w:rsidRPr="006C208E" w:rsidRDefault="002A4BD4" w:rsidP="006C208E">
            <w:pPr>
              <w:pStyle w:val="NoSpacing"/>
              <w:contextualSpacing/>
              <w:jc w:val="center"/>
              <w:rPr>
                <w:rFonts w:ascii="Times New Roman" w:hAnsi="Times New Roman" w:cs="Times New Roman"/>
                <w:b/>
                <w:bCs/>
                <w:sz w:val="24"/>
                <w:szCs w:val="24"/>
              </w:rPr>
            </w:pPr>
            <w:r w:rsidRPr="006C208E">
              <w:rPr>
                <w:rFonts w:ascii="Times New Roman" w:hAnsi="Times New Roman" w:cs="Times New Roman"/>
                <w:b/>
                <w:bCs/>
                <w:sz w:val="24"/>
                <w:szCs w:val="24"/>
              </w:rPr>
              <w:t>Total</w:t>
            </w:r>
          </w:p>
        </w:tc>
      </w:tr>
      <w:tr w:rsidR="002A4BD4" w:rsidRPr="006C208E" w14:paraId="5688082B" w14:textId="05DF8941" w:rsidTr="002A4BD4">
        <w:tc>
          <w:tcPr>
            <w:tcW w:w="555" w:type="pct"/>
            <w:vMerge/>
            <w:vAlign w:val="center"/>
          </w:tcPr>
          <w:p w14:paraId="676E65D4" w14:textId="77777777" w:rsidR="002A4BD4" w:rsidRPr="006C208E" w:rsidRDefault="002A4BD4" w:rsidP="006C208E">
            <w:pPr>
              <w:pStyle w:val="NoSpacing"/>
              <w:contextualSpacing/>
              <w:jc w:val="center"/>
              <w:rPr>
                <w:rFonts w:ascii="Times New Roman" w:hAnsi="Times New Roman" w:cs="Times New Roman"/>
                <w:sz w:val="24"/>
                <w:szCs w:val="24"/>
              </w:rPr>
            </w:pPr>
          </w:p>
        </w:tc>
        <w:tc>
          <w:tcPr>
            <w:tcW w:w="632" w:type="pct"/>
          </w:tcPr>
          <w:p w14:paraId="34DAC4F8" w14:textId="6881CD3E" w:rsidR="002A4BD4" w:rsidRPr="006C208E" w:rsidRDefault="00F428E1" w:rsidP="006C208E">
            <w:pPr>
              <w:pStyle w:val="NoSpacing"/>
              <w:contextualSpacing/>
              <w:jc w:val="center"/>
              <w:rPr>
                <w:rFonts w:ascii="Times New Roman" w:hAnsi="Times New Roman" w:cs="Times New Roman"/>
                <w:sz w:val="24"/>
                <w:szCs w:val="24"/>
              </w:rPr>
            </w:pPr>
            <w:r w:rsidRPr="006C208E">
              <w:rPr>
                <w:rFonts w:ascii="Times New Roman" w:hAnsi="Times New Roman" w:cs="Times New Roman"/>
                <w:sz w:val="24"/>
                <w:szCs w:val="24"/>
              </w:rPr>
              <w:t>1-Jan-21 to 31-Dec-23</w:t>
            </w:r>
          </w:p>
        </w:tc>
        <w:tc>
          <w:tcPr>
            <w:tcW w:w="633" w:type="pct"/>
            <w:vAlign w:val="center"/>
          </w:tcPr>
          <w:p w14:paraId="1145637D" w14:textId="0976FD29" w:rsidR="002A4BD4" w:rsidRPr="006C208E" w:rsidRDefault="002A4BD4" w:rsidP="006C208E">
            <w:pPr>
              <w:pStyle w:val="NoSpacing"/>
              <w:contextualSpacing/>
              <w:jc w:val="center"/>
              <w:rPr>
                <w:rFonts w:ascii="Times New Roman" w:hAnsi="Times New Roman" w:cs="Times New Roman"/>
                <w:sz w:val="24"/>
                <w:szCs w:val="24"/>
              </w:rPr>
            </w:pPr>
            <w:r w:rsidRPr="006C208E">
              <w:rPr>
                <w:rFonts w:ascii="Times New Roman" w:hAnsi="Times New Roman" w:cs="Times New Roman"/>
                <w:sz w:val="24"/>
                <w:szCs w:val="24"/>
              </w:rPr>
              <w:t>1-Jan-24 to 31-Dec-24</w:t>
            </w:r>
          </w:p>
        </w:tc>
        <w:tc>
          <w:tcPr>
            <w:tcW w:w="606" w:type="pct"/>
            <w:vAlign w:val="center"/>
          </w:tcPr>
          <w:p w14:paraId="2E067459" w14:textId="77777777" w:rsidR="002A4BD4" w:rsidRPr="006C208E" w:rsidRDefault="002A4BD4" w:rsidP="006C208E">
            <w:pPr>
              <w:pStyle w:val="NoSpacing"/>
              <w:contextualSpacing/>
              <w:jc w:val="center"/>
              <w:rPr>
                <w:rFonts w:ascii="Times New Roman" w:hAnsi="Times New Roman" w:cs="Times New Roman"/>
                <w:sz w:val="24"/>
                <w:szCs w:val="24"/>
              </w:rPr>
            </w:pPr>
            <w:r w:rsidRPr="006C208E">
              <w:rPr>
                <w:rFonts w:ascii="Times New Roman" w:hAnsi="Times New Roman" w:cs="Times New Roman"/>
                <w:sz w:val="24"/>
                <w:szCs w:val="24"/>
              </w:rPr>
              <w:t>1-Jan-25 to 31-Dec-25</w:t>
            </w:r>
          </w:p>
        </w:tc>
        <w:tc>
          <w:tcPr>
            <w:tcW w:w="644" w:type="pct"/>
          </w:tcPr>
          <w:p w14:paraId="1F8AC032" w14:textId="6C279547" w:rsidR="002A4BD4" w:rsidRPr="006C208E" w:rsidRDefault="00F428E1" w:rsidP="006C208E">
            <w:pPr>
              <w:pStyle w:val="NoSpacing"/>
              <w:contextualSpacing/>
              <w:jc w:val="center"/>
              <w:rPr>
                <w:rFonts w:ascii="Times New Roman" w:hAnsi="Times New Roman" w:cs="Times New Roman"/>
                <w:sz w:val="24"/>
                <w:szCs w:val="24"/>
              </w:rPr>
            </w:pPr>
            <w:r w:rsidRPr="006C208E">
              <w:rPr>
                <w:rFonts w:ascii="Times New Roman" w:hAnsi="Times New Roman" w:cs="Times New Roman"/>
                <w:sz w:val="24"/>
                <w:szCs w:val="24"/>
              </w:rPr>
              <w:t>1-Jan-21 to 31-Dec-23</w:t>
            </w:r>
          </w:p>
        </w:tc>
        <w:tc>
          <w:tcPr>
            <w:tcW w:w="644" w:type="pct"/>
            <w:vAlign w:val="center"/>
          </w:tcPr>
          <w:p w14:paraId="48AA4E2D" w14:textId="184EBBE3" w:rsidR="002A4BD4" w:rsidRPr="006C208E" w:rsidRDefault="002A4BD4" w:rsidP="006C208E">
            <w:pPr>
              <w:pStyle w:val="NoSpacing"/>
              <w:contextualSpacing/>
              <w:jc w:val="center"/>
              <w:rPr>
                <w:rFonts w:ascii="Times New Roman" w:hAnsi="Times New Roman" w:cs="Times New Roman"/>
                <w:sz w:val="24"/>
                <w:szCs w:val="24"/>
              </w:rPr>
            </w:pPr>
            <w:r w:rsidRPr="006C208E">
              <w:rPr>
                <w:rFonts w:ascii="Times New Roman" w:hAnsi="Times New Roman" w:cs="Times New Roman"/>
                <w:sz w:val="24"/>
                <w:szCs w:val="24"/>
              </w:rPr>
              <w:t>1-Jan-24 to 31-Dec-24</w:t>
            </w:r>
          </w:p>
        </w:tc>
        <w:tc>
          <w:tcPr>
            <w:tcW w:w="645" w:type="pct"/>
            <w:vAlign w:val="center"/>
          </w:tcPr>
          <w:p w14:paraId="4885F801" w14:textId="77777777" w:rsidR="002A4BD4" w:rsidRPr="006C208E" w:rsidRDefault="002A4BD4" w:rsidP="006C208E">
            <w:pPr>
              <w:pStyle w:val="NoSpacing"/>
              <w:contextualSpacing/>
              <w:jc w:val="center"/>
              <w:rPr>
                <w:rFonts w:ascii="Times New Roman" w:hAnsi="Times New Roman" w:cs="Times New Roman"/>
                <w:sz w:val="24"/>
                <w:szCs w:val="24"/>
              </w:rPr>
            </w:pPr>
            <w:r w:rsidRPr="006C208E">
              <w:rPr>
                <w:rFonts w:ascii="Times New Roman" w:hAnsi="Times New Roman" w:cs="Times New Roman"/>
                <w:sz w:val="24"/>
                <w:szCs w:val="24"/>
              </w:rPr>
              <w:t>1-Jan-25 to 31-Dec-25</w:t>
            </w:r>
          </w:p>
        </w:tc>
        <w:tc>
          <w:tcPr>
            <w:tcW w:w="641" w:type="pct"/>
            <w:vMerge/>
          </w:tcPr>
          <w:p w14:paraId="6BA12AFF" w14:textId="77777777" w:rsidR="002A4BD4" w:rsidRPr="006C208E" w:rsidRDefault="002A4BD4" w:rsidP="006C208E">
            <w:pPr>
              <w:pStyle w:val="NoSpacing"/>
              <w:contextualSpacing/>
              <w:jc w:val="center"/>
              <w:rPr>
                <w:rFonts w:ascii="Times New Roman" w:hAnsi="Times New Roman" w:cs="Times New Roman"/>
                <w:sz w:val="24"/>
                <w:szCs w:val="24"/>
              </w:rPr>
            </w:pPr>
          </w:p>
        </w:tc>
      </w:tr>
      <w:tr w:rsidR="002A4BD4" w:rsidRPr="006C208E" w14:paraId="5275E437" w14:textId="2371A3C9" w:rsidTr="007B0696">
        <w:trPr>
          <w:trHeight w:val="288"/>
        </w:trPr>
        <w:tc>
          <w:tcPr>
            <w:tcW w:w="555" w:type="pct"/>
            <w:vAlign w:val="center"/>
          </w:tcPr>
          <w:p w14:paraId="3BAE303D" w14:textId="36EC4103" w:rsidR="002A4BD4" w:rsidRPr="006C208E" w:rsidRDefault="002A4BD4" w:rsidP="006C208E">
            <w:pPr>
              <w:pStyle w:val="NoSpacing"/>
              <w:contextualSpacing/>
              <w:jc w:val="center"/>
              <w:rPr>
                <w:rFonts w:ascii="Times New Roman" w:hAnsi="Times New Roman" w:cs="Times New Roman"/>
                <w:sz w:val="24"/>
                <w:szCs w:val="24"/>
              </w:rPr>
            </w:pPr>
            <w:r w:rsidRPr="006C208E">
              <w:rPr>
                <w:rFonts w:ascii="Times New Roman" w:hAnsi="Times New Roman" w:cs="Times New Roman"/>
                <w:sz w:val="24"/>
                <w:szCs w:val="24"/>
              </w:rPr>
              <w:t xml:space="preserve">Tier </w:t>
            </w:r>
            <w:r w:rsidR="00332743" w:rsidRPr="006C208E">
              <w:rPr>
                <w:rFonts w:ascii="Times New Roman" w:hAnsi="Times New Roman" w:cs="Times New Roman"/>
                <w:sz w:val="24"/>
                <w:szCs w:val="24"/>
              </w:rPr>
              <w:t>1</w:t>
            </w:r>
          </w:p>
        </w:tc>
        <w:tc>
          <w:tcPr>
            <w:tcW w:w="632" w:type="pct"/>
          </w:tcPr>
          <w:p w14:paraId="4C41C7F8" w14:textId="77777777" w:rsidR="002A4BD4" w:rsidRPr="006C208E" w:rsidRDefault="002A4BD4" w:rsidP="006C208E">
            <w:pPr>
              <w:pStyle w:val="NoSpacing"/>
              <w:contextualSpacing/>
              <w:jc w:val="center"/>
              <w:rPr>
                <w:rFonts w:ascii="Times New Roman" w:hAnsi="Times New Roman" w:cs="Times New Roman"/>
                <w:sz w:val="24"/>
                <w:szCs w:val="24"/>
              </w:rPr>
            </w:pPr>
          </w:p>
        </w:tc>
        <w:tc>
          <w:tcPr>
            <w:tcW w:w="633" w:type="pct"/>
            <w:vAlign w:val="center"/>
          </w:tcPr>
          <w:p w14:paraId="247D6D1A" w14:textId="39214430" w:rsidR="002A4BD4" w:rsidRPr="006C208E" w:rsidRDefault="002A4BD4" w:rsidP="006C208E">
            <w:pPr>
              <w:pStyle w:val="NoSpacing"/>
              <w:contextualSpacing/>
              <w:jc w:val="center"/>
              <w:rPr>
                <w:rFonts w:ascii="Times New Roman" w:hAnsi="Times New Roman" w:cs="Times New Roman"/>
                <w:sz w:val="24"/>
                <w:szCs w:val="24"/>
              </w:rPr>
            </w:pPr>
          </w:p>
        </w:tc>
        <w:tc>
          <w:tcPr>
            <w:tcW w:w="606" w:type="pct"/>
            <w:vAlign w:val="center"/>
          </w:tcPr>
          <w:p w14:paraId="7ACF4938" w14:textId="77777777" w:rsidR="002A4BD4" w:rsidRPr="006C208E" w:rsidRDefault="002A4BD4" w:rsidP="006C208E">
            <w:pPr>
              <w:pStyle w:val="NoSpacing"/>
              <w:contextualSpacing/>
              <w:jc w:val="center"/>
              <w:rPr>
                <w:rFonts w:ascii="Times New Roman" w:hAnsi="Times New Roman" w:cs="Times New Roman"/>
                <w:sz w:val="24"/>
                <w:szCs w:val="24"/>
              </w:rPr>
            </w:pPr>
          </w:p>
        </w:tc>
        <w:tc>
          <w:tcPr>
            <w:tcW w:w="644" w:type="pct"/>
          </w:tcPr>
          <w:p w14:paraId="520D13CD" w14:textId="77777777" w:rsidR="002A4BD4" w:rsidRPr="006C208E" w:rsidRDefault="002A4BD4" w:rsidP="006C208E">
            <w:pPr>
              <w:pStyle w:val="NoSpacing"/>
              <w:contextualSpacing/>
              <w:jc w:val="center"/>
              <w:rPr>
                <w:rFonts w:ascii="Times New Roman" w:hAnsi="Times New Roman" w:cs="Times New Roman"/>
                <w:sz w:val="24"/>
                <w:szCs w:val="24"/>
              </w:rPr>
            </w:pPr>
          </w:p>
        </w:tc>
        <w:tc>
          <w:tcPr>
            <w:tcW w:w="644" w:type="pct"/>
            <w:vAlign w:val="center"/>
          </w:tcPr>
          <w:p w14:paraId="7D38F42F" w14:textId="02675AA5" w:rsidR="002A4BD4" w:rsidRPr="006C208E" w:rsidRDefault="002A4BD4" w:rsidP="006C208E">
            <w:pPr>
              <w:pStyle w:val="NoSpacing"/>
              <w:contextualSpacing/>
              <w:jc w:val="center"/>
              <w:rPr>
                <w:rFonts w:ascii="Times New Roman" w:hAnsi="Times New Roman" w:cs="Times New Roman"/>
                <w:sz w:val="24"/>
                <w:szCs w:val="24"/>
              </w:rPr>
            </w:pPr>
          </w:p>
        </w:tc>
        <w:tc>
          <w:tcPr>
            <w:tcW w:w="645" w:type="pct"/>
            <w:vAlign w:val="center"/>
          </w:tcPr>
          <w:p w14:paraId="0CFC9F3F" w14:textId="77777777" w:rsidR="002A4BD4" w:rsidRPr="006C208E" w:rsidRDefault="002A4BD4" w:rsidP="006C208E">
            <w:pPr>
              <w:pStyle w:val="NoSpacing"/>
              <w:contextualSpacing/>
              <w:jc w:val="center"/>
              <w:rPr>
                <w:rFonts w:ascii="Times New Roman" w:hAnsi="Times New Roman" w:cs="Times New Roman"/>
                <w:sz w:val="24"/>
                <w:szCs w:val="24"/>
              </w:rPr>
            </w:pPr>
          </w:p>
        </w:tc>
        <w:tc>
          <w:tcPr>
            <w:tcW w:w="641" w:type="pct"/>
          </w:tcPr>
          <w:p w14:paraId="59A509A5" w14:textId="77777777" w:rsidR="002A4BD4" w:rsidRPr="006C208E" w:rsidRDefault="002A4BD4" w:rsidP="006C208E">
            <w:pPr>
              <w:pStyle w:val="NoSpacing"/>
              <w:contextualSpacing/>
              <w:jc w:val="center"/>
              <w:rPr>
                <w:rFonts w:ascii="Times New Roman" w:hAnsi="Times New Roman" w:cs="Times New Roman"/>
                <w:sz w:val="24"/>
                <w:szCs w:val="24"/>
              </w:rPr>
            </w:pPr>
          </w:p>
        </w:tc>
      </w:tr>
      <w:tr w:rsidR="002A4BD4" w:rsidRPr="006C208E" w14:paraId="7FC87D9E" w14:textId="5417437C" w:rsidTr="007B0696">
        <w:trPr>
          <w:trHeight w:val="288"/>
        </w:trPr>
        <w:tc>
          <w:tcPr>
            <w:tcW w:w="555" w:type="pct"/>
            <w:vAlign w:val="center"/>
          </w:tcPr>
          <w:p w14:paraId="0FC0F1E4" w14:textId="72396799" w:rsidR="002A4BD4" w:rsidRPr="006C208E" w:rsidRDefault="002A4BD4" w:rsidP="006C208E">
            <w:pPr>
              <w:pStyle w:val="NoSpacing"/>
              <w:contextualSpacing/>
              <w:jc w:val="center"/>
              <w:rPr>
                <w:rFonts w:ascii="Times New Roman" w:hAnsi="Times New Roman" w:cs="Times New Roman"/>
                <w:sz w:val="24"/>
                <w:szCs w:val="24"/>
              </w:rPr>
            </w:pPr>
            <w:r w:rsidRPr="006C208E">
              <w:rPr>
                <w:rFonts w:ascii="Times New Roman" w:hAnsi="Times New Roman" w:cs="Times New Roman"/>
                <w:sz w:val="24"/>
                <w:szCs w:val="24"/>
              </w:rPr>
              <w:t xml:space="preserve">Tier </w:t>
            </w:r>
            <w:r w:rsidR="00332743" w:rsidRPr="006C208E">
              <w:rPr>
                <w:rFonts w:ascii="Times New Roman" w:hAnsi="Times New Roman" w:cs="Times New Roman"/>
                <w:sz w:val="24"/>
                <w:szCs w:val="24"/>
              </w:rPr>
              <w:t>2</w:t>
            </w:r>
          </w:p>
        </w:tc>
        <w:tc>
          <w:tcPr>
            <w:tcW w:w="632" w:type="pct"/>
          </w:tcPr>
          <w:p w14:paraId="0B389F78" w14:textId="77777777" w:rsidR="002A4BD4" w:rsidRPr="006C208E" w:rsidRDefault="002A4BD4" w:rsidP="006C208E">
            <w:pPr>
              <w:pStyle w:val="NoSpacing"/>
              <w:contextualSpacing/>
              <w:jc w:val="center"/>
              <w:rPr>
                <w:rFonts w:ascii="Times New Roman" w:hAnsi="Times New Roman" w:cs="Times New Roman"/>
                <w:sz w:val="24"/>
                <w:szCs w:val="24"/>
              </w:rPr>
            </w:pPr>
          </w:p>
        </w:tc>
        <w:tc>
          <w:tcPr>
            <w:tcW w:w="633" w:type="pct"/>
            <w:vAlign w:val="center"/>
          </w:tcPr>
          <w:p w14:paraId="780C7E7B" w14:textId="2AFEC782" w:rsidR="002A4BD4" w:rsidRPr="006C208E" w:rsidRDefault="002A4BD4" w:rsidP="006C208E">
            <w:pPr>
              <w:pStyle w:val="NoSpacing"/>
              <w:contextualSpacing/>
              <w:jc w:val="center"/>
              <w:rPr>
                <w:rFonts w:ascii="Times New Roman" w:hAnsi="Times New Roman" w:cs="Times New Roman"/>
                <w:sz w:val="24"/>
                <w:szCs w:val="24"/>
              </w:rPr>
            </w:pPr>
          </w:p>
        </w:tc>
        <w:tc>
          <w:tcPr>
            <w:tcW w:w="606" w:type="pct"/>
            <w:vAlign w:val="center"/>
          </w:tcPr>
          <w:p w14:paraId="125D3FE7" w14:textId="77777777" w:rsidR="002A4BD4" w:rsidRPr="006C208E" w:rsidRDefault="002A4BD4" w:rsidP="006C208E">
            <w:pPr>
              <w:pStyle w:val="NoSpacing"/>
              <w:contextualSpacing/>
              <w:jc w:val="center"/>
              <w:rPr>
                <w:rFonts w:ascii="Times New Roman" w:hAnsi="Times New Roman" w:cs="Times New Roman"/>
                <w:sz w:val="24"/>
                <w:szCs w:val="24"/>
              </w:rPr>
            </w:pPr>
          </w:p>
        </w:tc>
        <w:tc>
          <w:tcPr>
            <w:tcW w:w="644" w:type="pct"/>
          </w:tcPr>
          <w:p w14:paraId="4A9D984B" w14:textId="77777777" w:rsidR="002A4BD4" w:rsidRPr="006C208E" w:rsidRDefault="002A4BD4" w:rsidP="006C208E">
            <w:pPr>
              <w:pStyle w:val="NoSpacing"/>
              <w:contextualSpacing/>
              <w:jc w:val="center"/>
              <w:rPr>
                <w:rFonts w:ascii="Times New Roman" w:hAnsi="Times New Roman" w:cs="Times New Roman"/>
                <w:sz w:val="24"/>
                <w:szCs w:val="24"/>
              </w:rPr>
            </w:pPr>
          </w:p>
        </w:tc>
        <w:tc>
          <w:tcPr>
            <w:tcW w:w="644" w:type="pct"/>
            <w:vAlign w:val="center"/>
          </w:tcPr>
          <w:p w14:paraId="1E694747" w14:textId="1E69598F" w:rsidR="002A4BD4" w:rsidRPr="006C208E" w:rsidRDefault="002A4BD4" w:rsidP="006C208E">
            <w:pPr>
              <w:pStyle w:val="NoSpacing"/>
              <w:contextualSpacing/>
              <w:jc w:val="center"/>
              <w:rPr>
                <w:rFonts w:ascii="Times New Roman" w:hAnsi="Times New Roman" w:cs="Times New Roman"/>
                <w:sz w:val="24"/>
                <w:szCs w:val="24"/>
              </w:rPr>
            </w:pPr>
          </w:p>
        </w:tc>
        <w:tc>
          <w:tcPr>
            <w:tcW w:w="645" w:type="pct"/>
            <w:vAlign w:val="center"/>
          </w:tcPr>
          <w:p w14:paraId="47E037C6" w14:textId="77777777" w:rsidR="002A4BD4" w:rsidRPr="006C208E" w:rsidRDefault="002A4BD4" w:rsidP="006C208E">
            <w:pPr>
              <w:pStyle w:val="NoSpacing"/>
              <w:contextualSpacing/>
              <w:jc w:val="center"/>
              <w:rPr>
                <w:rFonts w:ascii="Times New Roman" w:hAnsi="Times New Roman" w:cs="Times New Roman"/>
                <w:sz w:val="24"/>
                <w:szCs w:val="24"/>
              </w:rPr>
            </w:pPr>
          </w:p>
        </w:tc>
        <w:tc>
          <w:tcPr>
            <w:tcW w:w="641" w:type="pct"/>
          </w:tcPr>
          <w:p w14:paraId="1B84D746" w14:textId="77777777" w:rsidR="002A4BD4" w:rsidRPr="006C208E" w:rsidRDefault="002A4BD4" w:rsidP="006C208E">
            <w:pPr>
              <w:pStyle w:val="NoSpacing"/>
              <w:contextualSpacing/>
              <w:jc w:val="center"/>
              <w:rPr>
                <w:rFonts w:ascii="Times New Roman" w:hAnsi="Times New Roman" w:cs="Times New Roman"/>
                <w:sz w:val="24"/>
                <w:szCs w:val="24"/>
              </w:rPr>
            </w:pPr>
          </w:p>
        </w:tc>
      </w:tr>
      <w:tr w:rsidR="002A4BD4" w:rsidRPr="006C208E" w14:paraId="3FF924FF" w14:textId="55A02013" w:rsidTr="007B0696">
        <w:trPr>
          <w:trHeight w:val="288"/>
        </w:trPr>
        <w:tc>
          <w:tcPr>
            <w:tcW w:w="555" w:type="pct"/>
            <w:vAlign w:val="center"/>
          </w:tcPr>
          <w:p w14:paraId="49881CAB" w14:textId="31D41330" w:rsidR="002A4BD4" w:rsidRPr="006C208E" w:rsidRDefault="002A4BD4" w:rsidP="006C208E">
            <w:pPr>
              <w:pStyle w:val="NoSpacing"/>
              <w:contextualSpacing/>
              <w:jc w:val="center"/>
              <w:rPr>
                <w:rFonts w:ascii="Times New Roman" w:hAnsi="Times New Roman" w:cs="Times New Roman"/>
                <w:sz w:val="24"/>
                <w:szCs w:val="24"/>
              </w:rPr>
            </w:pPr>
            <w:r w:rsidRPr="006C208E">
              <w:rPr>
                <w:rFonts w:ascii="Times New Roman" w:hAnsi="Times New Roman" w:cs="Times New Roman"/>
                <w:sz w:val="24"/>
                <w:szCs w:val="24"/>
              </w:rPr>
              <w:t xml:space="preserve">Tier </w:t>
            </w:r>
            <w:r w:rsidR="00332743" w:rsidRPr="006C208E">
              <w:rPr>
                <w:rFonts w:ascii="Times New Roman" w:hAnsi="Times New Roman" w:cs="Times New Roman"/>
                <w:sz w:val="24"/>
                <w:szCs w:val="24"/>
              </w:rPr>
              <w:t>3</w:t>
            </w:r>
          </w:p>
        </w:tc>
        <w:tc>
          <w:tcPr>
            <w:tcW w:w="632" w:type="pct"/>
          </w:tcPr>
          <w:p w14:paraId="7F8F189F" w14:textId="77777777" w:rsidR="002A4BD4" w:rsidRPr="006C208E" w:rsidRDefault="002A4BD4" w:rsidP="006C208E">
            <w:pPr>
              <w:pStyle w:val="NoSpacing"/>
              <w:contextualSpacing/>
              <w:jc w:val="center"/>
              <w:rPr>
                <w:rFonts w:ascii="Times New Roman" w:hAnsi="Times New Roman" w:cs="Times New Roman"/>
                <w:sz w:val="24"/>
                <w:szCs w:val="24"/>
              </w:rPr>
            </w:pPr>
          </w:p>
        </w:tc>
        <w:tc>
          <w:tcPr>
            <w:tcW w:w="633" w:type="pct"/>
            <w:vAlign w:val="center"/>
          </w:tcPr>
          <w:p w14:paraId="05C0B925" w14:textId="6AF6224F" w:rsidR="002A4BD4" w:rsidRPr="006C208E" w:rsidRDefault="002A4BD4" w:rsidP="006C208E">
            <w:pPr>
              <w:pStyle w:val="NoSpacing"/>
              <w:contextualSpacing/>
              <w:jc w:val="center"/>
              <w:rPr>
                <w:rFonts w:ascii="Times New Roman" w:hAnsi="Times New Roman" w:cs="Times New Roman"/>
                <w:sz w:val="24"/>
                <w:szCs w:val="24"/>
              </w:rPr>
            </w:pPr>
          </w:p>
        </w:tc>
        <w:tc>
          <w:tcPr>
            <w:tcW w:w="606" w:type="pct"/>
            <w:vAlign w:val="center"/>
          </w:tcPr>
          <w:p w14:paraId="4D8B7EEE" w14:textId="77777777" w:rsidR="002A4BD4" w:rsidRPr="006C208E" w:rsidRDefault="002A4BD4" w:rsidP="006C208E">
            <w:pPr>
              <w:pStyle w:val="NoSpacing"/>
              <w:contextualSpacing/>
              <w:jc w:val="center"/>
              <w:rPr>
                <w:rFonts w:ascii="Times New Roman" w:hAnsi="Times New Roman" w:cs="Times New Roman"/>
                <w:sz w:val="24"/>
                <w:szCs w:val="24"/>
              </w:rPr>
            </w:pPr>
          </w:p>
        </w:tc>
        <w:tc>
          <w:tcPr>
            <w:tcW w:w="644" w:type="pct"/>
          </w:tcPr>
          <w:p w14:paraId="55A41B79" w14:textId="77777777" w:rsidR="002A4BD4" w:rsidRPr="006C208E" w:rsidRDefault="002A4BD4" w:rsidP="006C208E">
            <w:pPr>
              <w:pStyle w:val="NoSpacing"/>
              <w:contextualSpacing/>
              <w:jc w:val="center"/>
              <w:rPr>
                <w:rFonts w:ascii="Times New Roman" w:hAnsi="Times New Roman" w:cs="Times New Roman"/>
                <w:sz w:val="24"/>
                <w:szCs w:val="24"/>
              </w:rPr>
            </w:pPr>
          </w:p>
        </w:tc>
        <w:tc>
          <w:tcPr>
            <w:tcW w:w="644" w:type="pct"/>
            <w:vAlign w:val="center"/>
          </w:tcPr>
          <w:p w14:paraId="7B915D07" w14:textId="5A5A4F61" w:rsidR="002A4BD4" w:rsidRPr="006C208E" w:rsidRDefault="002A4BD4" w:rsidP="006C208E">
            <w:pPr>
              <w:pStyle w:val="NoSpacing"/>
              <w:contextualSpacing/>
              <w:jc w:val="center"/>
              <w:rPr>
                <w:rFonts w:ascii="Times New Roman" w:hAnsi="Times New Roman" w:cs="Times New Roman"/>
                <w:sz w:val="24"/>
                <w:szCs w:val="24"/>
              </w:rPr>
            </w:pPr>
          </w:p>
        </w:tc>
        <w:tc>
          <w:tcPr>
            <w:tcW w:w="645" w:type="pct"/>
            <w:vAlign w:val="center"/>
          </w:tcPr>
          <w:p w14:paraId="12AADD51" w14:textId="77777777" w:rsidR="002A4BD4" w:rsidRPr="006C208E" w:rsidRDefault="002A4BD4" w:rsidP="006C208E">
            <w:pPr>
              <w:pStyle w:val="NoSpacing"/>
              <w:contextualSpacing/>
              <w:jc w:val="center"/>
              <w:rPr>
                <w:rFonts w:ascii="Times New Roman" w:hAnsi="Times New Roman" w:cs="Times New Roman"/>
                <w:sz w:val="24"/>
                <w:szCs w:val="24"/>
              </w:rPr>
            </w:pPr>
          </w:p>
        </w:tc>
        <w:tc>
          <w:tcPr>
            <w:tcW w:w="641" w:type="pct"/>
          </w:tcPr>
          <w:p w14:paraId="7AFB5FA0" w14:textId="77777777" w:rsidR="002A4BD4" w:rsidRPr="006C208E" w:rsidRDefault="002A4BD4" w:rsidP="006C208E">
            <w:pPr>
              <w:pStyle w:val="NoSpacing"/>
              <w:contextualSpacing/>
              <w:jc w:val="center"/>
              <w:rPr>
                <w:rFonts w:ascii="Times New Roman" w:hAnsi="Times New Roman" w:cs="Times New Roman"/>
                <w:sz w:val="24"/>
                <w:szCs w:val="24"/>
              </w:rPr>
            </w:pPr>
          </w:p>
        </w:tc>
      </w:tr>
      <w:tr w:rsidR="002A4BD4" w:rsidRPr="006C208E" w14:paraId="2D98E075" w14:textId="679FEBED" w:rsidTr="007B0696">
        <w:trPr>
          <w:trHeight w:val="288"/>
        </w:trPr>
        <w:tc>
          <w:tcPr>
            <w:tcW w:w="555" w:type="pct"/>
            <w:vAlign w:val="center"/>
          </w:tcPr>
          <w:p w14:paraId="540D29CB" w14:textId="461EA6E9" w:rsidR="002A4BD4" w:rsidRPr="006C208E" w:rsidRDefault="002A4BD4" w:rsidP="006C208E">
            <w:pPr>
              <w:pStyle w:val="NoSpacing"/>
              <w:contextualSpacing/>
              <w:jc w:val="center"/>
              <w:rPr>
                <w:rFonts w:ascii="Times New Roman" w:hAnsi="Times New Roman" w:cs="Times New Roman"/>
                <w:sz w:val="24"/>
                <w:szCs w:val="24"/>
              </w:rPr>
            </w:pPr>
            <w:r w:rsidRPr="006C208E">
              <w:rPr>
                <w:rFonts w:ascii="Times New Roman" w:hAnsi="Times New Roman" w:cs="Times New Roman"/>
                <w:sz w:val="24"/>
                <w:szCs w:val="24"/>
              </w:rPr>
              <w:t xml:space="preserve">Tier </w:t>
            </w:r>
            <w:r w:rsidR="00332743" w:rsidRPr="006C208E">
              <w:rPr>
                <w:rFonts w:ascii="Times New Roman" w:hAnsi="Times New Roman" w:cs="Times New Roman"/>
                <w:sz w:val="24"/>
                <w:szCs w:val="24"/>
              </w:rPr>
              <w:t>4</w:t>
            </w:r>
          </w:p>
        </w:tc>
        <w:tc>
          <w:tcPr>
            <w:tcW w:w="632" w:type="pct"/>
          </w:tcPr>
          <w:p w14:paraId="274A52D4" w14:textId="77777777" w:rsidR="002A4BD4" w:rsidRPr="006C208E" w:rsidRDefault="002A4BD4" w:rsidP="006C208E">
            <w:pPr>
              <w:pStyle w:val="NoSpacing"/>
              <w:contextualSpacing/>
              <w:jc w:val="center"/>
              <w:rPr>
                <w:rFonts w:ascii="Times New Roman" w:hAnsi="Times New Roman" w:cs="Times New Roman"/>
                <w:sz w:val="24"/>
                <w:szCs w:val="24"/>
              </w:rPr>
            </w:pPr>
          </w:p>
        </w:tc>
        <w:tc>
          <w:tcPr>
            <w:tcW w:w="633" w:type="pct"/>
            <w:vAlign w:val="center"/>
          </w:tcPr>
          <w:p w14:paraId="180944D0" w14:textId="1646702E" w:rsidR="002A4BD4" w:rsidRPr="006C208E" w:rsidRDefault="002A4BD4" w:rsidP="006C208E">
            <w:pPr>
              <w:pStyle w:val="NoSpacing"/>
              <w:contextualSpacing/>
              <w:jc w:val="center"/>
              <w:rPr>
                <w:rFonts w:ascii="Times New Roman" w:hAnsi="Times New Roman" w:cs="Times New Roman"/>
                <w:sz w:val="24"/>
                <w:szCs w:val="24"/>
              </w:rPr>
            </w:pPr>
          </w:p>
        </w:tc>
        <w:tc>
          <w:tcPr>
            <w:tcW w:w="606" w:type="pct"/>
            <w:vAlign w:val="center"/>
          </w:tcPr>
          <w:p w14:paraId="36A1A0E7" w14:textId="77777777" w:rsidR="002A4BD4" w:rsidRPr="006C208E" w:rsidRDefault="002A4BD4" w:rsidP="006C208E">
            <w:pPr>
              <w:pStyle w:val="NoSpacing"/>
              <w:contextualSpacing/>
              <w:jc w:val="center"/>
              <w:rPr>
                <w:rFonts w:ascii="Times New Roman" w:hAnsi="Times New Roman" w:cs="Times New Roman"/>
                <w:sz w:val="24"/>
                <w:szCs w:val="24"/>
              </w:rPr>
            </w:pPr>
          </w:p>
        </w:tc>
        <w:tc>
          <w:tcPr>
            <w:tcW w:w="644" w:type="pct"/>
          </w:tcPr>
          <w:p w14:paraId="19E8F399" w14:textId="77777777" w:rsidR="002A4BD4" w:rsidRPr="006C208E" w:rsidRDefault="002A4BD4" w:rsidP="006C208E">
            <w:pPr>
              <w:pStyle w:val="NoSpacing"/>
              <w:contextualSpacing/>
              <w:jc w:val="center"/>
              <w:rPr>
                <w:rFonts w:ascii="Times New Roman" w:hAnsi="Times New Roman" w:cs="Times New Roman"/>
                <w:sz w:val="24"/>
                <w:szCs w:val="24"/>
              </w:rPr>
            </w:pPr>
          </w:p>
        </w:tc>
        <w:tc>
          <w:tcPr>
            <w:tcW w:w="644" w:type="pct"/>
            <w:vAlign w:val="center"/>
          </w:tcPr>
          <w:p w14:paraId="71A68060" w14:textId="4393D897" w:rsidR="002A4BD4" w:rsidRPr="006C208E" w:rsidRDefault="002A4BD4" w:rsidP="006C208E">
            <w:pPr>
              <w:pStyle w:val="NoSpacing"/>
              <w:contextualSpacing/>
              <w:jc w:val="center"/>
              <w:rPr>
                <w:rFonts w:ascii="Times New Roman" w:hAnsi="Times New Roman" w:cs="Times New Roman"/>
                <w:sz w:val="24"/>
                <w:szCs w:val="24"/>
              </w:rPr>
            </w:pPr>
          </w:p>
        </w:tc>
        <w:tc>
          <w:tcPr>
            <w:tcW w:w="645" w:type="pct"/>
            <w:vAlign w:val="center"/>
          </w:tcPr>
          <w:p w14:paraId="1B97E780" w14:textId="77777777" w:rsidR="002A4BD4" w:rsidRPr="006C208E" w:rsidRDefault="002A4BD4" w:rsidP="006C208E">
            <w:pPr>
              <w:pStyle w:val="NoSpacing"/>
              <w:contextualSpacing/>
              <w:jc w:val="center"/>
              <w:rPr>
                <w:rFonts w:ascii="Times New Roman" w:hAnsi="Times New Roman" w:cs="Times New Roman"/>
                <w:sz w:val="24"/>
                <w:szCs w:val="24"/>
              </w:rPr>
            </w:pPr>
          </w:p>
        </w:tc>
        <w:tc>
          <w:tcPr>
            <w:tcW w:w="641" w:type="pct"/>
          </w:tcPr>
          <w:p w14:paraId="7D2AD536" w14:textId="77777777" w:rsidR="002A4BD4" w:rsidRPr="006C208E" w:rsidRDefault="002A4BD4" w:rsidP="006C208E">
            <w:pPr>
              <w:pStyle w:val="NoSpacing"/>
              <w:contextualSpacing/>
              <w:jc w:val="center"/>
              <w:rPr>
                <w:rFonts w:ascii="Times New Roman" w:hAnsi="Times New Roman" w:cs="Times New Roman"/>
                <w:sz w:val="24"/>
                <w:szCs w:val="24"/>
              </w:rPr>
            </w:pPr>
          </w:p>
        </w:tc>
      </w:tr>
      <w:tr w:rsidR="002A4BD4" w:rsidRPr="006C208E" w14:paraId="7D3F54D1" w14:textId="5209ADCD" w:rsidTr="007B0696">
        <w:trPr>
          <w:trHeight w:val="288"/>
        </w:trPr>
        <w:tc>
          <w:tcPr>
            <w:tcW w:w="555" w:type="pct"/>
            <w:vAlign w:val="center"/>
          </w:tcPr>
          <w:p w14:paraId="5CE7C2DE" w14:textId="19C2E125" w:rsidR="002A4BD4" w:rsidRPr="006C208E" w:rsidRDefault="002A4BD4" w:rsidP="006C208E">
            <w:pPr>
              <w:pStyle w:val="NoSpacing"/>
              <w:contextualSpacing/>
              <w:jc w:val="center"/>
              <w:rPr>
                <w:rFonts w:ascii="Times New Roman" w:hAnsi="Times New Roman" w:cs="Times New Roman"/>
                <w:sz w:val="24"/>
                <w:szCs w:val="24"/>
              </w:rPr>
            </w:pPr>
            <w:r w:rsidRPr="006C208E">
              <w:rPr>
                <w:rFonts w:ascii="Times New Roman" w:hAnsi="Times New Roman" w:cs="Times New Roman"/>
                <w:sz w:val="24"/>
                <w:szCs w:val="24"/>
              </w:rPr>
              <w:t xml:space="preserve">Tier </w:t>
            </w:r>
            <w:r w:rsidR="00332743" w:rsidRPr="006C208E">
              <w:rPr>
                <w:rFonts w:ascii="Times New Roman" w:hAnsi="Times New Roman" w:cs="Times New Roman"/>
                <w:sz w:val="24"/>
                <w:szCs w:val="24"/>
              </w:rPr>
              <w:t>5</w:t>
            </w:r>
          </w:p>
        </w:tc>
        <w:tc>
          <w:tcPr>
            <w:tcW w:w="632" w:type="pct"/>
          </w:tcPr>
          <w:p w14:paraId="623C046E" w14:textId="77777777" w:rsidR="002A4BD4" w:rsidRPr="006C208E" w:rsidRDefault="002A4BD4" w:rsidP="006C208E">
            <w:pPr>
              <w:pStyle w:val="NoSpacing"/>
              <w:contextualSpacing/>
              <w:jc w:val="center"/>
              <w:rPr>
                <w:rFonts w:ascii="Times New Roman" w:hAnsi="Times New Roman" w:cs="Times New Roman"/>
                <w:sz w:val="24"/>
                <w:szCs w:val="24"/>
              </w:rPr>
            </w:pPr>
          </w:p>
        </w:tc>
        <w:tc>
          <w:tcPr>
            <w:tcW w:w="633" w:type="pct"/>
            <w:vAlign w:val="center"/>
          </w:tcPr>
          <w:p w14:paraId="422B9ABC" w14:textId="36EAA155" w:rsidR="002A4BD4" w:rsidRPr="006C208E" w:rsidRDefault="002A4BD4" w:rsidP="006C208E">
            <w:pPr>
              <w:pStyle w:val="NoSpacing"/>
              <w:contextualSpacing/>
              <w:jc w:val="center"/>
              <w:rPr>
                <w:rFonts w:ascii="Times New Roman" w:hAnsi="Times New Roman" w:cs="Times New Roman"/>
                <w:sz w:val="24"/>
                <w:szCs w:val="24"/>
              </w:rPr>
            </w:pPr>
          </w:p>
        </w:tc>
        <w:tc>
          <w:tcPr>
            <w:tcW w:w="606" w:type="pct"/>
            <w:vAlign w:val="center"/>
          </w:tcPr>
          <w:p w14:paraId="1DDC0134" w14:textId="77777777" w:rsidR="002A4BD4" w:rsidRPr="006C208E" w:rsidRDefault="002A4BD4" w:rsidP="006C208E">
            <w:pPr>
              <w:pStyle w:val="NoSpacing"/>
              <w:contextualSpacing/>
              <w:jc w:val="center"/>
              <w:rPr>
                <w:rFonts w:ascii="Times New Roman" w:hAnsi="Times New Roman" w:cs="Times New Roman"/>
                <w:sz w:val="24"/>
                <w:szCs w:val="24"/>
              </w:rPr>
            </w:pPr>
          </w:p>
        </w:tc>
        <w:tc>
          <w:tcPr>
            <w:tcW w:w="644" w:type="pct"/>
          </w:tcPr>
          <w:p w14:paraId="2FF22873" w14:textId="77777777" w:rsidR="002A4BD4" w:rsidRPr="006C208E" w:rsidRDefault="002A4BD4" w:rsidP="006C208E">
            <w:pPr>
              <w:pStyle w:val="NoSpacing"/>
              <w:contextualSpacing/>
              <w:jc w:val="center"/>
              <w:rPr>
                <w:rFonts w:ascii="Times New Roman" w:hAnsi="Times New Roman" w:cs="Times New Roman"/>
                <w:sz w:val="24"/>
                <w:szCs w:val="24"/>
              </w:rPr>
            </w:pPr>
          </w:p>
        </w:tc>
        <w:tc>
          <w:tcPr>
            <w:tcW w:w="644" w:type="pct"/>
            <w:vAlign w:val="center"/>
          </w:tcPr>
          <w:p w14:paraId="1C26F8BE" w14:textId="5D9ECB82" w:rsidR="002A4BD4" w:rsidRPr="006C208E" w:rsidRDefault="002A4BD4" w:rsidP="006C208E">
            <w:pPr>
              <w:pStyle w:val="NoSpacing"/>
              <w:contextualSpacing/>
              <w:jc w:val="center"/>
              <w:rPr>
                <w:rFonts w:ascii="Times New Roman" w:hAnsi="Times New Roman" w:cs="Times New Roman"/>
                <w:sz w:val="24"/>
                <w:szCs w:val="24"/>
              </w:rPr>
            </w:pPr>
          </w:p>
        </w:tc>
        <w:tc>
          <w:tcPr>
            <w:tcW w:w="645" w:type="pct"/>
            <w:vAlign w:val="center"/>
          </w:tcPr>
          <w:p w14:paraId="1E214420" w14:textId="77777777" w:rsidR="002A4BD4" w:rsidRPr="006C208E" w:rsidRDefault="002A4BD4" w:rsidP="006C208E">
            <w:pPr>
              <w:pStyle w:val="NoSpacing"/>
              <w:contextualSpacing/>
              <w:jc w:val="center"/>
              <w:rPr>
                <w:rFonts w:ascii="Times New Roman" w:hAnsi="Times New Roman" w:cs="Times New Roman"/>
                <w:sz w:val="24"/>
                <w:szCs w:val="24"/>
              </w:rPr>
            </w:pPr>
          </w:p>
        </w:tc>
        <w:tc>
          <w:tcPr>
            <w:tcW w:w="641" w:type="pct"/>
          </w:tcPr>
          <w:p w14:paraId="585D65D7" w14:textId="77777777" w:rsidR="002A4BD4" w:rsidRPr="006C208E" w:rsidRDefault="002A4BD4" w:rsidP="006C208E">
            <w:pPr>
              <w:pStyle w:val="NoSpacing"/>
              <w:contextualSpacing/>
              <w:jc w:val="center"/>
              <w:rPr>
                <w:rFonts w:ascii="Times New Roman" w:hAnsi="Times New Roman" w:cs="Times New Roman"/>
                <w:sz w:val="24"/>
                <w:szCs w:val="24"/>
              </w:rPr>
            </w:pPr>
          </w:p>
        </w:tc>
      </w:tr>
      <w:tr w:rsidR="002A4BD4" w:rsidRPr="006C208E" w14:paraId="47953490" w14:textId="4E03F55C" w:rsidTr="007B0696">
        <w:trPr>
          <w:trHeight w:val="288"/>
        </w:trPr>
        <w:tc>
          <w:tcPr>
            <w:tcW w:w="555" w:type="pct"/>
            <w:vAlign w:val="center"/>
          </w:tcPr>
          <w:p w14:paraId="01A5C3ED" w14:textId="77777777" w:rsidR="002A4BD4" w:rsidRPr="006C208E" w:rsidRDefault="002A4BD4" w:rsidP="006C208E">
            <w:pPr>
              <w:pStyle w:val="NoSpacing"/>
              <w:contextualSpacing/>
              <w:jc w:val="center"/>
              <w:rPr>
                <w:rFonts w:ascii="Times New Roman" w:hAnsi="Times New Roman" w:cs="Times New Roman"/>
                <w:b/>
                <w:bCs/>
                <w:sz w:val="24"/>
                <w:szCs w:val="24"/>
              </w:rPr>
            </w:pPr>
            <w:r w:rsidRPr="006C208E">
              <w:rPr>
                <w:rFonts w:ascii="Times New Roman" w:hAnsi="Times New Roman" w:cs="Times New Roman"/>
                <w:b/>
                <w:bCs/>
                <w:sz w:val="24"/>
                <w:szCs w:val="24"/>
              </w:rPr>
              <w:t>Total</w:t>
            </w:r>
          </w:p>
        </w:tc>
        <w:tc>
          <w:tcPr>
            <w:tcW w:w="632" w:type="pct"/>
          </w:tcPr>
          <w:p w14:paraId="4A23D0A4" w14:textId="77777777" w:rsidR="002A4BD4" w:rsidRPr="006C208E" w:rsidRDefault="002A4BD4" w:rsidP="006C208E">
            <w:pPr>
              <w:pStyle w:val="NoSpacing"/>
              <w:contextualSpacing/>
              <w:jc w:val="center"/>
              <w:rPr>
                <w:rFonts w:ascii="Times New Roman" w:hAnsi="Times New Roman" w:cs="Times New Roman"/>
                <w:sz w:val="24"/>
                <w:szCs w:val="24"/>
              </w:rPr>
            </w:pPr>
          </w:p>
        </w:tc>
        <w:tc>
          <w:tcPr>
            <w:tcW w:w="633" w:type="pct"/>
            <w:vAlign w:val="center"/>
          </w:tcPr>
          <w:p w14:paraId="4F5A0116" w14:textId="709974D4" w:rsidR="002A4BD4" w:rsidRPr="006C208E" w:rsidRDefault="002A4BD4" w:rsidP="006C208E">
            <w:pPr>
              <w:pStyle w:val="NoSpacing"/>
              <w:contextualSpacing/>
              <w:jc w:val="center"/>
              <w:rPr>
                <w:rFonts w:ascii="Times New Roman" w:hAnsi="Times New Roman" w:cs="Times New Roman"/>
                <w:sz w:val="24"/>
                <w:szCs w:val="24"/>
              </w:rPr>
            </w:pPr>
          </w:p>
        </w:tc>
        <w:tc>
          <w:tcPr>
            <w:tcW w:w="606" w:type="pct"/>
            <w:vAlign w:val="center"/>
          </w:tcPr>
          <w:p w14:paraId="4AE8865B" w14:textId="77777777" w:rsidR="002A4BD4" w:rsidRPr="006C208E" w:rsidRDefault="002A4BD4" w:rsidP="006C208E">
            <w:pPr>
              <w:pStyle w:val="NoSpacing"/>
              <w:contextualSpacing/>
              <w:jc w:val="center"/>
              <w:rPr>
                <w:rFonts w:ascii="Times New Roman" w:hAnsi="Times New Roman" w:cs="Times New Roman"/>
                <w:sz w:val="24"/>
                <w:szCs w:val="24"/>
              </w:rPr>
            </w:pPr>
          </w:p>
        </w:tc>
        <w:tc>
          <w:tcPr>
            <w:tcW w:w="644" w:type="pct"/>
          </w:tcPr>
          <w:p w14:paraId="58913BD0" w14:textId="77777777" w:rsidR="002A4BD4" w:rsidRPr="006C208E" w:rsidRDefault="002A4BD4" w:rsidP="006C208E">
            <w:pPr>
              <w:pStyle w:val="NoSpacing"/>
              <w:contextualSpacing/>
              <w:jc w:val="center"/>
              <w:rPr>
                <w:rFonts w:ascii="Times New Roman" w:hAnsi="Times New Roman" w:cs="Times New Roman"/>
                <w:sz w:val="24"/>
                <w:szCs w:val="24"/>
              </w:rPr>
            </w:pPr>
          </w:p>
        </w:tc>
        <w:tc>
          <w:tcPr>
            <w:tcW w:w="644" w:type="pct"/>
            <w:vAlign w:val="center"/>
          </w:tcPr>
          <w:p w14:paraId="55771C6F" w14:textId="3CAD1F29" w:rsidR="002A4BD4" w:rsidRPr="006C208E" w:rsidRDefault="002A4BD4" w:rsidP="006C208E">
            <w:pPr>
              <w:pStyle w:val="NoSpacing"/>
              <w:contextualSpacing/>
              <w:jc w:val="center"/>
              <w:rPr>
                <w:rFonts w:ascii="Times New Roman" w:hAnsi="Times New Roman" w:cs="Times New Roman"/>
                <w:sz w:val="24"/>
                <w:szCs w:val="24"/>
              </w:rPr>
            </w:pPr>
          </w:p>
        </w:tc>
        <w:tc>
          <w:tcPr>
            <w:tcW w:w="645" w:type="pct"/>
            <w:vAlign w:val="center"/>
          </w:tcPr>
          <w:p w14:paraId="558AC42F" w14:textId="77777777" w:rsidR="002A4BD4" w:rsidRPr="006C208E" w:rsidRDefault="002A4BD4" w:rsidP="006C208E">
            <w:pPr>
              <w:pStyle w:val="NoSpacing"/>
              <w:contextualSpacing/>
              <w:jc w:val="center"/>
              <w:rPr>
                <w:rFonts w:ascii="Times New Roman" w:hAnsi="Times New Roman" w:cs="Times New Roman"/>
                <w:sz w:val="24"/>
                <w:szCs w:val="24"/>
              </w:rPr>
            </w:pPr>
          </w:p>
        </w:tc>
        <w:tc>
          <w:tcPr>
            <w:tcW w:w="641" w:type="pct"/>
          </w:tcPr>
          <w:p w14:paraId="08E8B114" w14:textId="77777777" w:rsidR="002A4BD4" w:rsidRPr="006C208E" w:rsidRDefault="002A4BD4" w:rsidP="006C208E">
            <w:pPr>
              <w:pStyle w:val="NoSpacing"/>
              <w:contextualSpacing/>
              <w:jc w:val="center"/>
              <w:rPr>
                <w:rFonts w:ascii="Times New Roman" w:hAnsi="Times New Roman" w:cs="Times New Roman"/>
                <w:sz w:val="24"/>
                <w:szCs w:val="24"/>
              </w:rPr>
            </w:pPr>
          </w:p>
        </w:tc>
      </w:tr>
    </w:tbl>
    <w:p w14:paraId="7DDBBA24" w14:textId="77777777" w:rsidR="00F97A7B" w:rsidRPr="006C208E" w:rsidRDefault="00F97A7B" w:rsidP="006C208E">
      <w:pPr>
        <w:pStyle w:val="NoSpacing"/>
        <w:rPr>
          <w:rFonts w:ascii="Times New Roman" w:hAnsi="Times New Roman" w:cs="Times New Roman"/>
          <w:sz w:val="24"/>
          <w:szCs w:val="24"/>
        </w:rPr>
      </w:pPr>
    </w:p>
    <w:p w14:paraId="78625BF1" w14:textId="77777777" w:rsidR="00F97A7B" w:rsidRPr="006C208E" w:rsidRDefault="00F97A7B" w:rsidP="006C208E">
      <w:pPr>
        <w:pStyle w:val="NoSpacing"/>
        <w:rPr>
          <w:rFonts w:ascii="Times New Roman" w:hAnsi="Times New Roman" w:cs="Times New Roman"/>
          <w:sz w:val="24"/>
          <w:szCs w:val="24"/>
        </w:rPr>
      </w:pPr>
    </w:p>
    <w:p w14:paraId="6CDAB9AA" w14:textId="77777777" w:rsidR="00F97A7B" w:rsidRPr="006C208E" w:rsidRDefault="00F97A7B" w:rsidP="006C208E">
      <w:pPr>
        <w:pStyle w:val="NoSpacing"/>
        <w:rPr>
          <w:rFonts w:ascii="Times New Roman" w:hAnsi="Times New Roman" w:cs="Times New Roman"/>
          <w:b/>
          <w:bCs/>
          <w:sz w:val="24"/>
          <w:szCs w:val="24"/>
        </w:rPr>
      </w:pPr>
      <w:r w:rsidRPr="006C208E">
        <w:rPr>
          <w:rFonts w:ascii="Times New Roman" w:hAnsi="Times New Roman" w:cs="Times New Roman"/>
          <w:b/>
          <w:bCs/>
          <w:sz w:val="24"/>
          <w:szCs w:val="24"/>
        </w:rPr>
        <w:t>3. Verification Statement</w:t>
      </w:r>
    </w:p>
    <w:p w14:paraId="1E11ADB0" w14:textId="61F42D81" w:rsidR="00F97A7B" w:rsidRPr="006C208E" w:rsidRDefault="00F97A7B" w:rsidP="006C208E">
      <w:pPr>
        <w:pStyle w:val="NoSpacing"/>
        <w:jc w:val="both"/>
        <w:rPr>
          <w:rFonts w:ascii="Times New Roman" w:hAnsi="Times New Roman" w:cs="Times New Roman"/>
          <w:sz w:val="24"/>
          <w:szCs w:val="24"/>
        </w:rPr>
      </w:pPr>
      <w:r w:rsidRPr="006C208E">
        <w:rPr>
          <w:rFonts w:ascii="Times New Roman" w:hAnsi="Times New Roman" w:cs="Times New Roman"/>
          <w:sz w:val="24"/>
          <w:szCs w:val="24"/>
        </w:rPr>
        <w:t>This is to certify that</w:t>
      </w:r>
      <w:r w:rsidR="00FD2331">
        <w:rPr>
          <w:rFonts w:ascii="Times New Roman" w:hAnsi="Times New Roman" w:cs="Times New Roman"/>
          <w:sz w:val="24"/>
          <w:szCs w:val="24"/>
        </w:rPr>
        <w:t xml:space="preserve"> </w:t>
      </w:r>
      <w:r w:rsidRPr="006C208E">
        <w:rPr>
          <w:rFonts w:ascii="Times New Roman" w:hAnsi="Times New Roman" w:cs="Times New Roman"/>
          <w:sz w:val="24"/>
          <w:szCs w:val="24"/>
        </w:rPr>
        <w:t xml:space="preserve">the above-mentioned clean cooking solutions </w:t>
      </w:r>
      <w:r w:rsidR="00136F91">
        <w:rPr>
          <w:rFonts w:ascii="Times New Roman" w:hAnsi="Times New Roman" w:cs="Times New Roman"/>
          <w:sz w:val="24"/>
          <w:szCs w:val="24"/>
        </w:rPr>
        <w:t>were deployed</w:t>
      </w:r>
      <w:r w:rsidRPr="006C208E">
        <w:rPr>
          <w:rFonts w:ascii="Times New Roman" w:hAnsi="Times New Roman" w:cs="Times New Roman"/>
          <w:sz w:val="24"/>
          <w:szCs w:val="24"/>
        </w:rPr>
        <w:t xml:space="preserve"> during the stated period and </w:t>
      </w:r>
      <w:r w:rsidR="00FD2331">
        <w:rPr>
          <w:rFonts w:ascii="Times New Roman" w:hAnsi="Times New Roman" w:cs="Times New Roman"/>
          <w:sz w:val="24"/>
          <w:szCs w:val="24"/>
        </w:rPr>
        <w:t xml:space="preserve">in the stated </w:t>
      </w:r>
      <w:r w:rsidRPr="006C208E">
        <w:rPr>
          <w:rFonts w:ascii="Times New Roman" w:hAnsi="Times New Roman" w:cs="Times New Roman"/>
          <w:sz w:val="24"/>
          <w:szCs w:val="24"/>
        </w:rPr>
        <w:t xml:space="preserve">locations. The </w:t>
      </w:r>
      <w:r w:rsidR="00FD2331">
        <w:rPr>
          <w:rFonts w:ascii="Times New Roman" w:hAnsi="Times New Roman" w:cs="Times New Roman"/>
          <w:sz w:val="24"/>
          <w:szCs w:val="24"/>
        </w:rPr>
        <w:t>deployment figures</w:t>
      </w:r>
      <w:r w:rsidR="00FD2331" w:rsidRPr="006C208E">
        <w:rPr>
          <w:rFonts w:ascii="Times New Roman" w:hAnsi="Times New Roman" w:cs="Times New Roman"/>
          <w:sz w:val="24"/>
          <w:szCs w:val="24"/>
        </w:rPr>
        <w:t xml:space="preserve"> </w:t>
      </w:r>
      <w:r w:rsidRPr="006C208E">
        <w:rPr>
          <w:rFonts w:ascii="Times New Roman" w:hAnsi="Times New Roman" w:cs="Times New Roman"/>
          <w:sz w:val="24"/>
          <w:szCs w:val="24"/>
        </w:rPr>
        <w:t>have been verified and validated by the undersigned authority.</w:t>
      </w:r>
    </w:p>
    <w:p w14:paraId="27410764" w14:textId="77777777" w:rsidR="00F97A7B" w:rsidRPr="006C208E" w:rsidRDefault="00F97A7B" w:rsidP="006C208E">
      <w:pPr>
        <w:pStyle w:val="NoSpacing"/>
        <w:rPr>
          <w:rFonts w:ascii="Times New Roman" w:hAnsi="Times New Roman" w:cs="Times New Roman"/>
          <w:sz w:val="24"/>
          <w:szCs w:val="24"/>
        </w:rPr>
      </w:pPr>
    </w:p>
    <w:p w14:paraId="04C541A0" w14:textId="77777777" w:rsidR="00F97A7B" w:rsidRPr="006C208E" w:rsidRDefault="00F97A7B" w:rsidP="006C208E">
      <w:pPr>
        <w:pStyle w:val="NoSpacing"/>
        <w:rPr>
          <w:rFonts w:ascii="Times New Roman" w:hAnsi="Times New Roman" w:cs="Times New Roman"/>
          <w:b/>
          <w:bCs/>
          <w:sz w:val="24"/>
          <w:szCs w:val="24"/>
        </w:rPr>
      </w:pPr>
      <w:r w:rsidRPr="006C208E">
        <w:rPr>
          <w:rFonts w:ascii="Times New Roman" w:hAnsi="Times New Roman" w:cs="Times New Roman"/>
          <w:b/>
          <w:bCs/>
          <w:sz w:val="24"/>
          <w:szCs w:val="24"/>
        </w:rPr>
        <w:t>4. Issuing Authority</w:t>
      </w:r>
    </w:p>
    <w:p w14:paraId="1E7356BE" w14:textId="58D96D82" w:rsidR="00F97A7B" w:rsidRPr="006C208E" w:rsidRDefault="00F97A7B" w:rsidP="006C208E">
      <w:pPr>
        <w:pStyle w:val="NoSpacing"/>
        <w:rPr>
          <w:rFonts w:ascii="Times New Roman" w:hAnsi="Times New Roman" w:cs="Times New Roman"/>
          <w:sz w:val="24"/>
          <w:szCs w:val="24"/>
        </w:rPr>
      </w:pPr>
      <w:r w:rsidRPr="006C208E">
        <w:rPr>
          <w:rFonts w:ascii="Times New Roman" w:hAnsi="Times New Roman" w:cs="Times New Roman"/>
          <w:sz w:val="24"/>
          <w:szCs w:val="24"/>
        </w:rPr>
        <w:t xml:space="preserve">Name of Authority: </w:t>
      </w:r>
      <w:r w:rsidR="00DC5911" w:rsidRPr="006C208E">
        <w:rPr>
          <w:rFonts w:ascii="Times New Roman" w:hAnsi="Times New Roman" w:cs="Times New Roman"/>
          <w:sz w:val="24"/>
          <w:szCs w:val="24"/>
        </w:rPr>
        <w:t>[__________________________]</w:t>
      </w:r>
    </w:p>
    <w:p w14:paraId="4FE2D413" w14:textId="77777777" w:rsidR="00F97A7B" w:rsidRPr="006C208E" w:rsidRDefault="00F97A7B" w:rsidP="006C208E">
      <w:pPr>
        <w:pStyle w:val="NoSpacing"/>
        <w:rPr>
          <w:rFonts w:ascii="Times New Roman" w:hAnsi="Times New Roman" w:cs="Times New Roman"/>
          <w:sz w:val="24"/>
          <w:szCs w:val="24"/>
        </w:rPr>
      </w:pPr>
      <w:r w:rsidRPr="006C208E">
        <w:rPr>
          <w:rFonts w:ascii="Times New Roman" w:hAnsi="Times New Roman" w:cs="Times New Roman"/>
          <w:sz w:val="24"/>
          <w:szCs w:val="24"/>
        </w:rPr>
        <w:t>Designation: [__________________________]</w:t>
      </w:r>
    </w:p>
    <w:p w14:paraId="21807634" w14:textId="77777777" w:rsidR="00F97A7B" w:rsidRDefault="00F97A7B" w:rsidP="006C208E">
      <w:pPr>
        <w:pStyle w:val="NoSpacing"/>
        <w:rPr>
          <w:rFonts w:ascii="Times New Roman" w:hAnsi="Times New Roman" w:cs="Times New Roman"/>
          <w:sz w:val="24"/>
          <w:szCs w:val="24"/>
        </w:rPr>
      </w:pPr>
      <w:r w:rsidRPr="006C208E">
        <w:rPr>
          <w:rFonts w:ascii="Times New Roman" w:hAnsi="Times New Roman" w:cs="Times New Roman"/>
          <w:sz w:val="24"/>
          <w:szCs w:val="24"/>
        </w:rPr>
        <w:t>Organization: [__________________________]</w:t>
      </w:r>
    </w:p>
    <w:p w14:paraId="335FD426" w14:textId="1C4C58CB" w:rsidR="0099423A" w:rsidRDefault="0099423A" w:rsidP="006C208E">
      <w:pPr>
        <w:pStyle w:val="NoSpacing"/>
        <w:rPr>
          <w:rFonts w:ascii="Times New Roman" w:hAnsi="Times New Roman" w:cs="Times New Roman"/>
          <w:sz w:val="24"/>
          <w:szCs w:val="24"/>
        </w:rPr>
      </w:pPr>
      <w:r>
        <w:rPr>
          <w:rFonts w:ascii="Times New Roman" w:hAnsi="Times New Roman" w:cs="Times New Roman"/>
          <w:sz w:val="24"/>
          <w:szCs w:val="24"/>
        </w:rPr>
        <w:t xml:space="preserve">E-mail: </w:t>
      </w:r>
      <w:r w:rsidRPr="006C208E">
        <w:rPr>
          <w:rFonts w:ascii="Times New Roman" w:hAnsi="Times New Roman" w:cs="Times New Roman"/>
          <w:sz w:val="24"/>
          <w:szCs w:val="24"/>
        </w:rPr>
        <w:t>[__________________________]</w:t>
      </w:r>
    </w:p>
    <w:p w14:paraId="0628131D" w14:textId="0A82B361" w:rsidR="0099423A" w:rsidRPr="006C208E" w:rsidRDefault="0099423A" w:rsidP="006C208E">
      <w:pPr>
        <w:pStyle w:val="NoSpacing"/>
        <w:rPr>
          <w:rFonts w:ascii="Times New Roman" w:hAnsi="Times New Roman" w:cs="Times New Roman"/>
          <w:sz w:val="24"/>
          <w:szCs w:val="24"/>
        </w:rPr>
      </w:pPr>
      <w:r>
        <w:rPr>
          <w:rFonts w:ascii="Times New Roman" w:hAnsi="Times New Roman" w:cs="Times New Roman"/>
          <w:sz w:val="24"/>
          <w:szCs w:val="24"/>
        </w:rPr>
        <w:t xml:space="preserve">Mobile: </w:t>
      </w:r>
      <w:r w:rsidRPr="006C208E">
        <w:rPr>
          <w:rFonts w:ascii="Times New Roman" w:hAnsi="Times New Roman" w:cs="Times New Roman"/>
          <w:sz w:val="24"/>
          <w:szCs w:val="24"/>
        </w:rPr>
        <w:t>[__________________________]</w:t>
      </w:r>
    </w:p>
    <w:p w14:paraId="2ED60A4F" w14:textId="29718E62" w:rsidR="00F97A7B" w:rsidRPr="006C208E" w:rsidRDefault="00F97A7B" w:rsidP="006C208E">
      <w:pPr>
        <w:pStyle w:val="NoSpacing"/>
        <w:rPr>
          <w:rFonts w:ascii="Times New Roman" w:hAnsi="Times New Roman" w:cs="Times New Roman"/>
          <w:sz w:val="24"/>
          <w:szCs w:val="24"/>
        </w:rPr>
      </w:pPr>
      <w:r w:rsidRPr="006C208E">
        <w:rPr>
          <w:rFonts w:ascii="Times New Roman" w:hAnsi="Times New Roman" w:cs="Times New Roman"/>
          <w:sz w:val="24"/>
          <w:szCs w:val="24"/>
        </w:rPr>
        <w:t>Signature &amp; Seal: ________________________</w:t>
      </w:r>
    </w:p>
    <w:p w14:paraId="448C5AF6" w14:textId="5BD20A86" w:rsidR="00F97A7B" w:rsidRPr="008A3C8C" w:rsidRDefault="00F97A7B" w:rsidP="006C208E">
      <w:pPr>
        <w:pStyle w:val="NoSpacing"/>
        <w:spacing w:line="276" w:lineRule="auto"/>
        <w:rPr>
          <w:rFonts w:ascii="Times New Roman" w:hAnsi="Times New Roman" w:cs="Times New Roman"/>
          <w:sz w:val="24"/>
          <w:szCs w:val="24"/>
        </w:rPr>
      </w:pPr>
      <w:r w:rsidRPr="006C208E">
        <w:rPr>
          <w:rFonts w:ascii="Times New Roman" w:hAnsi="Times New Roman" w:cs="Times New Roman"/>
          <w:sz w:val="24"/>
          <w:szCs w:val="24"/>
        </w:rPr>
        <w:t>Date: [DD/MM/YYYY]</w:t>
      </w:r>
    </w:p>
    <w:sectPr w:rsidR="00F97A7B" w:rsidRPr="008A3C8C" w:rsidSect="00D014E3">
      <w:pgSz w:w="11909" w:h="16834"/>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0029C" w14:textId="77777777" w:rsidR="001F4377" w:rsidRDefault="001F4377" w:rsidP="00F139FF">
      <w:pPr>
        <w:spacing w:line="240" w:lineRule="auto"/>
      </w:pPr>
      <w:r>
        <w:separator/>
      </w:r>
    </w:p>
  </w:endnote>
  <w:endnote w:type="continuationSeparator" w:id="0">
    <w:p w14:paraId="65D91755" w14:textId="77777777" w:rsidR="001F4377" w:rsidRDefault="001F4377" w:rsidP="00F139FF">
      <w:pPr>
        <w:spacing w:line="240" w:lineRule="auto"/>
      </w:pPr>
      <w:r>
        <w:continuationSeparator/>
      </w:r>
    </w:p>
  </w:endnote>
  <w:endnote w:type="continuationNotice" w:id="1">
    <w:p w14:paraId="28B55408" w14:textId="77777777" w:rsidR="001F4377" w:rsidRDefault="001F43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DACDD" w14:textId="4DB68FA4" w:rsidR="00FB5242" w:rsidRDefault="00FB5242">
    <w:pPr>
      <w:pStyle w:val="Footer"/>
    </w:pPr>
    <w:r>
      <w:rPr>
        <w:noProof/>
      </w:rPr>
      <mc:AlternateContent>
        <mc:Choice Requires="wps">
          <w:drawing>
            <wp:anchor distT="0" distB="0" distL="0" distR="0" simplePos="0" relativeHeight="251658752" behindDoc="0" locked="0" layoutInCell="1" allowOverlap="1" wp14:anchorId="6FB176D1" wp14:editId="043B475E">
              <wp:simplePos x="635" y="635"/>
              <wp:positionH relativeFrom="page">
                <wp:align>right</wp:align>
              </wp:positionH>
              <wp:positionV relativeFrom="page">
                <wp:align>bottom</wp:align>
              </wp:positionV>
              <wp:extent cx="1172210" cy="368935"/>
              <wp:effectExtent l="0" t="0" r="0" b="0"/>
              <wp:wrapNone/>
              <wp:docPr id="1012187196"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8935"/>
                      </a:xfrm>
                      <a:prstGeom prst="rect">
                        <a:avLst/>
                      </a:prstGeom>
                      <a:noFill/>
                      <a:ln>
                        <a:noFill/>
                      </a:ln>
                    </wps:spPr>
                    <wps:txbx>
                      <w:txbxContent>
                        <w:p w14:paraId="6E4D422F" w14:textId="24F10847" w:rsidR="00FB5242" w:rsidRPr="000B06C4" w:rsidRDefault="00FB5242" w:rsidP="000B06C4">
                          <w:pPr>
                            <w:spacing w:after="0"/>
                            <w:rPr>
                              <w:rFonts w:ascii="Aptos" w:eastAsia="Aptos" w:hAnsi="Aptos" w:cs="Aptos"/>
                              <w:noProof/>
                              <w:color w:val="000000"/>
                              <w:sz w:val="20"/>
                              <w:szCs w:val="20"/>
                            </w:rPr>
                          </w:pPr>
                          <w:r w:rsidRPr="000B06C4">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FB176D1" id="_x0000_t202" coordsize="21600,21600" o:spt="202" path="m,l,21600r21600,l21600,xe">
              <v:stroke joinstyle="miter"/>
              <v:path gradientshapeok="t" o:connecttype="rect"/>
            </v:shapetype>
            <v:shape id="Text Box 2" o:spid="_x0000_s1026" type="#_x0000_t202" alt="Official Use Only" style="position:absolute;margin-left:41.1pt;margin-top:0;width:92.3pt;height:29.05pt;z-index:25165875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" filled="f" stroked="f">
              <v:textbox style="mso-fit-shape-to-text:t" inset="0,0,20pt,15pt">
                <w:txbxContent>
                  <w:p w14:paraId="6E4D422F" w14:textId="24F10847" w:rsidR="00FB5242" w:rsidRPr="000B06C4" w:rsidRDefault="00FB5242" w:rsidP="000B06C4">
                    <w:pPr>
                      <w:spacing w:after="0"/>
                      <w:rPr>
                        <w:rFonts w:ascii="Aptos" w:eastAsia="Aptos" w:hAnsi="Aptos" w:cs="Aptos"/>
                        <w:noProof/>
                        <w:color w:val="000000"/>
                        <w:sz w:val="20"/>
                        <w:szCs w:val="20"/>
                      </w:rPr>
                    </w:pPr>
                    <w:r w:rsidRPr="000B06C4">
                      <w:rPr>
                        <w:rFonts w:ascii="Aptos" w:eastAsia="Aptos" w:hAnsi="Aptos" w:cs="Aptos"/>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8"/>
        <w:szCs w:val="18"/>
      </w:rPr>
      <w:id w:val="1844586578"/>
      <w:docPartObj>
        <w:docPartGallery w:val="Page Numbers (Bottom of Page)"/>
        <w:docPartUnique/>
      </w:docPartObj>
    </w:sdtPr>
    <w:sdtEndPr/>
    <w:sdtContent>
      <w:p w14:paraId="1B73726C" w14:textId="77777777" w:rsidR="00FB5242" w:rsidRDefault="00FB5242">
        <w:pPr>
          <w:pStyle w:val="Footer"/>
          <w:jc w:val="right"/>
          <w:rPr>
            <w:rFonts w:ascii="Times New Roman" w:hAnsi="Times New Roman" w:cs="Times New Roman"/>
            <w:sz w:val="18"/>
            <w:szCs w:val="18"/>
          </w:rPr>
        </w:pPr>
      </w:p>
      <w:sdt>
        <w:sdtPr>
          <w:rPr>
            <w:rFonts w:ascii="Times New Roman" w:hAnsi="Times New Roman" w:cs="Times New Roman"/>
            <w:sz w:val="18"/>
            <w:szCs w:val="18"/>
          </w:rPr>
          <w:id w:val="280686399"/>
          <w:docPartObj>
            <w:docPartGallery w:val="Page Numbers (Top of Page)"/>
            <w:docPartUnique/>
          </w:docPartObj>
        </w:sdtPr>
        <w:sdtEndPr/>
        <w:sdtContent>
          <w:p w14:paraId="165CAC69" w14:textId="358DC962" w:rsidR="00FB5242" w:rsidRPr="00E94344" w:rsidRDefault="00FB5242">
            <w:pPr>
              <w:pStyle w:val="Footer"/>
              <w:jc w:val="right"/>
              <w:rPr>
                <w:rFonts w:ascii="Times New Roman" w:hAnsi="Times New Roman" w:cs="Times New Roman"/>
                <w:sz w:val="18"/>
                <w:szCs w:val="18"/>
              </w:rPr>
            </w:pPr>
            <w:r>
              <w:rPr>
                <w:rFonts w:ascii="Times New Roman" w:hAnsi="Times New Roman" w:cs="Times New Roman"/>
                <w:noProof/>
                <w:sz w:val="18"/>
                <w:szCs w:val="18"/>
              </w:rPr>
              <mc:AlternateContent>
                <mc:Choice Requires="wps">
                  <w:drawing>
                    <wp:anchor distT="0" distB="0" distL="0" distR="0" simplePos="0" relativeHeight="251661824" behindDoc="0" locked="0" layoutInCell="1" allowOverlap="1" wp14:anchorId="0E5592FE" wp14:editId="5D26D2E9">
                      <wp:simplePos x="635" y="635"/>
                      <wp:positionH relativeFrom="page">
                        <wp:align>right</wp:align>
                      </wp:positionH>
                      <wp:positionV relativeFrom="page">
                        <wp:align>bottom</wp:align>
                      </wp:positionV>
                      <wp:extent cx="1172210" cy="368935"/>
                      <wp:effectExtent l="0" t="0" r="0" b="0"/>
                      <wp:wrapNone/>
                      <wp:docPr id="1593748434"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8935"/>
                              </a:xfrm>
                              <a:prstGeom prst="rect">
                                <a:avLst/>
                              </a:prstGeom>
                              <a:noFill/>
                              <a:ln>
                                <a:noFill/>
                              </a:ln>
                            </wps:spPr>
                            <wps:txbx>
                              <w:txbxContent>
                                <w:p w14:paraId="3A233367" w14:textId="7E941025" w:rsidR="00FB5242" w:rsidRPr="000B06C4" w:rsidRDefault="00FB5242" w:rsidP="000B06C4">
                                  <w:pPr>
                                    <w:spacing w:after="0"/>
                                    <w:rPr>
                                      <w:rFonts w:ascii="Aptos" w:eastAsia="Aptos" w:hAnsi="Aptos" w:cs="Aptos"/>
                                      <w:noProof/>
                                      <w:color w:val="000000"/>
                                      <w:sz w:val="20"/>
                                      <w:szCs w:val="20"/>
                                    </w:rPr>
                                  </w:pP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E5592FE" id="_x0000_t202" coordsize="21600,21600" o:spt="202" path="m,l,21600r21600,l21600,xe">
                      <v:stroke joinstyle="miter"/>
                      <v:path gradientshapeok="t" o:connecttype="rect"/>
                    </v:shapetype>
                    <v:shape id="Text Box 3" o:spid="_x0000_s1027" type="#_x0000_t202" alt="Official Use Only" style="position:absolute;left:0;text-align:left;margin-left:41.1pt;margin-top:0;width:92.3pt;height:29.05pt;z-index:25166182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" filled="f" stroked="f">
                      <v:textbox style="mso-fit-shape-to-text:t" inset="0,0,20pt,15pt">
                        <w:txbxContent>
                          <w:p w14:paraId="3A233367" w14:textId="7E941025" w:rsidR="00FB5242" w:rsidRPr="000B06C4" w:rsidRDefault="00FB5242" w:rsidP="000B06C4">
                            <w:pPr>
                              <w:spacing w:after="0"/>
                              <w:rPr>
                                <w:rFonts w:ascii="Aptos" w:eastAsia="Aptos" w:hAnsi="Aptos" w:cs="Aptos"/>
                                <w:noProof/>
                                <w:color w:val="000000"/>
                                <w:sz w:val="20"/>
                                <w:szCs w:val="20"/>
                              </w:rPr>
                            </w:pPr>
                          </w:p>
                        </w:txbxContent>
                      </v:textbox>
                      <w10:wrap anchorx="page" anchory="page"/>
                    </v:shape>
                  </w:pict>
                </mc:Fallback>
              </mc:AlternateContent>
            </w:r>
            <w:sdt>
              <w:sdtPr>
                <w:rPr>
                  <w:rFonts w:ascii="Times New Roman" w:hAnsi="Times New Roman" w:cs="Times New Roman"/>
                  <w:sz w:val="18"/>
                  <w:szCs w:val="18"/>
                </w:rPr>
                <w:id w:val="484984144"/>
                <w:docPartObj>
                  <w:docPartGallery w:val="Page Numbers (Bottom of Page)"/>
                  <w:docPartUnique/>
                </w:docPartObj>
              </w:sdtPr>
              <w:sdtEndPr/>
              <w:sdtContent>
                <w:sdt>
                  <w:sdtPr>
                    <w:rPr>
                      <w:rFonts w:ascii="Times New Roman" w:hAnsi="Times New Roman" w:cs="Times New Roman"/>
                      <w:sz w:val="18"/>
                      <w:szCs w:val="18"/>
                    </w:rPr>
                    <w:id w:val="-1769616900"/>
                    <w:docPartObj>
                      <w:docPartGallery w:val="Page Numbers (Top of Page)"/>
                      <w:docPartUnique/>
                    </w:docPartObj>
                  </w:sdtPr>
                  <w:sdtEndPr/>
                  <w:sdtContent>
                    <w:r w:rsidRPr="00E94344">
                      <w:rPr>
                        <w:rFonts w:ascii="Times New Roman" w:hAnsi="Times New Roman" w:cs="Times New Roman"/>
                        <w:sz w:val="18"/>
                        <w:szCs w:val="18"/>
                      </w:rPr>
                      <w:t xml:space="preserve">Page </w:t>
                    </w:r>
                    <w:r w:rsidRPr="00E94344">
                      <w:rPr>
                        <w:rFonts w:ascii="Times New Roman" w:hAnsi="Times New Roman" w:cs="Times New Roman"/>
                        <w:b/>
                        <w:bCs/>
                        <w:sz w:val="20"/>
                        <w:szCs w:val="20"/>
                      </w:rPr>
                      <w:fldChar w:fldCharType="begin"/>
                    </w:r>
                    <w:r w:rsidRPr="00E94344">
                      <w:rPr>
                        <w:rFonts w:ascii="Times New Roman" w:hAnsi="Times New Roman" w:cs="Times New Roman"/>
                        <w:b/>
                        <w:bCs/>
                        <w:sz w:val="18"/>
                        <w:szCs w:val="18"/>
                      </w:rPr>
                      <w:instrText xml:space="preserve"> PAGE </w:instrText>
                    </w:r>
                    <w:r w:rsidRPr="00E94344">
                      <w:rPr>
                        <w:rFonts w:ascii="Times New Roman" w:hAnsi="Times New Roman" w:cs="Times New Roman"/>
                        <w:b/>
                        <w:bCs/>
                        <w:sz w:val="20"/>
                        <w:szCs w:val="20"/>
                      </w:rPr>
                      <w:fldChar w:fldCharType="separate"/>
                    </w:r>
                    <w:r>
                      <w:rPr>
                        <w:rFonts w:ascii="Times New Roman" w:hAnsi="Times New Roman" w:cs="Times New Roman"/>
                        <w:b/>
                        <w:bCs/>
                        <w:noProof/>
                        <w:sz w:val="18"/>
                        <w:szCs w:val="18"/>
                      </w:rPr>
                      <w:t>21</w:t>
                    </w:r>
                    <w:r w:rsidRPr="00E94344">
                      <w:rPr>
                        <w:rFonts w:ascii="Times New Roman" w:hAnsi="Times New Roman" w:cs="Times New Roman"/>
                        <w:b/>
                        <w:bCs/>
                        <w:sz w:val="20"/>
                        <w:szCs w:val="20"/>
                      </w:rPr>
                      <w:fldChar w:fldCharType="end"/>
                    </w:r>
                    <w:r w:rsidRPr="00E94344">
                      <w:rPr>
                        <w:rFonts w:ascii="Times New Roman" w:hAnsi="Times New Roman" w:cs="Times New Roman"/>
                        <w:sz w:val="18"/>
                        <w:szCs w:val="18"/>
                      </w:rPr>
                      <w:t xml:space="preserve"> of </w:t>
                    </w:r>
                    <w:r w:rsidRPr="00E94344">
                      <w:rPr>
                        <w:rFonts w:ascii="Times New Roman" w:hAnsi="Times New Roman" w:cs="Times New Roman"/>
                        <w:b/>
                        <w:bCs/>
                        <w:sz w:val="20"/>
                        <w:szCs w:val="20"/>
                      </w:rPr>
                      <w:fldChar w:fldCharType="begin"/>
                    </w:r>
                    <w:r w:rsidRPr="00E94344">
                      <w:rPr>
                        <w:rFonts w:ascii="Times New Roman" w:hAnsi="Times New Roman" w:cs="Times New Roman"/>
                        <w:b/>
                        <w:bCs/>
                        <w:sz w:val="18"/>
                        <w:szCs w:val="18"/>
                      </w:rPr>
                      <w:instrText xml:space="preserve"> NUMPAGES  </w:instrText>
                    </w:r>
                    <w:r w:rsidRPr="00E94344">
                      <w:rPr>
                        <w:rFonts w:ascii="Times New Roman" w:hAnsi="Times New Roman" w:cs="Times New Roman"/>
                        <w:b/>
                        <w:bCs/>
                        <w:sz w:val="20"/>
                        <w:szCs w:val="20"/>
                      </w:rPr>
                      <w:fldChar w:fldCharType="separate"/>
                    </w:r>
                    <w:r>
                      <w:rPr>
                        <w:rFonts w:ascii="Times New Roman" w:hAnsi="Times New Roman" w:cs="Times New Roman"/>
                        <w:b/>
                        <w:bCs/>
                        <w:noProof/>
                        <w:sz w:val="18"/>
                        <w:szCs w:val="18"/>
                      </w:rPr>
                      <w:t>26</w:t>
                    </w:r>
                    <w:r w:rsidRPr="00E94344">
                      <w:rPr>
                        <w:rFonts w:ascii="Times New Roman" w:hAnsi="Times New Roman" w:cs="Times New Roman"/>
                        <w:b/>
                        <w:bCs/>
                        <w:sz w:val="20"/>
                        <w:szCs w:val="20"/>
                      </w:rPr>
                      <w:fldChar w:fldCharType="end"/>
                    </w:r>
                  </w:sdtContent>
                </w:sdt>
              </w:sdtContent>
            </w:sdt>
          </w:p>
        </w:sdtContent>
      </w:sdt>
    </w:sdtContent>
  </w:sdt>
  <w:p w14:paraId="64D69986" w14:textId="77777777" w:rsidR="00FB5242" w:rsidRDefault="00FB52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5CAC5" w14:textId="6E6C5D9E" w:rsidR="00FB5242" w:rsidRDefault="00FB5242">
    <w:pPr>
      <w:pStyle w:val="Footer"/>
    </w:pPr>
    <w:r>
      <w:rPr>
        <w:noProof/>
      </w:rPr>
      <mc:AlternateContent>
        <mc:Choice Requires="wps">
          <w:drawing>
            <wp:anchor distT="0" distB="0" distL="0" distR="0" simplePos="0" relativeHeight="251655680" behindDoc="0" locked="0" layoutInCell="1" allowOverlap="1" wp14:anchorId="4E50655E" wp14:editId="68D4DE53">
              <wp:simplePos x="635" y="635"/>
              <wp:positionH relativeFrom="page">
                <wp:align>right</wp:align>
              </wp:positionH>
              <wp:positionV relativeFrom="page">
                <wp:align>bottom</wp:align>
              </wp:positionV>
              <wp:extent cx="1172210" cy="368935"/>
              <wp:effectExtent l="0" t="0" r="0" b="0"/>
              <wp:wrapNone/>
              <wp:docPr id="2125993702"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8935"/>
                      </a:xfrm>
                      <a:prstGeom prst="rect">
                        <a:avLst/>
                      </a:prstGeom>
                      <a:noFill/>
                      <a:ln>
                        <a:noFill/>
                      </a:ln>
                    </wps:spPr>
                    <wps:txbx>
                      <w:txbxContent>
                        <w:p w14:paraId="2B0C37DD" w14:textId="0EC7E9C3" w:rsidR="00FB5242" w:rsidRPr="000B06C4" w:rsidRDefault="00FB5242" w:rsidP="000B06C4">
                          <w:pPr>
                            <w:spacing w:after="0"/>
                            <w:rPr>
                              <w:rFonts w:ascii="Aptos" w:eastAsia="Aptos" w:hAnsi="Aptos" w:cs="Aptos"/>
                              <w:noProof/>
                              <w:color w:val="000000"/>
                              <w:sz w:val="20"/>
                              <w:szCs w:val="20"/>
                            </w:rPr>
                          </w:pPr>
                          <w:r w:rsidRPr="000B06C4">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E50655E" id="_x0000_t202" coordsize="21600,21600" o:spt="202" path="m,l,21600r21600,l21600,xe">
              <v:stroke joinstyle="miter"/>
              <v:path gradientshapeok="t" o:connecttype="rect"/>
            </v:shapetype>
            <v:shape id="Text Box 1" o:spid="_x0000_s1028" type="#_x0000_t202" alt="Official Use Only" style="position:absolute;margin-left:41.1pt;margin-top:0;width:92.3pt;height:29.05pt;z-index:25165568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" filled="f" stroked="f">
              <v:textbox style="mso-fit-shape-to-text:t" inset="0,0,20pt,15pt">
                <w:txbxContent>
                  <w:p w14:paraId="2B0C37DD" w14:textId="0EC7E9C3" w:rsidR="00FB5242" w:rsidRPr="000B06C4" w:rsidRDefault="00FB5242" w:rsidP="000B06C4">
                    <w:pPr>
                      <w:spacing w:after="0"/>
                      <w:rPr>
                        <w:rFonts w:ascii="Aptos" w:eastAsia="Aptos" w:hAnsi="Aptos" w:cs="Aptos"/>
                        <w:noProof/>
                        <w:color w:val="000000"/>
                        <w:sz w:val="20"/>
                        <w:szCs w:val="20"/>
                      </w:rPr>
                    </w:pPr>
                    <w:r w:rsidRPr="000B06C4">
                      <w:rPr>
                        <w:rFonts w:ascii="Aptos" w:eastAsia="Aptos" w:hAnsi="Aptos" w:cs="Aptos"/>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F00B9" w14:textId="77777777" w:rsidR="001F4377" w:rsidRDefault="001F4377" w:rsidP="00F139FF">
      <w:pPr>
        <w:spacing w:after="0"/>
      </w:pPr>
      <w:r>
        <w:separator/>
      </w:r>
    </w:p>
  </w:footnote>
  <w:footnote w:type="continuationSeparator" w:id="0">
    <w:p w14:paraId="2F14B257" w14:textId="77777777" w:rsidR="001F4377" w:rsidRDefault="001F4377" w:rsidP="00F139FF">
      <w:pPr>
        <w:spacing w:after="0"/>
      </w:pPr>
      <w:r>
        <w:continuationSeparator/>
      </w:r>
    </w:p>
  </w:footnote>
  <w:footnote w:type="continuationNotice" w:id="1">
    <w:p w14:paraId="548B667F" w14:textId="77777777" w:rsidR="001F4377" w:rsidRDefault="001F4377">
      <w:pPr>
        <w:spacing w:after="0" w:line="240" w:lineRule="auto"/>
      </w:pPr>
    </w:p>
  </w:footnote>
  <w:footnote w:id="2">
    <w:p w14:paraId="660193A2" w14:textId="77777777" w:rsidR="004A641D" w:rsidRPr="00F237A5" w:rsidRDefault="004A641D" w:rsidP="004A641D">
      <w:pPr>
        <w:pStyle w:val="FootnoteText"/>
        <w:jc w:val="both"/>
        <w:rPr>
          <w:rFonts w:ascii="Times New Roman" w:hAnsi="Times New Roman" w:cs="Times New Roman"/>
        </w:rPr>
      </w:pPr>
      <w:r w:rsidRPr="00F237A5">
        <w:rPr>
          <w:rStyle w:val="FootnoteReference"/>
          <w:rFonts w:ascii="Times New Roman" w:hAnsi="Times New Roman" w:cs="Times New Roman"/>
        </w:rPr>
        <w:footnoteRef/>
      </w:r>
      <w:r w:rsidRPr="00F237A5">
        <w:rPr>
          <w:rFonts w:ascii="Times New Roman" w:hAnsi="Times New Roman" w:cs="Times New Roman"/>
        </w:rPr>
        <w:t xml:space="preserve"> Net income is defined as total revenue less all expenses, including the cost of goods sold, operating expenses, interest, and taxes.</w:t>
      </w:r>
    </w:p>
  </w:footnote>
  <w:footnote w:id="3">
    <w:p w14:paraId="1BE95C00" w14:textId="77777777" w:rsidR="004A641D" w:rsidRDefault="004A641D" w:rsidP="004A641D">
      <w:pPr>
        <w:pStyle w:val="FootnoteText"/>
      </w:pPr>
      <w:r w:rsidRPr="00F237A5">
        <w:rPr>
          <w:rStyle w:val="FootnoteReference"/>
          <w:rFonts w:ascii="Times New Roman" w:hAnsi="Times New Roman" w:cs="Times New Roman"/>
        </w:rPr>
        <w:footnoteRef/>
      </w:r>
      <w:r w:rsidRPr="00F237A5">
        <w:rPr>
          <w:rFonts w:ascii="Times New Roman" w:hAnsi="Times New Roman" w:cs="Times New Roman"/>
        </w:rPr>
        <w:t xml:space="preserve"> Return on assets is defined as net income divided by total assets.</w:t>
      </w:r>
    </w:p>
  </w:footnote>
  <w:footnote w:id="4">
    <w:p w14:paraId="3682C3B6" w14:textId="77777777" w:rsidR="004B59B6" w:rsidRPr="00E718DA" w:rsidRDefault="004B59B6" w:rsidP="004B59B6">
      <w:pPr>
        <w:pStyle w:val="FootnoteText"/>
        <w:jc w:val="both"/>
        <w:rPr>
          <w:rFonts w:ascii="Times New Roman" w:hAnsi="Times New Roman" w:cs="Times New Roman"/>
          <w:lang w:val="fr-FR"/>
        </w:rPr>
      </w:pPr>
      <w:r w:rsidRPr="00E718DA">
        <w:rPr>
          <w:rStyle w:val="FootnoteReference"/>
          <w:rFonts w:ascii="Times New Roman" w:hAnsi="Times New Roman" w:cs="Times New Roman"/>
        </w:rPr>
        <w:footnoteRef/>
      </w:r>
      <w:r w:rsidRPr="00E718DA">
        <w:rPr>
          <w:rFonts w:ascii="Times New Roman" w:hAnsi="Times New Roman" w:cs="Times New Roman"/>
        </w:rPr>
        <w:t xml:space="preserve"> </w:t>
      </w:r>
      <w:r w:rsidRPr="001F3827">
        <w:rPr>
          <w:rFonts w:ascii="Times New Roman" w:hAnsi="Times New Roman" w:cs="Times New Roman"/>
          <w:sz w:val="18"/>
          <w:szCs w:val="18"/>
        </w:rPr>
        <w:t>The main objective of this project component is to disseminate CCS to 645,000 people. In addition, the project encourages targeting 30% of female-headed households among distributed CCSs and 15% of female new hires across all levels of operations. It is also desirable that CCS sales are spread throughout the country.</w:t>
      </w:r>
    </w:p>
  </w:footnote>
  <w:footnote w:id="5">
    <w:p w14:paraId="57B7E699" w14:textId="74648C10" w:rsidR="000C2203" w:rsidRPr="001A7CCA" w:rsidRDefault="000C2203" w:rsidP="000C2203">
      <w:pPr>
        <w:pStyle w:val="FootnoteText"/>
        <w:jc w:val="both"/>
        <w:rPr>
          <w:sz w:val="8"/>
          <w:szCs w:val="8"/>
        </w:rPr>
      </w:pPr>
      <w:r>
        <w:rPr>
          <w:rStyle w:val="FootnoteReference"/>
        </w:rPr>
        <w:footnoteRef/>
      </w:r>
      <w:r>
        <w:t xml:space="preserve"> </w:t>
      </w:r>
      <w:r w:rsidRPr="0031580C">
        <w:rPr>
          <w:rFonts w:ascii="Times New Roman" w:hAnsi="Times New Roman" w:cs="Times New Roman"/>
          <w:sz w:val="18"/>
          <w:szCs w:val="18"/>
        </w:rPr>
        <w:t>Option 2 applies to a</w:t>
      </w:r>
      <w:r w:rsidRPr="00774179">
        <w:rPr>
          <w:rFonts w:ascii="Times New Roman" w:hAnsi="Times New Roman" w:cs="Times New Roman"/>
          <w:sz w:val="18"/>
          <w:szCs w:val="18"/>
        </w:rPr>
        <w:t>pplicants</w:t>
      </w:r>
      <w:r w:rsidR="00885720" w:rsidRPr="00774179">
        <w:rPr>
          <w:rFonts w:ascii="Times New Roman" w:hAnsi="Times New Roman" w:cs="Times New Roman"/>
          <w:sz w:val="18"/>
          <w:szCs w:val="18"/>
        </w:rPr>
        <w:t xml:space="preserve"> with existing carbon finance arrangements applicable to the technologies proposed for financing by the NNNF, under which the applicants will develop and commercialize the associated carbon credits in accordance with applicable NNNF requirements and the Malawi Carbon Market Framework</w:t>
      </w:r>
      <w:r w:rsidR="008B279A" w:rsidRPr="00774179">
        <w:rPr>
          <w:rFonts w:ascii="Times New Roman" w:hAnsi="Times New Roman" w:cs="Times New Roman"/>
          <w:sz w:val="18"/>
          <w:szCs w:val="18"/>
        </w:rPr>
        <w:t>. Under Option 2, applicants will not be included in</w:t>
      </w:r>
      <w:r w:rsidR="00885720" w:rsidRPr="00774179">
        <w:rPr>
          <w:rFonts w:ascii="Times New Roman" w:hAnsi="Times New Roman" w:cs="Times New Roman"/>
          <w:sz w:val="18"/>
          <w:szCs w:val="18"/>
        </w:rPr>
        <w:t xml:space="preserve"> carbon aggregation or related carbon transaction support from the NNNF.</w:t>
      </w:r>
    </w:p>
  </w:footnote>
  <w:footnote w:id="6">
    <w:p w14:paraId="230F8674" w14:textId="2241AEEF" w:rsidR="00897B24" w:rsidRPr="008254BE" w:rsidRDefault="00897B24" w:rsidP="001F3827">
      <w:pPr>
        <w:pStyle w:val="FootnoteText"/>
        <w:jc w:val="both"/>
        <w:rPr>
          <w:rFonts w:ascii="Times New Roman" w:hAnsi="Times New Roman" w:cs="Times New Roman"/>
        </w:rPr>
      </w:pPr>
      <w:r w:rsidRPr="00935E73">
        <w:rPr>
          <w:rStyle w:val="FootnoteReference"/>
          <w:rFonts w:ascii="Times New Roman" w:hAnsi="Times New Roman" w:cs="Times New Roman"/>
          <w:sz w:val="18"/>
          <w:szCs w:val="18"/>
        </w:rPr>
        <w:footnoteRef/>
      </w:r>
      <w:r w:rsidRPr="00935E73">
        <w:rPr>
          <w:rFonts w:ascii="Times New Roman" w:hAnsi="Times New Roman" w:cs="Times New Roman"/>
          <w:sz w:val="18"/>
          <w:szCs w:val="18"/>
        </w:rPr>
        <w:t xml:space="preserve"> The terms</w:t>
      </w:r>
      <w:r w:rsidR="00DF2AFF">
        <w:rPr>
          <w:rFonts w:ascii="Times New Roman" w:hAnsi="Times New Roman" w:cs="Times New Roman"/>
          <w:sz w:val="18"/>
          <w:szCs w:val="18"/>
        </w:rPr>
        <w:t xml:space="preserve"> of repayment</w:t>
      </w:r>
      <w:r w:rsidR="0045564D">
        <w:rPr>
          <w:rFonts w:ascii="Times New Roman" w:hAnsi="Times New Roman" w:cs="Times New Roman"/>
          <w:sz w:val="18"/>
          <w:szCs w:val="18"/>
        </w:rPr>
        <w:t xml:space="preserve"> under both Options</w:t>
      </w:r>
      <w:r w:rsidRPr="00935E73">
        <w:rPr>
          <w:rFonts w:ascii="Times New Roman" w:hAnsi="Times New Roman" w:cs="Times New Roman"/>
          <w:sz w:val="18"/>
          <w:szCs w:val="18"/>
        </w:rPr>
        <w:t xml:space="preserve"> will be finalized during negotiation with the</w:t>
      </w:r>
      <w:r w:rsidR="00935E73">
        <w:rPr>
          <w:rFonts w:ascii="Times New Roman" w:hAnsi="Times New Roman" w:cs="Times New Roman"/>
          <w:sz w:val="18"/>
          <w:szCs w:val="18"/>
        </w:rPr>
        <w:t xml:space="preserve"> selected</w:t>
      </w:r>
      <w:r w:rsidRPr="00935E73">
        <w:rPr>
          <w:rFonts w:ascii="Times New Roman" w:hAnsi="Times New Roman" w:cs="Times New Roman"/>
          <w:sz w:val="18"/>
          <w:szCs w:val="18"/>
        </w:rPr>
        <w:t xml:space="preserve"> companies</w:t>
      </w:r>
      <w:r w:rsidR="009750A4">
        <w:rPr>
          <w:rFonts w:ascii="Times New Roman" w:hAnsi="Times New Roman" w:cs="Times New Roman"/>
          <w:sz w:val="18"/>
          <w:szCs w:val="18"/>
        </w:rPr>
        <w:t xml:space="preserve"> prior to signing of the Loan Agreement</w:t>
      </w:r>
      <w:r w:rsidRPr="00935E73">
        <w:rPr>
          <w:rFonts w:ascii="Times New Roman" w:hAnsi="Times New Roman" w:cs="Times New Roman"/>
          <w:sz w:val="18"/>
          <w:szCs w:val="18"/>
        </w:rPr>
        <w:t>.</w:t>
      </w:r>
    </w:p>
  </w:footnote>
  <w:footnote w:id="7">
    <w:p w14:paraId="09B364F5" w14:textId="6A722C20" w:rsidR="00FB5242" w:rsidRPr="00E718DA" w:rsidRDefault="00FB5242" w:rsidP="00E718DA">
      <w:pPr>
        <w:pStyle w:val="FootnoteText"/>
        <w:jc w:val="both"/>
        <w:rPr>
          <w:rFonts w:ascii="Times New Roman" w:hAnsi="Times New Roman" w:cs="Times New Roman"/>
          <w:lang w:val="fr-FR"/>
        </w:rPr>
      </w:pPr>
      <w:r w:rsidRPr="00E718DA">
        <w:rPr>
          <w:rStyle w:val="FootnoteReference"/>
          <w:rFonts w:ascii="Times New Roman" w:hAnsi="Times New Roman" w:cs="Times New Roman"/>
        </w:rPr>
        <w:footnoteRef/>
      </w:r>
      <w:r w:rsidRPr="00E718DA">
        <w:rPr>
          <w:rFonts w:ascii="Times New Roman" w:hAnsi="Times New Roman" w:cs="Times New Roman"/>
        </w:rPr>
        <w:t xml:space="preserve"> According to the National Statistical Office of Malawi, Female-Headed Households are defined as households in which a female adult is the sole or main income earner and the decision maker, for example, unmarried, widowed, divorced/separated.</w:t>
      </w:r>
    </w:p>
  </w:footnote>
  <w:footnote w:id="8">
    <w:p w14:paraId="17D4DCC0" w14:textId="530A713E" w:rsidR="00FB5242" w:rsidRPr="00E718DA" w:rsidRDefault="00FB5242">
      <w:pPr>
        <w:pStyle w:val="FootnoteText"/>
        <w:rPr>
          <w:rFonts w:ascii="Times New Roman" w:hAnsi="Times New Roman" w:cs="Times New Roman"/>
          <w:lang w:val="fr-FR"/>
        </w:rPr>
      </w:pPr>
      <w:r w:rsidRPr="00116DB9">
        <w:rPr>
          <w:rStyle w:val="FootnoteReference"/>
          <w:rFonts w:ascii="Times New Roman" w:hAnsi="Times New Roman" w:cs="Times New Roman"/>
        </w:rPr>
        <w:footnoteRef/>
      </w:r>
      <w:r w:rsidRPr="00116DB9">
        <w:rPr>
          <w:rFonts w:ascii="Times New Roman" w:hAnsi="Times New Roman" w:cs="Times New Roman"/>
        </w:rPr>
        <w:t xml:space="preserve"> </w:t>
      </w:r>
      <w:r w:rsidRPr="00116DB9">
        <w:rPr>
          <w:rFonts w:ascii="Times New Roman" w:hAnsi="Times New Roman" w:cs="Times New Roman"/>
          <w:lang w:val="fr-FR"/>
        </w:rPr>
        <w:t xml:space="preserve">The ESMS </w:t>
      </w:r>
      <w:proofErr w:type="spellStart"/>
      <w:r w:rsidRPr="00116DB9">
        <w:rPr>
          <w:rFonts w:ascii="Times New Roman" w:hAnsi="Times New Roman" w:cs="Times New Roman"/>
          <w:lang w:val="fr-FR"/>
        </w:rPr>
        <w:t>is</w:t>
      </w:r>
      <w:proofErr w:type="spellEnd"/>
      <w:r w:rsidRPr="00116DB9">
        <w:rPr>
          <w:rFonts w:ascii="Times New Roman" w:hAnsi="Times New Roman" w:cs="Times New Roman"/>
          <w:lang w:val="fr-FR"/>
        </w:rPr>
        <w:t xml:space="preserve"> </w:t>
      </w:r>
      <w:proofErr w:type="spellStart"/>
      <w:r w:rsidRPr="00116DB9">
        <w:rPr>
          <w:rFonts w:ascii="Times New Roman" w:hAnsi="Times New Roman" w:cs="Times New Roman"/>
          <w:lang w:val="fr-FR"/>
        </w:rPr>
        <w:t>available</w:t>
      </w:r>
      <w:proofErr w:type="spellEnd"/>
      <w:r w:rsidRPr="00116DB9">
        <w:rPr>
          <w:rFonts w:ascii="Times New Roman" w:hAnsi="Times New Roman" w:cs="Times New Roman"/>
          <w:lang w:val="fr-FR"/>
        </w:rPr>
        <w:t xml:space="preserve"> in the </w:t>
      </w:r>
      <w:r w:rsidR="00514020">
        <w:rPr>
          <w:rFonts w:ascii="Times New Roman" w:hAnsi="Times New Roman" w:cs="Times New Roman"/>
          <w:lang w:val="fr-FR"/>
        </w:rPr>
        <w:t>Ministry</w:t>
      </w:r>
      <w:r>
        <w:rPr>
          <w:rFonts w:ascii="Times New Roman" w:hAnsi="Times New Roman" w:cs="Times New Roman"/>
          <w:lang w:val="fr-FR"/>
        </w:rPr>
        <w:t xml:space="preserve"> of Energy and </w:t>
      </w:r>
      <w:r w:rsidRPr="00116DB9">
        <w:rPr>
          <w:rFonts w:ascii="Times New Roman" w:hAnsi="Times New Roman" w:cs="Times New Roman"/>
          <w:lang w:val="fr-FR"/>
        </w:rPr>
        <w:t xml:space="preserve">NNNF </w:t>
      </w:r>
      <w:proofErr w:type="spellStart"/>
      <w:r w:rsidRPr="00116DB9">
        <w:rPr>
          <w:rFonts w:ascii="Times New Roman" w:hAnsi="Times New Roman" w:cs="Times New Roman"/>
          <w:lang w:val="fr-FR"/>
        </w:rPr>
        <w:t>website</w:t>
      </w:r>
      <w:r>
        <w:rPr>
          <w:rFonts w:ascii="Times New Roman" w:hAnsi="Times New Roman" w:cs="Times New Roman"/>
          <w:lang w:val="fr-FR"/>
        </w:rPr>
        <w:t>s</w:t>
      </w:r>
      <w:proofErr w:type="spellEnd"/>
      <w:r w:rsidRPr="00116DB9">
        <w:rPr>
          <w:rFonts w:ascii="Times New Roman" w:hAnsi="Times New Roman" w:cs="Times New Roman"/>
          <w:lang w:val="fr-FR"/>
        </w:rPr>
        <w:t xml:space="preserve"> : </w:t>
      </w:r>
      <w:hyperlink r:id="rId1" w:history="1">
        <w:r w:rsidRPr="00E85036">
          <w:rPr>
            <w:rStyle w:val="Hyperlink"/>
            <w:rFonts w:ascii="Times New Roman" w:hAnsi="Times New Roman" w:cs="Times New Roman"/>
            <w:lang w:val="fr-FR"/>
          </w:rPr>
          <w:t>https://energy.gov.mw/docs/uploads/ESMS_ASCENT-Malawi-Project.pdf</w:t>
        </w:r>
      </w:hyperlink>
      <w:r>
        <w:rPr>
          <w:rFonts w:ascii="Times New Roman" w:hAnsi="Times New Roman" w:cs="Times New Roman"/>
          <w:lang w:val="fr-FR"/>
        </w:rPr>
        <w:t xml:space="preserve"> and </w:t>
      </w:r>
      <w:r w:rsidRPr="00116DB9">
        <w:rPr>
          <w:rFonts w:ascii="Times New Roman" w:hAnsi="Times New Roman" w:cs="Times New Roman"/>
          <w:lang w:val="fr-FR"/>
        </w:rPr>
        <w:t>https://www.nnnf.energy.gov.mw/en/resources/</w:t>
      </w:r>
    </w:p>
  </w:footnote>
  <w:footnote w:id="9">
    <w:p w14:paraId="48DD4F19" w14:textId="47FADCE4" w:rsidR="00FB5242" w:rsidRPr="00E718DA" w:rsidRDefault="00FB5242">
      <w:pPr>
        <w:pStyle w:val="FootnoteText"/>
        <w:rPr>
          <w:rFonts w:ascii="Times New Roman" w:hAnsi="Times New Roman" w:cs="Times New Roman"/>
          <w:lang w:val="fr-FR"/>
        </w:rPr>
      </w:pPr>
      <w:r w:rsidRPr="00E718DA">
        <w:rPr>
          <w:rStyle w:val="FootnoteReference"/>
          <w:rFonts w:ascii="Times New Roman" w:hAnsi="Times New Roman" w:cs="Times New Roman"/>
        </w:rPr>
        <w:footnoteRef/>
      </w:r>
      <w:r w:rsidRPr="00E718DA">
        <w:rPr>
          <w:rFonts w:ascii="Times New Roman" w:hAnsi="Times New Roman" w:cs="Times New Roman"/>
        </w:rPr>
        <w:t xml:space="preserve"> The ESMS is available in the </w:t>
      </w:r>
      <w:r w:rsidR="00C80B1C">
        <w:rPr>
          <w:rFonts w:ascii="Times New Roman" w:hAnsi="Times New Roman" w:cs="Times New Roman"/>
        </w:rPr>
        <w:t xml:space="preserve">Ministry </w:t>
      </w:r>
      <w:r>
        <w:rPr>
          <w:rFonts w:ascii="Times New Roman" w:hAnsi="Times New Roman" w:cs="Times New Roman"/>
        </w:rPr>
        <w:t xml:space="preserve"> of Energy and </w:t>
      </w:r>
      <w:r w:rsidRPr="00E718DA">
        <w:rPr>
          <w:rFonts w:ascii="Times New Roman" w:hAnsi="Times New Roman" w:cs="Times New Roman"/>
        </w:rPr>
        <w:t>NNNF website</w:t>
      </w:r>
      <w:r>
        <w:rPr>
          <w:rFonts w:ascii="Times New Roman" w:hAnsi="Times New Roman" w:cs="Times New Roman"/>
        </w:rPr>
        <w:t>s</w:t>
      </w:r>
      <w:r w:rsidRPr="00E718DA">
        <w:rPr>
          <w:rFonts w:ascii="Times New Roman" w:hAnsi="Times New Roman" w:cs="Times New Roman"/>
        </w:rPr>
        <w:t xml:space="preserve">: </w:t>
      </w:r>
      <w:hyperlink r:id="rId2" w:history="1">
        <w:r w:rsidRPr="00E85036">
          <w:rPr>
            <w:rStyle w:val="Hyperlink"/>
            <w:rFonts w:ascii="Times New Roman" w:hAnsi="Times New Roman" w:cs="Times New Roman"/>
          </w:rPr>
          <w:t>https://energy.gov.mw/docs/uploads/ESMS_ASCENT-Malawi-Project.pdf</w:t>
        </w:r>
      </w:hyperlink>
      <w:r>
        <w:rPr>
          <w:rFonts w:ascii="Times New Roman" w:hAnsi="Times New Roman" w:cs="Times New Roman"/>
        </w:rPr>
        <w:t xml:space="preserve"> </w:t>
      </w:r>
    </w:p>
  </w:footnote>
  <w:footnote w:id="10">
    <w:p w14:paraId="3F86F2B7" w14:textId="3DACA230" w:rsidR="00FB5242" w:rsidRPr="00E718DA" w:rsidRDefault="00FB5242">
      <w:pPr>
        <w:pStyle w:val="FootnoteText"/>
        <w:rPr>
          <w:rFonts w:ascii="Times New Roman" w:hAnsi="Times New Roman" w:cs="Times New Roman"/>
          <w:lang w:val="fr-FR"/>
        </w:rPr>
      </w:pPr>
      <w:r w:rsidRPr="00E718DA">
        <w:rPr>
          <w:rStyle w:val="FootnoteReference"/>
          <w:rFonts w:ascii="Times New Roman" w:hAnsi="Times New Roman" w:cs="Times New Roman"/>
        </w:rPr>
        <w:footnoteRef/>
      </w:r>
      <w:r w:rsidRPr="00E718DA">
        <w:rPr>
          <w:rFonts w:ascii="Times New Roman" w:hAnsi="Times New Roman" w:cs="Times New Roman"/>
        </w:rPr>
        <w:t xml:space="preserve"> All proposed key professional staff shall be permanent employees of the applicant or have extended and stable working relationship with 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66468" w14:textId="77777777" w:rsidR="00FB5242" w:rsidRDefault="00FB5242">
    <w:pPr>
      <w:pStyle w:val="Header"/>
      <w:tabs>
        <w:tab w:val="right" w:pos="9090"/>
      </w:tab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0113EA3"/>
    <w:multiLevelType w:val="hybridMultilevel"/>
    <w:tmpl w:val="743EFB72"/>
    <w:lvl w:ilvl="0" w:tplc="8C24A404">
      <w:start w:val="5"/>
      <w:numFmt w:val="bullet"/>
      <w:lvlText w:val="-"/>
      <w:lvlJc w:val="left"/>
      <w:pPr>
        <w:ind w:left="540" w:hanging="360"/>
      </w:pPr>
      <w:rPr>
        <w:rFonts w:ascii="Times New Roman" w:eastAsiaTheme="minorHAnsi" w:hAnsi="Times New Roman" w:cs="Times New Roman" w:hint="default"/>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7" w15:restartNumberingAfterBreak="0">
    <w:nsid w:val="02CB5AA2"/>
    <w:multiLevelType w:val="multilevel"/>
    <w:tmpl w:val="8D86EA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3C25520"/>
    <w:multiLevelType w:val="hybridMultilevel"/>
    <w:tmpl w:val="F3FCAF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6BF0C64"/>
    <w:multiLevelType w:val="hybridMultilevel"/>
    <w:tmpl w:val="18840730"/>
    <w:lvl w:ilvl="0" w:tplc="04090019">
      <w:start w:val="1"/>
      <w:numFmt w:val="low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0B8067FE"/>
    <w:multiLevelType w:val="hybridMultilevel"/>
    <w:tmpl w:val="513CEA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C4F62D2"/>
    <w:multiLevelType w:val="multilevel"/>
    <w:tmpl w:val="AEE043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lowerRoman"/>
      <w:lvlText w:val="(%5)"/>
      <w:lvlJc w:val="left"/>
      <w:pPr>
        <w:ind w:left="3960" w:hanging="72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D116E8E"/>
    <w:multiLevelType w:val="hybridMultilevel"/>
    <w:tmpl w:val="9B2A1506"/>
    <w:lvl w:ilvl="0" w:tplc="BA749E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D563D38"/>
    <w:multiLevelType w:val="multilevel"/>
    <w:tmpl w:val="FB6CF0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F7525D5"/>
    <w:multiLevelType w:val="hybridMultilevel"/>
    <w:tmpl w:val="720CB3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19F3D3F"/>
    <w:multiLevelType w:val="hybridMultilevel"/>
    <w:tmpl w:val="2D1849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4F64CD2"/>
    <w:multiLevelType w:val="hybridMultilevel"/>
    <w:tmpl w:val="D48209F8"/>
    <w:lvl w:ilvl="0" w:tplc="FFFFFFFF">
      <w:start w:val="1"/>
      <w:numFmt w:val="lowerLetter"/>
      <w:lvlText w:val="%1."/>
      <w:lvlJc w:val="left"/>
      <w:pPr>
        <w:ind w:left="720" w:hanging="360"/>
      </w:pPr>
      <w:rPr>
        <w:rFonts w:hint="default"/>
      </w:rPr>
    </w:lvl>
    <w:lvl w:ilvl="1" w:tplc="FFFFFFFF">
      <w:start w:val="1"/>
      <w:numFmt w:val="bullet"/>
      <w:lvlText w:val=""/>
      <w:lvlJc w:val="left"/>
      <w:pPr>
        <w:ind w:left="720" w:hanging="360"/>
      </w:pPr>
      <w:rPr>
        <w:rFonts w:ascii="Symbol" w:hAnsi="Symbol" w:hint="default"/>
      </w:rPr>
    </w:lvl>
    <w:lvl w:ilvl="2" w:tplc="FFFFFFFF">
      <w:start w:val="1"/>
      <w:numFmt w:val="lowerRoman"/>
      <w:lvlText w:val="%3."/>
      <w:lvlJc w:val="right"/>
      <w:pPr>
        <w:ind w:left="1260" w:hanging="180"/>
      </w:pPr>
    </w:lvl>
    <w:lvl w:ilvl="3" w:tplc="FFFFFFFF">
      <w:start w:val="1"/>
      <w:numFmt w:val="bullet"/>
      <w:lvlText w:val=""/>
      <w:lvlJc w:val="left"/>
      <w:pPr>
        <w:ind w:left="1890" w:hanging="360"/>
      </w:pPr>
      <w:rPr>
        <w:rFonts w:ascii="Symbol" w:hAnsi="Symbo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91040F7"/>
    <w:multiLevelType w:val="multilevel"/>
    <w:tmpl w:val="77B62728"/>
    <w:lvl w:ilvl="0">
      <w:start w:val="4"/>
      <w:numFmt w:val="decimal"/>
      <w:lvlText w:val="%1."/>
      <w:lvlJc w:val="left"/>
      <w:pPr>
        <w:ind w:left="480" w:hanging="480"/>
      </w:pPr>
      <w:rPr>
        <w:rFonts w:hint="default"/>
      </w:rPr>
    </w:lvl>
    <w:lvl w:ilvl="1">
      <w:start w:val="1"/>
      <w:numFmt w:val="decimalZero"/>
      <w:lvlText w:val="%1.%2."/>
      <w:lvlJc w:val="left"/>
      <w:pPr>
        <w:ind w:left="480" w:hanging="480"/>
      </w:pPr>
      <w:rPr>
        <w:rFonts w:hint="default"/>
        <w:b w:val="0"/>
        <w:bCs w:val="0"/>
      </w:rPr>
    </w:lvl>
    <w:lvl w:ilvl="2">
      <w:start w:val="1"/>
      <w:numFmt w:val="bullet"/>
      <w:lvlText w:val=""/>
      <w:lvlJc w:val="left"/>
      <w:pPr>
        <w:ind w:left="1080" w:hanging="360"/>
      </w:pPr>
      <w:rPr>
        <w:rFonts w:ascii="Symbol" w:hAnsi="Symbol"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198251EF"/>
    <w:multiLevelType w:val="hybridMultilevel"/>
    <w:tmpl w:val="03CE64D6"/>
    <w:lvl w:ilvl="0" w:tplc="FFFFFFFF">
      <w:start w:val="1"/>
      <w:numFmt w:val="lowerLetter"/>
      <w:lvlText w:val="%1)"/>
      <w:lvlJc w:val="left"/>
      <w:pPr>
        <w:ind w:left="360" w:hanging="360"/>
      </w:pPr>
      <w:rPr>
        <w:rFonts w:hint="default"/>
        <w:b w:val="0"/>
        <w:bCs/>
      </w:rPr>
    </w:lvl>
    <w:lvl w:ilvl="1" w:tplc="FFFFFFFF">
      <w:start w:val="1"/>
      <w:numFmt w:val="lowerLetter"/>
      <w:lvlText w:val="%2."/>
      <w:lvlJc w:val="left"/>
      <w:pPr>
        <w:ind w:left="1080" w:hanging="360"/>
      </w:pPr>
      <w:rPr>
        <w:b/>
        <w:bCs/>
        <w:sz w:val="24"/>
        <w:szCs w:val="20"/>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1DBD1535"/>
    <w:multiLevelType w:val="multilevel"/>
    <w:tmpl w:val="8D5A1B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1642971"/>
    <w:multiLevelType w:val="hybridMultilevel"/>
    <w:tmpl w:val="36164B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30D62D3"/>
    <w:multiLevelType w:val="hybridMultilevel"/>
    <w:tmpl w:val="FEF0D7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24E82178"/>
    <w:multiLevelType w:val="hybridMultilevel"/>
    <w:tmpl w:val="7C30DAE4"/>
    <w:lvl w:ilvl="0" w:tplc="FE14D278">
      <w:start w:val="1"/>
      <w:numFmt w:val="decimal"/>
      <w:lvlText w:val="%1."/>
      <w:lvlJc w:val="left"/>
      <w:pPr>
        <w:ind w:left="1020" w:hanging="360"/>
      </w:pPr>
    </w:lvl>
    <w:lvl w:ilvl="1" w:tplc="BF0A9D2C">
      <w:start w:val="1"/>
      <w:numFmt w:val="decimal"/>
      <w:lvlText w:val="%2."/>
      <w:lvlJc w:val="left"/>
      <w:pPr>
        <w:ind w:left="1020" w:hanging="360"/>
      </w:pPr>
    </w:lvl>
    <w:lvl w:ilvl="2" w:tplc="14C2DB6C">
      <w:start w:val="1"/>
      <w:numFmt w:val="decimal"/>
      <w:lvlText w:val="%3."/>
      <w:lvlJc w:val="left"/>
      <w:pPr>
        <w:ind w:left="1020" w:hanging="360"/>
      </w:pPr>
    </w:lvl>
    <w:lvl w:ilvl="3" w:tplc="80E2FA56">
      <w:start w:val="1"/>
      <w:numFmt w:val="decimal"/>
      <w:lvlText w:val="%4."/>
      <w:lvlJc w:val="left"/>
      <w:pPr>
        <w:ind w:left="1020" w:hanging="360"/>
      </w:pPr>
    </w:lvl>
    <w:lvl w:ilvl="4" w:tplc="5780256C">
      <w:start w:val="1"/>
      <w:numFmt w:val="decimal"/>
      <w:lvlText w:val="%5."/>
      <w:lvlJc w:val="left"/>
      <w:pPr>
        <w:ind w:left="1020" w:hanging="360"/>
      </w:pPr>
    </w:lvl>
    <w:lvl w:ilvl="5" w:tplc="1FD21156">
      <w:start w:val="1"/>
      <w:numFmt w:val="decimal"/>
      <w:lvlText w:val="%6."/>
      <w:lvlJc w:val="left"/>
      <w:pPr>
        <w:ind w:left="1020" w:hanging="360"/>
      </w:pPr>
    </w:lvl>
    <w:lvl w:ilvl="6" w:tplc="8444C448">
      <w:start w:val="1"/>
      <w:numFmt w:val="decimal"/>
      <w:lvlText w:val="%7."/>
      <w:lvlJc w:val="left"/>
      <w:pPr>
        <w:ind w:left="1020" w:hanging="360"/>
      </w:pPr>
    </w:lvl>
    <w:lvl w:ilvl="7" w:tplc="9DD4569A">
      <w:start w:val="1"/>
      <w:numFmt w:val="decimal"/>
      <w:lvlText w:val="%8."/>
      <w:lvlJc w:val="left"/>
      <w:pPr>
        <w:ind w:left="1020" w:hanging="360"/>
      </w:pPr>
    </w:lvl>
    <w:lvl w:ilvl="8" w:tplc="AEFC76DE">
      <w:start w:val="1"/>
      <w:numFmt w:val="decimal"/>
      <w:lvlText w:val="%9."/>
      <w:lvlJc w:val="left"/>
      <w:pPr>
        <w:ind w:left="1020" w:hanging="360"/>
      </w:pPr>
    </w:lvl>
  </w:abstractNum>
  <w:abstractNum w:abstractNumId="23" w15:restartNumberingAfterBreak="0">
    <w:nsid w:val="25317926"/>
    <w:multiLevelType w:val="hybridMultilevel"/>
    <w:tmpl w:val="EE84F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7E24396"/>
    <w:multiLevelType w:val="hybridMultilevel"/>
    <w:tmpl w:val="EC2AA60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98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28836BD5"/>
    <w:multiLevelType w:val="multilevel"/>
    <w:tmpl w:val="13B0C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A9F5464"/>
    <w:multiLevelType w:val="hybridMultilevel"/>
    <w:tmpl w:val="FEDE3692"/>
    <w:lvl w:ilvl="0" w:tplc="149E60F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251001E"/>
    <w:multiLevelType w:val="hybridMultilevel"/>
    <w:tmpl w:val="755020EA"/>
    <w:lvl w:ilvl="0" w:tplc="0409001B">
      <w:start w:val="1"/>
      <w:numFmt w:val="lowerRoman"/>
      <w:lvlText w:val="%1."/>
      <w:lvlJc w:val="right"/>
      <w:pPr>
        <w:ind w:left="12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2A10E14"/>
    <w:multiLevelType w:val="hybridMultilevel"/>
    <w:tmpl w:val="9426EB2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37840DB3"/>
    <w:multiLevelType w:val="hybridMultilevel"/>
    <w:tmpl w:val="8B8E4F72"/>
    <w:lvl w:ilvl="0" w:tplc="4D74AD86">
      <w:start w:val="1"/>
      <w:numFmt w:val="decimal"/>
      <w:lvlText w:val="%1."/>
      <w:lvlJc w:val="left"/>
      <w:pPr>
        <w:ind w:left="1020" w:hanging="360"/>
      </w:pPr>
    </w:lvl>
    <w:lvl w:ilvl="1" w:tplc="7B9CA846">
      <w:start w:val="1"/>
      <w:numFmt w:val="decimal"/>
      <w:lvlText w:val="%2."/>
      <w:lvlJc w:val="left"/>
      <w:pPr>
        <w:ind w:left="1020" w:hanging="360"/>
      </w:pPr>
    </w:lvl>
    <w:lvl w:ilvl="2" w:tplc="126C2D6A">
      <w:start w:val="1"/>
      <w:numFmt w:val="decimal"/>
      <w:lvlText w:val="%3."/>
      <w:lvlJc w:val="left"/>
      <w:pPr>
        <w:ind w:left="1020" w:hanging="360"/>
      </w:pPr>
    </w:lvl>
    <w:lvl w:ilvl="3" w:tplc="B09E54E4">
      <w:start w:val="1"/>
      <w:numFmt w:val="decimal"/>
      <w:lvlText w:val="%4."/>
      <w:lvlJc w:val="left"/>
      <w:pPr>
        <w:ind w:left="1020" w:hanging="360"/>
      </w:pPr>
    </w:lvl>
    <w:lvl w:ilvl="4" w:tplc="0586644A">
      <w:start w:val="1"/>
      <w:numFmt w:val="decimal"/>
      <w:lvlText w:val="%5."/>
      <w:lvlJc w:val="left"/>
      <w:pPr>
        <w:ind w:left="1020" w:hanging="360"/>
      </w:pPr>
    </w:lvl>
    <w:lvl w:ilvl="5" w:tplc="DAD81ADC">
      <w:start w:val="1"/>
      <w:numFmt w:val="decimal"/>
      <w:lvlText w:val="%6."/>
      <w:lvlJc w:val="left"/>
      <w:pPr>
        <w:ind w:left="1020" w:hanging="360"/>
      </w:pPr>
    </w:lvl>
    <w:lvl w:ilvl="6" w:tplc="C354FE30">
      <w:start w:val="1"/>
      <w:numFmt w:val="decimal"/>
      <w:lvlText w:val="%7."/>
      <w:lvlJc w:val="left"/>
      <w:pPr>
        <w:ind w:left="1020" w:hanging="360"/>
      </w:pPr>
    </w:lvl>
    <w:lvl w:ilvl="7" w:tplc="37D2DC48">
      <w:start w:val="1"/>
      <w:numFmt w:val="decimal"/>
      <w:lvlText w:val="%8."/>
      <w:lvlJc w:val="left"/>
      <w:pPr>
        <w:ind w:left="1020" w:hanging="360"/>
      </w:pPr>
    </w:lvl>
    <w:lvl w:ilvl="8" w:tplc="40BCE1FC">
      <w:start w:val="1"/>
      <w:numFmt w:val="decimal"/>
      <w:lvlText w:val="%9."/>
      <w:lvlJc w:val="left"/>
      <w:pPr>
        <w:ind w:left="1020" w:hanging="360"/>
      </w:pPr>
    </w:lvl>
  </w:abstractNum>
  <w:abstractNum w:abstractNumId="30" w15:restartNumberingAfterBreak="0">
    <w:nsid w:val="40217E6B"/>
    <w:multiLevelType w:val="hybridMultilevel"/>
    <w:tmpl w:val="BB6A5EA0"/>
    <w:lvl w:ilvl="0" w:tplc="FFFFFFFF">
      <w:start w:val="1"/>
      <w:numFmt w:val="lowerLetter"/>
      <w:lvlText w:val="%1)"/>
      <w:lvlJc w:val="left"/>
      <w:pPr>
        <w:ind w:left="360" w:hanging="360"/>
      </w:pPr>
      <w:rPr>
        <w:rFonts w:hint="default"/>
        <w:b w:val="0"/>
        <w:bCs/>
      </w:rPr>
    </w:lvl>
    <w:lvl w:ilvl="1" w:tplc="FFFFFFFF">
      <w:start w:val="1"/>
      <w:numFmt w:val="lowerLetter"/>
      <w:lvlText w:val="%2."/>
      <w:lvlJc w:val="left"/>
      <w:pPr>
        <w:ind w:left="1080" w:hanging="360"/>
      </w:pPr>
      <w:rPr>
        <w:b/>
        <w:bCs/>
        <w:sz w:val="24"/>
        <w:szCs w:val="20"/>
      </w:rPr>
    </w:lvl>
    <w:lvl w:ilvl="2" w:tplc="04090001">
      <w:start w:val="1"/>
      <w:numFmt w:val="bullet"/>
      <w:lvlText w:val=""/>
      <w:lvlJc w:val="left"/>
      <w:pPr>
        <w:ind w:left="1980" w:hanging="360"/>
      </w:pPr>
      <w:rPr>
        <w:rFonts w:ascii="Symbol" w:hAnsi="Symbol"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52F9641F"/>
    <w:multiLevelType w:val="hybridMultilevel"/>
    <w:tmpl w:val="1BF299D4"/>
    <w:lvl w:ilvl="0" w:tplc="22DCAE90">
      <w:start w:val="1"/>
      <w:numFmt w:val="lowerLetter"/>
      <w:lvlText w:val="%1."/>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1260" w:hanging="180"/>
      </w:pPr>
    </w:lvl>
    <w:lvl w:ilvl="3" w:tplc="04090001">
      <w:start w:val="1"/>
      <w:numFmt w:val="bullet"/>
      <w:lvlText w:val=""/>
      <w:lvlJc w:val="left"/>
      <w:pPr>
        <w:ind w:left="1890" w:hanging="360"/>
      </w:pPr>
      <w:rPr>
        <w:rFonts w:ascii="Symbol" w:hAnsi="Symbol" w:hint="default"/>
      </w:rPr>
    </w:lvl>
    <w:lvl w:ilvl="4" w:tplc="F6AE2C6A">
      <w:start w:val="1"/>
      <w:numFmt w:val="lowerLetter"/>
      <w:lvlText w:val="(%5)"/>
      <w:lvlJc w:val="left"/>
      <w:pPr>
        <w:ind w:left="99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5F27E8A"/>
    <w:multiLevelType w:val="hybridMultilevel"/>
    <w:tmpl w:val="B37298BA"/>
    <w:lvl w:ilvl="0" w:tplc="A15E2616">
      <w:start w:val="1"/>
      <w:numFmt w:val="decimal"/>
      <w:lvlText w:val="%1."/>
      <w:lvlJc w:val="left"/>
      <w:pPr>
        <w:ind w:left="1020" w:hanging="360"/>
      </w:pPr>
    </w:lvl>
    <w:lvl w:ilvl="1" w:tplc="7B2CE7D2">
      <w:start w:val="1"/>
      <w:numFmt w:val="decimal"/>
      <w:lvlText w:val="%2."/>
      <w:lvlJc w:val="left"/>
      <w:pPr>
        <w:ind w:left="1020" w:hanging="360"/>
      </w:pPr>
    </w:lvl>
    <w:lvl w:ilvl="2" w:tplc="088637C2">
      <w:start w:val="1"/>
      <w:numFmt w:val="decimal"/>
      <w:lvlText w:val="%3."/>
      <w:lvlJc w:val="left"/>
      <w:pPr>
        <w:ind w:left="1020" w:hanging="360"/>
      </w:pPr>
    </w:lvl>
    <w:lvl w:ilvl="3" w:tplc="5DE6A1BE">
      <w:start w:val="1"/>
      <w:numFmt w:val="decimal"/>
      <w:lvlText w:val="%4."/>
      <w:lvlJc w:val="left"/>
      <w:pPr>
        <w:ind w:left="1020" w:hanging="360"/>
      </w:pPr>
    </w:lvl>
    <w:lvl w:ilvl="4" w:tplc="96C80118">
      <w:start w:val="1"/>
      <w:numFmt w:val="decimal"/>
      <w:lvlText w:val="%5."/>
      <w:lvlJc w:val="left"/>
      <w:pPr>
        <w:ind w:left="1020" w:hanging="360"/>
      </w:pPr>
    </w:lvl>
    <w:lvl w:ilvl="5" w:tplc="69648618">
      <w:start w:val="1"/>
      <w:numFmt w:val="decimal"/>
      <w:lvlText w:val="%6."/>
      <w:lvlJc w:val="left"/>
      <w:pPr>
        <w:ind w:left="1020" w:hanging="360"/>
      </w:pPr>
    </w:lvl>
    <w:lvl w:ilvl="6" w:tplc="D2A82866">
      <w:start w:val="1"/>
      <w:numFmt w:val="decimal"/>
      <w:lvlText w:val="%7."/>
      <w:lvlJc w:val="left"/>
      <w:pPr>
        <w:ind w:left="1020" w:hanging="360"/>
      </w:pPr>
    </w:lvl>
    <w:lvl w:ilvl="7" w:tplc="2ECCAB9E">
      <w:start w:val="1"/>
      <w:numFmt w:val="decimal"/>
      <w:lvlText w:val="%8."/>
      <w:lvlJc w:val="left"/>
      <w:pPr>
        <w:ind w:left="1020" w:hanging="360"/>
      </w:pPr>
    </w:lvl>
    <w:lvl w:ilvl="8" w:tplc="806632A0">
      <w:start w:val="1"/>
      <w:numFmt w:val="decimal"/>
      <w:lvlText w:val="%9."/>
      <w:lvlJc w:val="left"/>
      <w:pPr>
        <w:ind w:left="1020" w:hanging="360"/>
      </w:pPr>
    </w:lvl>
  </w:abstractNum>
  <w:abstractNum w:abstractNumId="33" w15:restartNumberingAfterBreak="0">
    <w:nsid w:val="5F25637D"/>
    <w:multiLevelType w:val="hybridMultilevel"/>
    <w:tmpl w:val="4544D33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0B247A5"/>
    <w:multiLevelType w:val="hybridMultilevel"/>
    <w:tmpl w:val="78AAB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2245BD4"/>
    <w:multiLevelType w:val="hybridMultilevel"/>
    <w:tmpl w:val="C8D673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554C5C"/>
    <w:multiLevelType w:val="hybridMultilevel"/>
    <w:tmpl w:val="C0C24C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FB7330"/>
    <w:multiLevelType w:val="hybridMultilevel"/>
    <w:tmpl w:val="46A0D7A8"/>
    <w:lvl w:ilvl="0" w:tplc="0FCA12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B9635F3"/>
    <w:multiLevelType w:val="hybridMultilevel"/>
    <w:tmpl w:val="D0ECAAF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D6053EC"/>
    <w:multiLevelType w:val="multilevel"/>
    <w:tmpl w:val="69C2C530"/>
    <w:lvl w:ilvl="0">
      <w:start w:val="1"/>
      <w:numFmt w:val="decimal"/>
      <w:lvlText w:val="%1."/>
      <w:lvlJc w:val="left"/>
      <w:pPr>
        <w:ind w:left="360" w:hanging="360"/>
      </w:pPr>
    </w:lvl>
    <w:lvl w:ilvl="1">
      <w:start w:val="1"/>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0" w15:restartNumberingAfterBreak="0">
    <w:nsid w:val="741E7E16"/>
    <w:multiLevelType w:val="hybridMultilevel"/>
    <w:tmpl w:val="E98A1A8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C366B2"/>
    <w:multiLevelType w:val="multilevel"/>
    <w:tmpl w:val="13DE8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EA83A87"/>
    <w:multiLevelType w:val="hybridMultilevel"/>
    <w:tmpl w:val="46A0D7A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7FF35399"/>
    <w:multiLevelType w:val="hybridMultilevel"/>
    <w:tmpl w:val="D70EC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2165327">
    <w:abstractNumId w:val="5"/>
  </w:num>
  <w:num w:numId="2" w16cid:durableId="1375428315">
    <w:abstractNumId w:val="3"/>
  </w:num>
  <w:num w:numId="3" w16cid:durableId="1407848479">
    <w:abstractNumId w:val="2"/>
  </w:num>
  <w:num w:numId="4" w16cid:durableId="825782298">
    <w:abstractNumId w:val="4"/>
  </w:num>
  <w:num w:numId="5" w16cid:durableId="1240946917">
    <w:abstractNumId w:val="1"/>
  </w:num>
  <w:num w:numId="6" w16cid:durableId="2049993058">
    <w:abstractNumId w:val="0"/>
  </w:num>
  <w:num w:numId="7" w16cid:durableId="2145661350">
    <w:abstractNumId w:val="11"/>
  </w:num>
  <w:num w:numId="8" w16cid:durableId="1534733703">
    <w:abstractNumId w:val="21"/>
  </w:num>
  <w:num w:numId="9" w16cid:durableId="1899902250">
    <w:abstractNumId w:val="6"/>
  </w:num>
  <w:num w:numId="10" w16cid:durableId="1568027204">
    <w:abstractNumId w:val="20"/>
  </w:num>
  <w:num w:numId="11" w16cid:durableId="2084133445">
    <w:abstractNumId w:val="37"/>
  </w:num>
  <w:num w:numId="12" w16cid:durableId="852836378">
    <w:abstractNumId w:val="31"/>
  </w:num>
  <w:num w:numId="13" w16cid:durableId="1369794414">
    <w:abstractNumId w:val="16"/>
  </w:num>
  <w:num w:numId="14" w16cid:durableId="375469941">
    <w:abstractNumId w:val="27"/>
  </w:num>
  <w:num w:numId="15" w16cid:durableId="1734965324">
    <w:abstractNumId w:val="15"/>
  </w:num>
  <w:num w:numId="16" w16cid:durableId="964624949">
    <w:abstractNumId w:val="14"/>
  </w:num>
  <w:num w:numId="17" w16cid:durableId="449906642">
    <w:abstractNumId w:val="10"/>
  </w:num>
  <w:num w:numId="18" w16cid:durableId="1590578020">
    <w:abstractNumId w:val="42"/>
  </w:num>
  <w:num w:numId="19" w16cid:durableId="1218009877">
    <w:abstractNumId w:val="7"/>
  </w:num>
  <w:num w:numId="20" w16cid:durableId="536238420">
    <w:abstractNumId w:val="41"/>
  </w:num>
  <w:num w:numId="21" w16cid:durableId="1294167774">
    <w:abstractNumId w:val="25"/>
  </w:num>
  <w:num w:numId="22" w16cid:durableId="925111582">
    <w:abstractNumId w:val="13"/>
  </w:num>
  <w:num w:numId="23" w16cid:durableId="109714331">
    <w:abstractNumId w:val="19"/>
  </w:num>
  <w:num w:numId="24" w16cid:durableId="1666280931">
    <w:abstractNumId w:val="33"/>
  </w:num>
  <w:num w:numId="25" w16cid:durableId="573708104">
    <w:abstractNumId w:val="39"/>
  </w:num>
  <w:num w:numId="26" w16cid:durableId="1261722778">
    <w:abstractNumId w:val="12"/>
  </w:num>
  <w:num w:numId="27" w16cid:durableId="1021316232">
    <w:abstractNumId w:val="34"/>
  </w:num>
  <w:num w:numId="28" w16cid:durableId="332997679">
    <w:abstractNumId w:val="26"/>
  </w:num>
  <w:num w:numId="29" w16cid:durableId="644165627">
    <w:abstractNumId w:val="35"/>
  </w:num>
  <w:num w:numId="30" w16cid:durableId="575823623">
    <w:abstractNumId w:val="38"/>
  </w:num>
  <w:num w:numId="31" w16cid:durableId="281618076">
    <w:abstractNumId w:val="36"/>
  </w:num>
  <w:num w:numId="32" w16cid:durableId="1985115058">
    <w:abstractNumId w:val="22"/>
  </w:num>
  <w:num w:numId="33" w16cid:durableId="129905512">
    <w:abstractNumId w:val="29"/>
  </w:num>
  <w:num w:numId="34" w16cid:durableId="1499619153">
    <w:abstractNumId w:val="40"/>
  </w:num>
  <w:num w:numId="35" w16cid:durableId="1550262725">
    <w:abstractNumId w:val="43"/>
  </w:num>
  <w:num w:numId="36" w16cid:durableId="1104689889">
    <w:abstractNumId w:val="32"/>
  </w:num>
  <w:num w:numId="37" w16cid:durableId="1957835297">
    <w:abstractNumId w:val="8"/>
  </w:num>
  <w:num w:numId="38" w16cid:durableId="721100249">
    <w:abstractNumId w:val="18"/>
  </w:num>
  <w:num w:numId="39" w16cid:durableId="1724408692">
    <w:abstractNumId w:val="17"/>
  </w:num>
  <w:num w:numId="40" w16cid:durableId="815758670">
    <w:abstractNumId w:val="30"/>
  </w:num>
  <w:num w:numId="41" w16cid:durableId="582640048">
    <w:abstractNumId w:val="24"/>
  </w:num>
  <w:num w:numId="42" w16cid:durableId="512376817">
    <w:abstractNumId w:val="28"/>
  </w:num>
  <w:num w:numId="43" w16cid:durableId="1912690444">
    <w:abstractNumId w:val="23"/>
  </w:num>
  <w:num w:numId="44" w16cid:durableId="1962566071">
    <w:abstractNumId w:val="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013E1"/>
    <w:rsid w:val="00001E76"/>
    <w:rsid w:val="000035D0"/>
    <w:rsid w:val="00004EA2"/>
    <w:rsid w:val="00005E27"/>
    <w:rsid w:val="00005EEE"/>
    <w:rsid w:val="000062F0"/>
    <w:rsid w:val="00006BE1"/>
    <w:rsid w:val="00006C76"/>
    <w:rsid w:val="00007055"/>
    <w:rsid w:val="000078A8"/>
    <w:rsid w:val="00011E92"/>
    <w:rsid w:val="00012DA6"/>
    <w:rsid w:val="000145DA"/>
    <w:rsid w:val="00014E8F"/>
    <w:rsid w:val="00015490"/>
    <w:rsid w:val="00015FB2"/>
    <w:rsid w:val="00017910"/>
    <w:rsid w:val="00017C16"/>
    <w:rsid w:val="00017EB6"/>
    <w:rsid w:val="00020BDD"/>
    <w:rsid w:val="000227C0"/>
    <w:rsid w:val="0002475A"/>
    <w:rsid w:val="0002511F"/>
    <w:rsid w:val="00025401"/>
    <w:rsid w:val="00025587"/>
    <w:rsid w:val="00025FCB"/>
    <w:rsid w:val="000266D7"/>
    <w:rsid w:val="00026A25"/>
    <w:rsid w:val="00026C5E"/>
    <w:rsid w:val="00026CAA"/>
    <w:rsid w:val="00026FCE"/>
    <w:rsid w:val="00027403"/>
    <w:rsid w:val="00027DC5"/>
    <w:rsid w:val="000311B0"/>
    <w:rsid w:val="0003172B"/>
    <w:rsid w:val="000324BB"/>
    <w:rsid w:val="000324E9"/>
    <w:rsid w:val="00032C97"/>
    <w:rsid w:val="00033369"/>
    <w:rsid w:val="00033991"/>
    <w:rsid w:val="00034501"/>
    <w:rsid w:val="00034616"/>
    <w:rsid w:val="000346D0"/>
    <w:rsid w:val="00035114"/>
    <w:rsid w:val="00037C39"/>
    <w:rsid w:val="00040837"/>
    <w:rsid w:val="000409E1"/>
    <w:rsid w:val="0004206C"/>
    <w:rsid w:val="00042355"/>
    <w:rsid w:val="00042873"/>
    <w:rsid w:val="000428FD"/>
    <w:rsid w:val="00043F2E"/>
    <w:rsid w:val="00044701"/>
    <w:rsid w:val="0004476E"/>
    <w:rsid w:val="00045250"/>
    <w:rsid w:val="0004576C"/>
    <w:rsid w:val="000462C5"/>
    <w:rsid w:val="00046E25"/>
    <w:rsid w:val="0004F778"/>
    <w:rsid w:val="000504B5"/>
    <w:rsid w:val="000508B3"/>
    <w:rsid w:val="00050C6A"/>
    <w:rsid w:val="000516D9"/>
    <w:rsid w:val="000517E6"/>
    <w:rsid w:val="0005333E"/>
    <w:rsid w:val="000534DF"/>
    <w:rsid w:val="00054D62"/>
    <w:rsid w:val="0006063C"/>
    <w:rsid w:val="00061A5E"/>
    <w:rsid w:val="000626FF"/>
    <w:rsid w:val="00064253"/>
    <w:rsid w:val="00064818"/>
    <w:rsid w:val="00064957"/>
    <w:rsid w:val="00065921"/>
    <w:rsid w:val="000669D4"/>
    <w:rsid w:val="00070E36"/>
    <w:rsid w:val="00071B69"/>
    <w:rsid w:val="0007206E"/>
    <w:rsid w:val="000723B0"/>
    <w:rsid w:val="00073009"/>
    <w:rsid w:val="00074922"/>
    <w:rsid w:val="0007570D"/>
    <w:rsid w:val="00075DA6"/>
    <w:rsid w:val="00076000"/>
    <w:rsid w:val="00076597"/>
    <w:rsid w:val="00076694"/>
    <w:rsid w:val="00077776"/>
    <w:rsid w:val="000777A3"/>
    <w:rsid w:val="0008043E"/>
    <w:rsid w:val="00080ECC"/>
    <w:rsid w:val="00081CE2"/>
    <w:rsid w:val="00082329"/>
    <w:rsid w:val="000835AF"/>
    <w:rsid w:val="00087357"/>
    <w:rsid w:val="00087398"/>
    <w:rsid w:val="00087D56"/>
    <w:rsid w:val="00090376"/>
    <w:rsid w:val="00090647"/>
    <w:rsid w:val="00090A8C"/>
    <w:rsid w:val="000925E5"/>
    <w:rsid w:val="000943F1"/>
    <w:rsid w:val="00094FB0"/>
    <w:rsid w:val="00095DE8"/>
    <w:rsid w:val="00096865"/>
    <w:rsid w:val="000A2EF0"/>
    <w:rsid w:val="000A30A3"/>
    <w:rsid w:val="000A3159"/>
    <w:rsid w:val="000A3A9D"/>
    <w:rsid w:val="000A3CCE"/>
    <w:rsid w:val="000A50F2"/>
    <w:rsid w:val="000A5132"/>
    <w:rsid w:val="000A6563"/>
    <w:rsid w:val="000A7B96"/>
    <w:rsid w:val="000B06C4"/>
    <w:rsid w:val="000B0952"/>
    <w:rsid w:val="000B24FA"/>
    <w:rsid w:val="000B27E3"/>
    <w:rsid w:val="000B315B"/>
    <w:rsid w:val="000B37F9"/>
    <w:rsid w:val="000B451A"/>
    <w:rsid w:val="000B4721"/>
    <w:rsid w:val="000B4E11"/>
    <w:rsid w:val="000C085C"/>
    <w:rsid w:val="000C2203"/>
    <w:rsid w:val="000C270F"/>
    <w:rsid w:val="000C2730"/>
    <w:rsid w:val="000C332A"/>
    <w:rsid w:val="000C40A1"/>
    <w:rsid w:val="000C44C2"/>
    <w:rsid w:val="000D00C8"/>
    <w:rsid w:val="000D038C"/>
    <w:rsid w:val="000D0F9B"/>
    <w:rsid w:val="000D1EF9"/>
    <w:rsid w:val="000D552F"/>
    <w:rsid w:val="000D5A93"/>
    <w:rsid w:val="000D6DF7"/>
    <w:rsid w:val="000D7573"/>
    <w:rsid w:val="000D7A05"/>
    <w:rsid w:val="000D7EAC"/>
    <w:rsid w:val="000E01D6"/>
    <w:rsid w:val="000E12EC"/>
    <w:rsid w:val="000E1542"/>
    <w:rsid w:val="000E1677"/>
    <w:rsid w:val="000E3449"/>
    <w:rsid w:val="000E3DC1"/>
    <w:rsid w:val="000E4150"/>
    <w:rsid w:val="000E58D9"/>
    <w:rsid w:val="000E5FEC"/>
    <w:rsid w:val="000E621E"/>
    <w:rsid w:val="000E6CDC"/>
    <w:rsid w:val="000E74D7"/>
    <w:rsid w:val="000E790A"/>
    <w:rsid w:val="000F0012"/>
    <w:rsid w:val="000F03D1"/>
    <w:rsid w:val="000F1F8C"/>
    <w:rsid w:val="000F2B6A"/>
    <w:rsid w:val="000F2F9A"/>
    <w:rsid w:val="000F41C3"/>
    <w:rsid w:val="000F4300"/>
    <w:rsid w:val="000F494F"/>
    <w:rsid w:val="000F5267"/>
    <w:rsid w:val="000F534C"/>
    <w:rsid w:val="000F5675"/>
    <w:rsid w:val="0010030A"/>
    <w:rsid w:val="00100A92"/>
    <w:rsid w:val="00101B0B"/>
    <w:rsid w:val="00101ED2"/>
    <w:rsid w:val="00103AEA"/>
    <w:rsid w:val="00104271"/>
    <w:rsid w:val="00104CE9"/>
    <w:rsid w:val="00104F2A"/>
    <w:rsid w:val="001121FB"/>
    <w:rsid w:val="00112A42"/>
    <w:rsid w:val="00115147"/>
    <w:rsid w:val="00115A3E"/>
    <w:rsid w:val="0011672F"/>
    <w:rsid w:val="00116B23"/>
    <w:rsid w:val="00116B46"/>
    <w:rsid w:val="00116DB9"/>
    <w:rsid w:val="0011781F"/>
    <w:rsid w:val="00117CCF"/>
    <w:rsid w:val="001229E6"/>
    <w:rsid w:val="001238B1"/>
    <w:rsid w:val="00123912"/>
    <w:rsid w:val="00125DBE"/>
    <w:rsid w:val="00126DA2"/>
    <w:rsid w:val="00126E50"/>
    <w:rsid w:val="00127BFE"/>
    <w:rsid w:val="0013061D"/>
    <w:rsid w:val="00133760"/>
    <w:rsid w:val="00134D21"/>
    <w:rsid w:val="00136F91"/>
    <w:rsid w:val="0014109B"/>
    <w:rsid w:val="00141220"/>
    <w:rsid w:val="0014202B"/>
    <w:rsid w:val="00143C89"/>
    <w:rsid w:val="00144802"/>
    <w:rsid w:val="00144DE5"/>
    <w:rsid w:val="00145BD9"/>
    <w:rsid w:val="001469E3"/>
    <w:rsid w:val="00146AF8"/>
    <w:rsid w:val="00146BDF"/>
    <w:rsid w:val="0015074B"/>
    <w:rsid w:val="001519DB"/>
    <w:rsid w:val="00151B47"/>
    <w:rsid w:val="001529BF"/>
    <w:rsid w:val="0015328D"/>
    <w:rsid w:val="00153CEA"/>
    <w:rsid w:val="00154A8C"/>
    <w:rsid w:val="0015664D"/>
    <w:rsid w:val="001568FB"/>
    <w:rsid w:val="0015748B"/>
    <w:rsid w:val="001577A0"/>
    <w:rsid w:val="0016007A"/>
    <w:rsid w:val="00160445"/>
    <w:rsid w:val="0016094B"/>
    <w:rsid w:val="001634B2"/>
    <w:rsid w:val="00166A78"/>
    <w:rsid w:val="001679A6"/>
    <w:rsid w:val="00167A0F"/>
    <w:rsid w:val="00167CAA"/>
    <w:rsid w:val="00167E87"/>
    <w:rsid w:val="001703F7"/>
    <w:rsid w:val="00172371"/>
    <w:rsid w:val="0017262E"/>
    <w:rsid w:val="00172D9C"/>
    <w:rsid w:val="00173059"/>
    <w:rsid w:val="001731B8"/>
    <w:rsid w:val="00173E2B"/>
    <w:rsid w:val="00175F03"/>
    <w:rsid w:val="00176A6D"/>
    <w:rsid w:val="00176E26"/>
    <w:rsid w:val="001801C4"/>
    <w:rsid w:val="001802B2"/>
    <w:rsid w:val="001810AA"/>
    <w:rsid w:val="0018130E"/>
    <w:rsid w:val="00182392"/>
    <w:rsid w:val="0018471E"/>
    <w:rsid w:val="00184EF9"/>
    <w:rsid w:val="001854B9"/>
    <w:rsid w:val="001854D3"/>
    <w:rsid w:val="0018612C"/>
    <w:rsid w:val="001868F1"/>
    <w:rsid w:val="0019128A"/>
    <w:rsid w:val="001918EB"/>
    <w:rsid w:val="00191A60"/>
    <w:rsid w:val="00193A94"/>
    <w:rsid w:val="00193EA3"/>
    <w:rsid w:val="00194CFA"/>
    <w:rsid w:val="0019550B"/>
    <w:rsid w:val="001965A6"/>
    <w:rsid w:val="001967F4"/>
    <w:rsid w:val="001A0B83"/>
    <w:rsid w:val="001A14E6"/>
    <w:rsid w:val="001A29C6"/>
    <w:rsid w:val="001A32CB"/>
    <w:rsid w:val="001A3850"/>
    <w:rsid w:val="001A5356"/>
    <w:rsid w:val="001A69F1"/>
    <w:rsid w:val="001A6E86"/>
    <w:rsid w:val="001B05E8"/>
    <w:rsid w:val="001B2859"/>
    <w:rsid w:val="001B2FAA"/>
    <w:rsid w:val="001B346C"/>
    <w:rsid w:val="001B4574"/>
    <w:rsid w:val="001B5FC0"/>
    <w:rsid w:val="001B6C3A"/>
    <w:rsid w:val="001B6ED6"/>
    <w:rsid w:val="001C0F5B"/>
    <w:rsid w:val="001C36B3"/>
    <w:rsid w:val="001C4887"/>
    <w:rsid w:val="001C49AF"/>
    <w:rsid w:val="001C600D"/>
    <w:rsid w:val="001C611D"/>
    <w:rsid w:val="001D1317"/>
    <w:rsid w:val="001D1721"/>
    <w:rsid w:val="001D26AB"/>
    <w:rsid w:val="001D2894"/>
    <w:rsid w:val="001D2D4E"/>
    <w:rsid w:val="001D3A68"/>
    <w:rsid w:val="001D6FA4"/>
    <w:rsid w:val="001D72CF"/>
    <w:rsid w:val="001E025C"/>
    <w:rsid w:val="001E1387"/>
    <w:rsid w:val="001E1863"/>
    <w:rsid w:val="001E1E57"/>
    <w:rsid w:val="001E2047"/>
    <w:rsid w:val="001E2204"/>
    <w:rsid w:val="001E48BC"/>
    <w:rsid w:val="001E55F7"/>
    <w:rsid w:val="001E68B7"/>
    <w:rsid w:val="001F0007"/>
    <w:rsid w:val="001F0FA0"/>
    <w:rsid w:val="001F2BB2"/>
    <w:rsid w:val="001F2DF6"/>
    <w:rsid w:val="001F3392"/>
    <w:rsid w:val="001F3827"/>
    <w:rsid w:val="001F4377"/>
    <w:rsid w:val="001F4F47"/>
    <w:rsid w:val="001F5310"/>
    <w:rsid w:val="001F6364"/>
    <w:rsid w:val="002008EC"/>
    <w:rsid w:val="00200CB3"/>
    <w:rsid w:val="002028A5"/>
    <w:rsid w:val="00203743"/>
    <w:rsid w:val="0020395A"/>
    <w:rsid w:val="00203E77"/>
    <w:rsid w:val="002058A0"/>
    <w:rsid w:val="0020659E"/>
    <w:rsid w:val="002065EA"/>
    <w:rsid w:val="00207331"/>
    <w:rsid w:val="002105FA"/>
    <w:rsid w:val="00211024"/>
    <w:rsid w:val="00211544"/>
    <w:rsid w:val="002115CF"/>
    <w:rsid w:val="00212A64"/>
    <w:rsid w:val="00222CA4"/>
    <w:rsid w:val="00223A81"/>
    <w:rsid w:val="00223F66"/>
    <w:rsid w:val="002240F3"/>
    <w:rsid w:val="00224DAA"/>
    <w:rsid w:val="00224E09"/>
    <w:rsid w:val="002252F2"/>
    <w:rsid w:val="002260E5"/>
    <w:rsid w:val="00230DD8"/>
    <w:rsid w:val="002333D0"/>
    <w:rsid w:val="0023588F"/>
    <w:rsid w:val="002361EC"/>
    <w:rsid w:val="00240036"/>
    <w:rsid w:val="00240A24"/>
    <w:rsid w:val="00241313"/>
    <w:rsid w:val="002444A4"/>
    <w:rsid w:val="0024460F"/>
    <w:rsid w:val="00244C57"/>
    <w:rsid w:val="002473F7"/>
    <w:rsid w:val="0025069E"/>
    <w:rsid w:val="00250871"/>
    <w:rsid w:val="00250C5A"/>
    <w:rsid w:val="00252ABA"/>
    <w:rsid w:val="00252CE0"/>
    <w:rsid w:val="0025323B"/>
    <w:rsid w:val="0025367A"/>
    <w:rsid w:val="00253F76"/>
    <w:rsid w:val="002541A0"/>
    <w:rsid w:val="002547B1"/>
    <w:rsid w:val="00254BC1"/>
    <w:rsid w:val="0025534C"/>
    <w:rsid w:val="002557D9"/>
    <w:rsid w:val="00257B69"/>
    <w:rsid w:val="00257BF3"/>
    <w:rsid w:val="00261870"/>
    <w:rsid w:val="00261B63"/>
    <w:rsid w:val="00261D8A"/>
    <w:rsid w:val="00262564"/>
    <w:rsid w:val="00262A3D"/>
    <w:rsid w:val="00264F5C"/>
    <w:rsid w:val="00265B91"/>
    <w:rsid w:val="00265E5F"/>
    <w:rsid w:val="00265EE5"/>
    <w:rsid w:val="00267FF1"/>
    <w:rsid w:val="00270997"/>
    <w:rsid w:val="00271235"/>
    <w:rsid w:val="002718D4"/>
    <w:rsid w:val="0027317F"/>
    <w:rsid w:val="00273990"/>
    <w:rsid w:val="002740C5"/>
    <w:rsid w:val="00274298"/>
    <w:rsid w:val="00276955"/>
    <w:rsid w:val="002770BA"/>
    <w:rsid w:val="00277DBB"/>
    <w:rsid w:val="00281731"/>
    <w:rsid w:val="002830DF"/>
    <w:rsid w:val="002838D4"/>
    <w:rsid w:val="00283E11"/>
    <w:rsid w:val="002851B5"/>
    <w:rsid w:val="00285FFC"/>
    <w:rsid w:val="0028628D"/>
    <w:rsid w:val="00286FFE"/>
    <w:rsid w:val="002921CA"/>
    <w:rsid w:val="002935A0"/>
    <w:rsid w:val="00293AC4"/>
    <w:rsid w:val="00294987"/>
    <w:rsid w:val="00294FEE"/>
    <w:rsid w:val="0029639D"/>
    <w:rsid w:val="0029647D"/>
    <w:rsid w:val="00296948"/>
    <w:rsid w:val="00296C6E"/>
    <w:rsid w:val="00296FE6"/>
    <w:rsid w:val="002A1C31"/>
    <w:rsid w:val="002A361D"/>
    <w:rsid w:val="002A3E12"/>
    <w:rsid w:val="002A4BD4"/>
    <w:rsid w:val="002A51DE"/>
    <w:rsid w:val="002A571C"/>
    <w:rsid w:val="002A629F"/>
    <w:rsid w:val="002A66CC"/>
    <w:rsid w:val="002B0866"/>
    <w:rsid w:val="002B403B"/>
    <w:rsid w:val="002B608B"/>
    <w:rsid w:val="002B638A"/>
    <w:rsid w:val="002B64E8"/>
    <w:rsid w:val="002C0934"/>
    <w:rsid w:val="002C23D9"/>
    <w:rsid w:val="002C40E4"/>
    <w:rsid w:val="002C4608"/>
    <w:rsid w:val="002C5C1B"/>
    <w:rsid w:val="002C663C"/>
    <w:rsid w:val="002D0D37"/>
    <w:rsid w:val="002D1E56"/>
    <w:rsid w:val="002D3637"/>
    <w:rsid w:val="002D4561"/>
    <w:rsid w:val="002D501A"/>
    <w:rsid w:val="002D58B8"/>
    <w:rsid w:val="002D5C99"/>
    <w:rsid w:val="002D6A43"/>
    <w:rsid w:val="002E08C7"/>
    <w:rsid w:val="002E0ECF"/>
    <w:rsid w:val="002E12B2"/>
    <w:rsid w:val="002E2290"/>
    <w:rsid w:val="002E2E2E"/>
    <w:rsid w:val="002E2E86"/>
    <w:rsid w:val="002E5C41"/>
    <w:rsid w:val="002E7863"/>
    <w:rsid w:val="002E7BA3"/>
    <w:rsid w:val="002F0B68"/>
    <w:rsid w:val="002F1754"/>
    <w:rsid w:val="002F260E"/>
    <w:rsid w:val="002F2C19"/>
    <w:rsid w:val="002F3020"/>
    <w:rsid w:val="002F3191"/>
    <w:rsid w:val="002F3652"/>
    <w:rsid w:val="002F4048"/>
    <w:rsid w:val="002F5241"/>
    <w:rsid w:val="002F617C"/>
    <w:rsid w:val="002F661F"/>
    <w:rsid w:val="002F7489"/>
    <w:rsid w:val="00300691"/>
    <w:rsid w:val="003009BA"/>
    <w:rsid w:val="00301588"/>
    <w:rsid w:val="003015E0"/>
    <w:rsid w:val="00301B42"/>
    <w:rsid w:val="0030228D"/>
    <w:rsid w:val="00305C80"/>
    <w:rsid w:val="003070F3"/>
    <w:rsid w:val="00307138"/>
    <w:rsid w:val="00307DB2"/>
    <w:rsid w:val="003102FA"/>
    <w:rsid w:val="00310C56"/>
    <w:rsid w:val="00311361"/>
    <w:rsid w:val="003127FB"/>
    <w:rsid w:val="003139B9"/>
    <w:rsid w:val="00313E58"/>
    <w:rsid w:val="00314F59"/>
    <w:rsid w:val="0031580C"/>
    <w:rsid w:val="00315844"/>
    <w:rsid w:val="00315934"/>
    <w:rsid w:val="00315D58"/>
    <w:rsid w:val="00316CAE"/>
    <w:rsid w:val="0031785C"/>
    <w:rsid w:val="00322203"/>
    <w:rsid w:val="00322220"/>
    <w:rsid w:val="00326933"/>
    <w:rsid w:val="00326A3D"/>
    <w:rsid w:val="00326F90"/>
    <w:rsid w:val="0033069D"/>
    <w:rsid w:val="003317BC"/>
    <w:rsid w:val="00332232"/>
    <w:rsid w:val="00332743"/>
    <w:rsid w:val="00332A89"/>
    <w:rsid w:val="00333CCA"/>
    <w:rsid w:val="00334A6E"/>
    <w:rsid w:val="00334F77"/>
    <w:rsid w:val="003358C0"/>
    <w:rsid w:val="00336460"/>
    <w:rsid w:val="00337259"/>
    <w:rsid w:val="00340581"/>
    <w:rsid w:val="003414A4"/>
    <w:rsid w:val="0034176A"/>
    <w:rsid w:val="0034212E"/>
    <w:rsid w:val="0034361B"/>
    <w:rsid w:val="003463E6"/>
    <w:rsid w:val="00350050"/>
    <w:rsid w:val="0035021D"/>
    <w:rsid w:val="0035066B"/>
    <w:rsid w:val="003507C9"/>
    <w:rsid w:val="00351070"/>
    <w:rsid w:val="003516A0"/>
    <w:rsid w:val="0035206E"/>
    <w:rsid w:val="003539BD"/>
    <w:rsid w:val="00353EB4"/>
    <w:rsid w:val="0035426A"/>
    <w:rsid w:val="003546B3"/>
    <w:rsid w:val="003548F0"/>
    <w:rsid w:val="00354E74"/>
    <w:rsid w:val="00355877"/>
    <w:rsid w:val="00355B78"/>
    <w:rsid w:val="0035756C"/>
    <w:rsid w:val="0036325D"/>
    <w:rsid w:val="00366673"/>
    <w:rsid w:val="0036670C"/>
    <w:rsid w:val="00371FC0"/>
    <w:rsid w:val="00374F3D"/>
    <w:rsid w:val="00374FE4"/>
    <w:rsid w:val="003754A6"/>
    <w:rsid w:val="00375B71"/>
    <w:rsid w:val="00376635"/>
    <w:rsid w:val="00377D78"/>
    <w:rsid w:val="00380B6A"/>
    <w:rsid w:val="00380FB0"/>
    <w:rsid w:val="0038240C"/>
    <w:rsid w:val="00383DC3"/>
    <w:rsid w:val="00384B70"/>
    <w:rsid w:val="00387CAD"/>
    <w:rsid w:val="00391A20"/>
    <w:rsid w:val="00391D67"/>
    <w:rsid w:val="0039230C"/>
    <w:rsid w:val="00392506"/>
    <w:rsid w:val="00392785"/>
    <w:rsid w:val="0039483E"/>
    <w:rsid w:val="00395D66"/>
    <w:rsid w:val="003A0A78"/>
    <w:rsid w:val="003A1908"/>
    <w:rsid w:val="003A2A28"/>
    <w:rsid w:val="003A3D0D"/>
    <w:rsid w:val="003A4D08"/>
    <w:rsid w:val="003A4F81"/>
    <w:rsid w:val="003A7336"/>
    <w:rsid w:val="003B11DD"/>
    <w:rsid w:val="003B1379"/>
    <w:rsid w:val="003B2E45"/>
    <w:rsid w:val="003B36B6"/>
    <w:rsid w:val="003B404A"/>
    <w:rsid w:val="003B47AE"/>
    <w:rsid w:val="003B4BD7"/>
    <w:rsid w:val="003B4FA9"/>
    <w:rsid w:val="003B54BF"/>
    <w:rsid w:val="003B568D"/>
    <w:rsid w:val="003B58AF"/>
    <w:rsid w:val="003B689F"/>
    <w:rsid w:val="003C0155"/>
    <w:rsid w:val="003C07CA"/>
    <w:rsid w:val="003C0C7B"/>
    <w:rsid w:val="003C0D78"/>
    <w:rsid w:val="003C1850"/>
    <w:rsid w:val="003C1ABA"/>
    <w:rsid w:val="003C205D"/>
    <w:rsid w:val="003C3B40"/>
    <w:rsid w:val="003C51D1"/>
    <w:rsid w:val="003C5927"/>
    <w:rsid w:val="003C6305"/>
    <w:rsid w:val="003C6FA8"/>
    <w:rsid w:val="003D019E"/>
    <w:rsid w:val="003D1F57"/>
    <w:rsid w:val="003D2ECD"/>
    <w:rsid w:val="003D346B"/>
    <w:rsid w:val="003D3536"/>
    <w:rsid w:val="003D38A0"/>
    <w:rsid w:val="003E104C"/>
    <w:rsid w:val="003E2069"/>
    <w:rsid w:val="003E270C"/>
    <w:rsid w:val="003E28F0"/>
    <w:rsid w:val="003E3561"/>
    <w:rsid w:val="003E484C"/>
    <w:rsid w:val="003E5BD6"/>
    <w:rsid w:val="003E6E2C"/>
    <w:rsid w:val="003E6E56"/>
    <w:rsid w:val="003F075D"/>
    <w:rsid w:val="003F0E1D"/>
    <w:rsid w:val="003F25DF"/>
    <w:rsid w:val="003F42A0"/>
    <w:rsid w:val="003F44DC"/>
    <w:rsid w:val="003F454E"/>
    <w:rsid w:val="003F54BD"/>
    <w:rsid w:val="003F5562"/>
    <w:rsid w:val="003F5DC7"/>
    <w:rsid w:val="004014C4"/>
    <w:rsid w:val="004034F7"/>
    <w:rsid w:val="00404040"/>
    <w:rsid w:val="00405B31"/>
    <w:rsid w:val="00406B31"/>
    <w:rsid w:val="00406FAF"/>
    <w:rsid w:val="004078BE"/>
    <w:rsid w:val="0041064E"/>
    <w:rsid w:val="004115A0"/>
    <w:rsid w:val="004119FC"/>
    <w:rsid w:val="00411B58"/>
    <w:rsid w:val="00413278"/>
    <w:rsid w:val="004145F5"/>
    <w:rsid w:val="00414B97"/>
    <w:rsid w:val="0041533C"/>
    <w:rsid w:val="0041544D"/>
    <w:rsid w:val="00420F2F"/>
    <w:rsid w:val="0042355B"/>
    <w:rsid w:val="00423F8C"/>
    <w:rsid w:val="00424756"/>
    <w:rsid w:val="004248FF"/>
    <w:rsid w:val="00426198"/>
    <w:rsid w:val="00426375"/>
    <w:rsid w:val="0042673B"/>
    <w:rsid w:val="00426B20"/>
    <w:rsid w:val="00426F51"/>
    <w:rsid w:val="004275FE"/>
    <w:rsid w:val="004276D7"/>
    <w:rsid w:val="00431015"/>
    <w:rsid w:val="004312C9"/>
    <w:rsid w:val="004331AD"/>
    <w:rsid w:val="0043340E"/>
    <w:rsid w:val="00435614"/>
    <w:rsid w:val="00435CEF"/>
    <w:rsid w:val="00435E5E"/>
    <w:rsid w:val="00436532"/>
    <w:rsid w:val="00440BE8"/>
    <w:rsid w:val="00442884"/>
    <w:rsid w:val="004430D6"/>
    <w:rsid w:val="004436F4"/>
    <w:rsid w:val="0044479B"/>
    <w:rsid w:val="00444CB8"/>
    <w:rsid w:val="00445088"/>
    <w:rsid w:val="00445659"/>
    <w:rsid w:val="00445B7B"/>
    <w:rsid w:val="00445BEC"/>
    <w:rsid w:val="004461BA"/>
    <w:rsid w:val="00446209"/>
    <w:rsid w:val="00446B75"/>
    <w:rsid w:val="00447DBA"/>
    <w:rsid w:val="0045022E"/>
    <w:rsid w:val="00450A6D"/>
    <w:rsid w:val="00451E17"/>
    <w:rsid w:val="00452131"/>
    <w:rsid w:val="00452C2E"/>
    <w:rsid w:val="00454006"/>
    <w:rsid w:val="004548BF"/>
    <w:rsid w:val="0045564D"/>
    <w:rsid w:val="00456007"/>
    <w:rsid w:val="00456492"/>
    <w:rsid w:val="0045658C"/>
    <w:rsid w:val="00460D69"/>
    <w:rsid w:val="00461B8D"/>
    <w:rsid w:val="00464241"/>
    <w:rsid w:val="00465449"/>
    <w:rsid w:val="004661B3"/>
    <w:rsid w:val="00466371"/>
    <w:rsid w:val="004666B9"/>
    <w:rsid w:val="00466D75"/>
    <w:rsid w:val="00467363"/>
    <w:rsid w:val="00467FFE"/>
    <w:rsid w:val="004714C0"/>
    <w:rsid w:val="00471C51"/>
    <w:rsid w:val="00473B93"/>
    <w:rsid w:val="00474700"/>
    <w:rsid w:val="00475907"/>
    <w:rsid w:val="004761A0"/>
    <w:rsid w:val="004766EF"/>
    <w:rsid w:val="00477841"/>
    <w:rsid w:val="00481389"/>
    <w:rsid w:val="004819FF"/>
    <w:rsid w:val="00481C2F"/>
    <w:rsid w:val="004828D1"/>
    <w:rsid w:val="00482AED"/>
    <w:rsid w:val="00482B7C"/>
    <w:rsid w:val="00482C7B"/>
    <w:rsid w:val="004832F3"/>
    <w:rsid w:val="00483692"/>
    <w:rsid w:val="00484770"/>
    <w:rsid w:val="00485255"/>
    <w:rsid w:val="0048531E"/>
    <w:rsid w:val="0048549F"/>
    <w:rsid w:val="0048660D"/>
    <w:rsid w:val="0048682F"/>
    <w:rsid w:val="00486CB0"/>
    <w:rsid w:val="00487FA8"/>
    <w:rsid w:val="004926C0"/>
    <w:rsid w:val="00492A09"/>
    <w:rsid w:val="004942F4"/>
    <w:rsid w:val="00494EA2"/>
    <w:rsid w:val="0049561E"/>
    <w:rsid w:val="004A0BAA"/>
    <w:rsid w:val="004A2B10"/>
    <w:rsid w:val="004A34FB"/>
    <w:rsid w:val="004A3D7A"/>
    <w:rsid w:val="004A585D"/>
    <w:rsid w:val="004A641D"/>
    <w:rsid w:val="004A6A4C"/>
    <w:rsid w:val="004A6BD5"/>
    <w:rsid w:val="004A6E30"/>
    <w:rsid w:val="004A78A9"/>
    <w:rsid w:val="004B0688"/>
    <w:rsid w:val="004B0A37"/>
    <w:rsid w:val="004B0EAD"/>
    <w:rsid w:val="004B13F8"/>
    <w:rsid w:val="004B29DD"/>
    <w:rsid w:val="004B59B6"/>
    <w:rsid w:val="004B5D6D"/>
    <w:rsid w:val="004B5DFF"/>
    <w:rsid w:val="004B6753"/>
    <w:rsid w:val="004C0826"/>
    <w:rsid w:val="004C3B17"/>
    <w:rsid w:val="004C5EB6"/>
    <w:rsid w:val="004C6ABA"/>
    <w:rsid w:val="004C6C6A"/>
    <w:rsid w:val="004C74B4"/>
    <w:rsid w:val="004D03B6"/>
    <w:rsid w:val="004D41A0"/>
    <w:rsid w:val="004D4C45"/>
    <w:rsid w:val="004D6E8C"/>
    <w:rsid w:val="004D7F7A"/>
    <w:rsid w:val="004E07CA"/>
    <w:rsid w:val="004E0AAB"/>
    <w:rsid w:val="004E0E9B"/>
    <w:rsid w:val="004E1783"/>
    <w:rsid w:val="004E2D89"/>
    <w:rsid w:val="004E2E2C"/>
    <w:rsid w:val="004E3864"/>
    <w:rsid w:val="004E4D3E"/>
    <w:rsid w:val="004E5428"/>
    <w:rsid w:val="004E561A"/>
    <w:rsid w:val="004E5D03"/>
    <w:rsid w:val="004E65C0"/>
    <w:rsid w:val="004F032E"/>
    <w:rsid w:val="004F2AB2"/>
    <w:rsid w:val="004F512E"/>
    <w:rsid w:val="004F6811"/>
    <w:rsid w:val="004F6ABB"/>
    <w:rsid w:val="004F7E6F"/>
    <w:rsid w:val="00501A56"/>
    <w:rsid w:val="005025DC"/>
    <w:rsid w:val="00502CFE"/>
    <w:rsid w:val="00503F77"/>
    <w:rsid w:val="005049A3"/>
    <w:rsid w:val="00505728"/>
    <w:rsid w:val="00512904"/>
    <w:rsid w:val="00513D06"/>
    <w:rsid w:val="00513D8C"/>
    <w:rsid w:val="00514020"/>
    <w:rsid w:val="005164D7"/>
    <w:rsid w:val="00516556"/>
    <w:rsid w:val="0051797B"/>
    <w:rsid w:val="00520513"/>
    <w:rsid w:val="005206BD"/>
    <w:rsid w:val="00520893"/>
    <w:rsid w:val="005238B8"/>
    <w:rsid w:val="00524BAB"/>
    <w:rsid w:val="00525429"/>
    <w:rsid w:val="00525702"/>
    <w:rsid w:val="00526353"/>
    <w:rsid w:val="00526657"/>
    <w:rsid w:val="00530670"/>
    <w:rsid w:val="0053150B"/>
    <w:rsid w:val="00532FA9"/>
    <w:rsid w:val="0053364E"/>
    <w:rsid w:val="00534987"/>
    <w:rsid w:val="005349BE"/>
    <w:rsid w:val="0053535C"/>
    <w:rsid w:val="0053768B"/>
    <w:rsid w:val="005421E8"/>
    <w:rsid w:val="00542DBD"/>
    <w:rsid w:val="0054355A"/>
    <w:rsid w:val="0054413D"/>
    <w:rsid w:val="0054446F"/>
    <w:rsid w:val="0054482B"/>
    <w:rsid w:val="0055008F"/>
    <w:rsid w:val="00550447"/>
    <w:rsid w:val="00550A81"/>
    <w:rsid w:val="00552BD7"/>
    <w:rsid w:val="00552DBD"/>
    <w:rsid w:val="00553F90"/>
    <w:rsid w:val="00554DA3"/>
    <w:rsid w:val="00556402"/>
    <w:rsid w:val="005569A9"/>
    <w:rsid w:val="00560D19"/>
    <w:rsid w:val="00561F2E"/>
    <w:rsid w:val="00562914"/>
    <w:rsid w:val="00562942"/>
    <w:rsid w:val="005634B6"/>
    <w:rsid w:val="00563BE5"/>
    <w:rsid w:val="005641A0"/>
    <w:rsid w:val="00564379"/>
    <w:rsid w:val="0056476D"/>
    <w:rsid w:val="00565486"/>
    <w:rsid w:val="00566998"/>
    <w:rsid w:val="0056736F"/>
    <w:rsid w:val="005712FD"/>
    <w:rsid w:val="0057264E"/>
    <w:rsid w:val="0057487E"/>
    <w:rsid w:val="00575A9A"/>
    <w:rsid w:val="00576DB2"/>
    <w:rsid w:val="00581FB0"/>
    <w:rsid w:val="00582084"/>
    <w:rsid w:val="0058228D"/>
    <w:rsid w:val="005839BC"/>
    <w:rsid w:val="005839F9"/>
    <w:rsid w:val="00583E3A"/>
    <w:rsid w:val="00584699"/>
    <w:rsid w:val="00585525"/>
    <w:rsid w:val="00585FDE"/>
    <w:rsid w:val="00586BBE"/>
    <w:rsid w:val="005871E1"/>
    <w:rsid w:val="00590058"/>
    <w:rsid w:val="0059137A"/>
    <w:rsid w:val="005918AC"/>
    <w:rsid w:val="00593162"/>
    <w:rsid w:val="00593880"/>
    <w:rsid w:val="00593AE3"/>
    <w:rsid w:val="00593B5C"/>
    <w:rsid w:val="0059415E"/>
    <w:rsid w:val="0059457B"/>
    <w:rsid w:val="00597395"/>
    <w:rsid w:val="005A09AB"/>
    <w:rsid w:val="005A36EA"/>
    <w:rsid w:val="005A3FC2"/>
    <w:rsid w:val="005A3FF5"/>
    <w:rsid w:val="005A5357"/>
    <w:rsid w:val="005A53C4"/>
    <w:rsid w:val="005A686F"/>
    <w:rsid w:val="005A6B17"/>
    <w:rsid w:val="005A7478"/>
    <w:rsid w:val="005A7603"/>
    <w:rsid w:val="005B6700"/>
    <w:rsid w:val="005B70F4"/>
    <w:rsid w:val="005B74AF"/>
    <w:rsid w:val="005C02D4"/>
    <w:rsid w:val="005C049B"/>
    <w:rsid w:val="005C09D4"/>
    <w:rsid w:val="005C0A65"/>
    <w:rsid w:val="005C121F"/>
    <w:rsid w:val="005C131D"/>
    <w:rsid w:val="005C1B33"/>
    <w:rsid w:val="005C20DC"/>
    <w:rsid w:val="005C3B92"/>
    <w:rsid w:val="005C3CF7"/>
    <w:rsid w:val="005C444F"/>
    <w:rsid w:val="005C64CA"/>
    <w:rsid w:val="005C6D10"/>
    <w:rsid w:val="005D069E"/>
    <w:rsid w:val="005D2891"/>
    <w:rsid w:val="005D35E0"/>
    <w:rsid w:val="005D35F9"/>
    <w:rsid w:val="005D3898"/>
    <w:rsid w:val="005D4B7A"/>
    <w:rsid w:val="005D6526"/>
    <w:rsid w:val="005D67EE"/>
    <w:rsid w:val="005E153C"/>
    <w:rsid w:val="005E23D7"/>
    <w:rsid w:val="005E40FF"/>
    <w:rsid w:val="005E436B"/>
    <w:rsid w:val="005E4C85"/>
    <w:rsid w:val="005E5916"/>
    <w:rsid w:val="005F00EC"/>
    <w:rsid w:val="005F0BFA"/>
    <w:rsid w:val="005F210F"/>
    <w:rsid w:val="005F23DB"/>
    <w:rsid w:val="005F28D3"/>
    <w:rsid w:val="005F3812"/>
    <w:rsid w:val="005F3AFE"/>
    <w:rsid w:val="005F4514"/>
    <w:rsid w:val="005F6A52"/>
    <w:rsid w:val="005F6B71"/>
    <w:rsid w:val="006005FC"/>
    <w:rsid w:val="00600708"/>
    <w:rsid w:val="0060195E"/>
    <w:rsid w:val="0060358A"/>
    <w:rsid w:val="00603E87"/>
    <w:rsid w:val="00604F5A"/>
    <w:rsid w:val="00605891"/>
    <w:rsid w:val="00606869"/>
    <w:rsid w:val="00607013"/>
    <w:rsid w:val="00607E54"/>
    <w:rsid w:val="006108FB"/>
    <w:rsid w:val="00610A7A"/>
    <w:rsid w:val="00611BA0"/>
    <w:rsid w:val="0061260D"/>
    <w:rsid w:val="00615E60"/>
    <w:rsid w:val="00615E71"/>
    <w:rsid w:val="0061640E"/>
    <w:rsid w:val="006170E2"/>
    <w:rsid w:val="00620D19"/>
    <w:rsid w:val="00620EB6"/>
    <w:rsid w:val="00621857"/>
    <w:rsid w:val="00622D6B"/>
    <w:rsid w:val="006233B9"/>
    <w:rsid w:val="00623B97"/>
    <w:rsid w:val="00623ED0"/>
    <w:rsid w:val="00625670"/>
    <w:rsid w:val="00625AED"/>
    <w:rsid w:val="00626257"/>
    <w:rsid w:val="00626B2B"/>
    <w:rsid w:val="00627947"/>
    <w:rsid w:val="006304CB"/>
    <w:rsid w:val="006333E2"/>
    <w:rsid w:val="00634710"/>
    <w:rsid w:val="006358AC"/>
    <w:rsid w:val="00635EE1"/>
    <w:rsid w:val="00636727"/>
    <w:rsid w:val="006373FD"/>
    <w:rsid w:val="0063749A"/>
    <w:rsid w:val="00640353"/>
    <w:rsid w:val="006411A9"/>
    <w:rsid w:val="006418DE"/>
    <w:rsid w:val="00641B7C"/>
    <w:rsid w:val="006422AE"/>
    <w:rsid w:val="00644BF4"/>
    <w:rsid w:val="006451FC"/>
    <w:rsid w:val="00645CAA"/>
    <w:rsid w:val="00646B69"/>
    <w:rsid w:val="00647155"/>
    <w:rsid w:val="006475D7"/>
    <w:rsid w:val="0065108D"/>
    <w:rsid w:val="006513FD"/>
    <w:rsid w:val="0065146F"/>
    <w:rsid w:val="006520EA"/>
    <w:rsid w:val="00652640"/>
    <w:rsid w:val="00652CCF"/>
    <w:rsid w:val="00653050"/>
    <w:rsid w:val="00653517"/>
    <w:rsid w:val="006548A1"/>
    <w:rsid w:val="00657EA1"/>
    <w:rsid w:val="0066200C"/>
    <w:rsid w:val="0066262C"/>
    <w:rsid w:val="00662C1B"/>
    <w:rsid w:val="00663826"/>
    <w:rsid w:val="00664B5E"/>
    <w:rsid w:val="00664BCC"/>
    <w:rsid w:val="00665AA9"/>
    <w:rsid w:val="0066791F"/>
    <w:rsid w:val="00667A57"/>
    <w:rsid w:val="0067117B"/>
    <w:rsid w:val="00672797"/>
    <w:rsid w:val="00672D57"/>
    <w:rsid w:val="0067322C"/>
    <w:rsid w:val="00673834"/>
    <w:rsid w:val="00673C4F"/>
    <w:rsid w:val="006756C2"/>
    <w:rsid w:val="00675DDE"/>
    <w:rsid w:val="00676A44"/>
    <w:rsid w:val="0067706C"/>
    <w:rsid w:val="00677104"/>
    <w:rsid w:val="00677914"/>
    <w:rsid w:val="006804E9"/>
    <w:rsid w:val="006809C7"/>
    <w:rsid w:val="00680FA5"/>
    <w:rsid w:val="00686945"/>
    <w:rsid w:val="00687DED"/>
    <w:rsid w:val="00692D9F"/>
    <w:rsid w:val="00693030"/>
    <w:rsid w:val="00694A3A"/>
    <w:rsid w:val="00695449"/>
    <w:rsid w:val="006967E9"/>
    <w:rsid w:val="006973CB"/>
    <w:rsid w:val="00697613"/>
    <w:rsid w:val="00697CF4"/>
    <w:rsid w:val="006A098D"/>
    <w:rsid w:val="006A0A57"/>
    <w:rsid w:val="006A1800"/>
    <w:rsid w:val="006A18FF"/>
    <w:rsid w:val="006A20A6"/>
    <w:rsid w:val="006A2A30"/>
    <w:rsid w:val="006A2DD3"/>
    <w:rsid w:val="006A33D5"/>
    <w:rsid w:val="006A4AB8"/>
    <w:rsid w:val="006A4B4E"/>
    <w:rsid w:val="006A4B9E"/>
    <w:rsid w:val="006A5C96"/>
    <w:rsid w:val="006A7405"/>
    <w:rsid w:val="006A7F45"/>
    <w:rsid w:val="006B07F8"/>
    <w:rsid w:val="006B1496"/>
    <w:rsid w:val="006B266F"/>
    <w:rsid w:val="006B347F"/>
    <w:rsid w:val="006B3690"/>
    <w:rsid w:val="006B5FF1"/>
    <w:rsid w:val="006B6BBB"/>
    <w:rsid w:val="006B7365"/>
    <w:rsid w:val="006B7C75"/>
    <w:rsid w:val="006C054E"/>
    <w:rsid w:val="006C1BCB"/>
    <w:rsid w:val="006C1EE4"/>
    <w:rsid w:val="006C208E"/>
    <w:rsid w:val="006C20DF"/>
    <w:rsid w:val="006C2A57"/>
    <w:rsid w:val="006C3DD0"/>
    <w:rsid w:val="006C3DEC"/>
    <w:rsid w:val="006C41B5"/>
    <w:rsid w:val="006C42F7"/>
    <w:rsid w:val="006C560D"/>
    <w:rsid w:val="006C6BE2"/>
    <w:rsid w:val="006C6F25"/>
    <w:rsid w:val="006D008A"/>
    <w:rsid w:val="006D1265"/>
    <w:rsid w:val="006D1A5E"/>
    <w:rsid w:val="006D1C37"/>
    <w:rsid w:val="006D1CCC"/>
    <w:rsid w:val="006D4FE4"/>
    <w:rsid w:val="006D602E"/>
    <w:rsid w:val="006D6033"/>
    <w:rsid w:val="006D6223"/>
    <w:rsid w:val="006E0842"/>
    <w:rsid w:val="006E0A1C"/>
    <w:rsid w:val="006E1C5C"/>
    <w:rsid w:val="006E282F"/>
    <w:rsid w:val="006E2D71"/>
    <w:rsid w:val="006E3000"/>
    <w:rsid w:val="006E5FFC"/>
    <w:rsid w:val="006E7208"/>
    <w:rsid w:val="006E750B"/>
    <w:rsid w:val="006F0D23"/>
    <w:rsid w:val="006F0E7B"/>
    <w:rsid w:val="006F1A63"/>
    <w:rsid w:val="006F1A92"/>
    <w:rsid w:val="006F2208"/>
    <w:rsid w:val="006F3688"/>
    <w:rsid w:val="006F46CB"/>
    <w:rsid w:val="006F593C"/>
    <w:rsid w:val="006F59DF"/>
    <w:rsid w:val="006F68D1"/>
    <w:rsid w:val="006F6BD3"/>
    <w:rsid w:val="007014CD"/>
    <w:rsid w:val="0070318C"/>
    <w:rsid w:val="00705FB2"/>
    <w:rsid w:val="00706542"/>
    <w:rsid w:val="00706BF9"/>
    <w:rsid w:val="0070799A"/>
    <w:rsid w:val="00707D01"/>
    <w:rsid w:val="007107FF"/>
    <w:rsid w:val="00711771"/>
    <w:rsid w:val="00711923"/>
    <w:rsid w:val="00711AE4"/>
    <w:rsid w:val="00711D59"/>
    <w:rsid w:val="0071262B"/>
    <w:rsid w:val="0071265E"/>
    <w:rsid w:val="00712C24"/>
    <w:rsid w:val="00714C33"/>
    <w:rsid w:val="0071583F"/>
    <w:rsid w:val="007166B9"/>
    <w:rsid w:val="00720835"/>
    <w:rsid w:val="00720D84"/>
    <w:rsid w:val="007242CD"/>
    <w:rsid w:val="00724F46"/>
    <w:rsid w:val="00725205"/>
    <w:rsid w:val="00726C36"/>
    <w:rsid w:val="00730B73"/>
    <w:rsid w:val="00736335"/>
    <w:rsid w:val="00736B9D"/>
    <w:rsid w:val="00737C2A"/>
    <w:rsid w:val="00741D5D"/>
    <w:rsid w:val="0074425C"/>
    <w:rsid w:val="007442FD"/>
    <w:rsid w:val="00745BDD"/>
    <w:rsid w:val="00746F61"/>
    <w:rsid w:val="00750EF2"/>
    <w:rsid w:val="007539E9"/>
    <w:rsid w:val="0075430D"/>
    <w:rsid w:val="00754AF4"/>
    <w:rsid w:val="00755F91"/>
    <w:rsid w:val="00756BF6"/>
    <w:rsid w:val="007636E1"/>
    <w:rsid w:val="007636E3"/>
    <w:rsid w:val="00763A38"/>
    <w:rsid w:val="0076400B"/>
    <w:rsid w:val="00764A37"/>
    <w:rsid w:val="00765438"/>
    <w:rsid w:val="0076567C"/>
    <w:rsid w:val="00766108"/>
    <w:rsid w:val="0076772C"/>
    <w:rsid w:val="007701A0"/>
    <w:rsid w:val="00772548"/>
    <w:rsid w:val="00774179"/>
    <w:rsid w:val="00774282"/>
    <w:rsid w:val="00775035"/>
    <w:rsid w:val="0077572F"/>
    <w:rsid w:val="00775931"/>
    <w:rsid w:val="00776D4E"/>
    <w:rsid w:val="0078030A"/>
    <w:rsid w:val="00782515"/>
    <w:rsid w:val="00782F36"/>
    <w:rsid w:val="007831E1"/>
    <w:rsid w:val="007831FD"/>
    <w:rsid w:val="0078320C"/>
    <w:rsid w:val="00783F2A"/>
    <w:rsid w:val="007840E9"/>
    <w:rsid w:val="00784D0C"/>
    <w:rsid w:val="0078526A"/>
    <w:rsid w:val="00785D2E"/>
    <w:rsid w:val="00786085"/>
    <w:rsid w:val="007863C5"/>
    <w:rsid w:val="007900D4"/>
    <w:rsid w:val="00791146"/>
    <w:rsid w:val="00791B2B"/>
    <w:rsid w:val="00794F77"/>
    <w:rsid w:val="00796D3F"/>
    <w:rsid w:val="00797018"/>
    <w:rsid w:val="00797E05"/>
    <w:rsid w:val="007A039D"/>
    <w:rsid w:val="007A108D"/>
    <w:rsid w:val="007A13B6"/>
    <w:rsid w:val="007A1CFD"/>
    <w:rsid w:val="007A1F98"/>
    <w:rsid w:val="007A3130"/>
    <w:rsid w:val="007A401B"/>
    <w:rsid w:val="007A44F8"/>
    <w:rsid w:val="007A5367"/>
    <w:rsid w:val="007A7615"/>
    <w:rsid w:val="007A79AD"/>
    <w:rsid w:val="007B0696"/>
    <w:rsid w:val="007B3333"/>
    <w:rsid w:val="007B520C"/>
    <w:rsid w:val="007B59C8"/>
    <w:rsid w:val="007B5C94"/>
    <w:rsid w:val="007B6CA2"/>
    <w:rsid w:val="007C04CC"/>
    <w:rsid w:val="007C0CF3"/>
    <w:rsid w:val="007C0DC4"/>
    <w:rsid w:val="007C0E02"/>
    <w:rsid w:val="007C1C57"/>
    <w:rsid w:val="007C23B5"/>
    <w:rsid w:val="007C2CA6"/>
    <w:rsid w:val="007C2D81"/>
    <w:rsid w:val="007C3E2A"/>
    <w:rsid w:val="007C3FB9"/>
    <w:rsid w:val="007C4038"/>
    <w:rsid w:val="007C5F31"/>
    <w:rsid w:val="007D3082"/>
    <w:rsid w:val="007D36AF"/>
    <w:rsid w:val="007D4391"/>
    <w:rsid w:val="007D47F3"/>
    <w:rsid w:val="007D4EAB"/>
    <w:rsid w:val="007D52F1"/>
    <w:rsid w:val="007D55B2"/>
    <w:rsid w:val="007D5AAC"/>
    <w:rsid w:val="007D70E9"/>
    <w:rsid w:val="007D7DD3"/>
    <w:rsid w:val="007E3180"/>
    <w:rsid w:val="007E3525"/>
    <w:rsid w:val="007E3555"/>
    <w:rsid w:val="007E35AB"/>
    <w:rsid w:val="007E3B2D"/>
    <w:rsid w:val="007E6308"/>
    <w:rsid w:val="007E7BF9"/>
    <w:rsid w:val="007F045A"/>
    <w:rsid w:val="007F0C20"/>
    <w:rsid w:val="007F1356"/>
    <w:rsid w:val="007F151B"/>
    <w:rsid w:val="007F1BE6"/>
    <w:rsid w:val="007F2C69"/>
    <w:rsid w:val="007F3E09"/>
    <w:rsid w:val="007F4E48"/>
    <w:rsid w:val="007F531A"/>
    <w:rsid w:val="007F6022"/>
    <w:rsid w:val="007F6524"/>
    <w:rsid w:val="007F6887"/>
    <w:rsid w:val="007F787E"/>
    <w:rsid w:val="00800659"/>
    <w:rsid w:val="00802446"/>
    <w:rsid w:val="0080327D"/>
    <w:rsid w:val="00804952"/>
    <w:rsid w:val="00804F9C"/>
    <w:rsid w:val="00805183"/>
    <w:rsid w:val="00805B0D"/>
    <w:rsid w:val="008078C8"/>
    <w:rsid w:val="008116F8"/>
    <w:rsid w:val="00811B48"/>
    <w:rsid w:val="00813D73"/>
    <w:rsid w:val="00814220"/>
    <w:rsid w:val="008149D1"/>
    <w:rsid w:val="0081520F"/>
    <w:rsid w:val="00815755"/>
    <w:rsid w:val="00816470"/>
    <w:rsid w:val="00820184"/>
    <w:rsid w:val="00820F69"/>
    <w:rsid w:val="00821206"/>
    <w:rsid w:val="00821873"/>
    <w:rsid w:val="0082263B"/>
    <w:rsid w:val="00822F92"/>
    <w:rsid w:val="00823879"/>
    <w:rsid w:val="00824863"/>
    <w:rsid w:val="008254BE"/>
    <w:rsid w:val="00827047"/>
    <w:rsid w:val="00831CB7"/>
    <w:rsid w:val="00832127"/>
    <w:rsid w:val="00832705"/>
    <w:rsid w:val="00832B00"/>
    <w:rsid w:val="008331C3"/>
    <w:rsid w:val="00833F0B"/>
    <w:rsid w:val="00834E77"/>
    <w:rsid w:val="00835CBF"/>
    <w:rsid w:val="00835DDA"/>
    <w:rsid w:val="0083730A"/>
    <w:rsid w:val="008374F4"/>
    <w:rsid w:val="00837DBE"/>
    <w:rsid w:val="00840319"/>
    <w:rsid w:val="00841459"/>
    <w:rsid w:val="00841BFC"/>
    <w:rsid w:val="00844F5A"/>
    <w:rsid w:val="00845316"/>
    <w:rsid w:val="00845EE4"/>
    <w:rsid w:val="008471E1"/>
    <w:rsid w:val="008474D5"/>
    <w:rsid w:val="008478D5"/>
    <w:rsid w:val="00852839"/>
    <w:rsid w:val="00852E2C"/>
    <w:rsid w:val="00852FFD"/>
    <w:rsid w:val="008535C4"/>
    <w:rsid w:val="00853A2F"/>
    <w:rsid w:val="008551FF"/>
    <w:rsid w:val="008554F2"/>
    <w:rsid w:val="0085676E"/>
    <w:rsid w:val="008568FA"/>
    <w:rsid w:val="00857D69"/>
    <w:rsid w:val="008603CC"/>
    <w:rsid w:val="00860B9F"/>
    <w:rsid w:val="008625BE"/>
    <w:rsid w:val="0086316D"/>
    <w:rsid w:val="008650F5"/>
    <w:rsid w:val="00865652"/>
    <w:rsid w:val="00866993"/>
    <w:rsid w:val="008669B6"/>
    <w:rsid w:val="008669B9"/>
    <w:rsid w:val="008672BE"/>
    <w:rsid w:val="008677F9"/>
    <w:rsid w:val="0087030A"/>
    <w:rsid w:val="0087130E"/>
    <w:rsid w:val="00871733"/>
    <w:rsid w:val="008729A5"/>
    <w:rsid w:val="00872D70"/>
    <w:rsid w:val="00872DFC"/>
    <w:rsid w:val="00872F28"/>
    <w:rsid w:val="00876963"/>
    <w:rsid w:val="00876A21"/>
    <w:rsid w:val="008774AF"/>
    <w:rsid w:val="00877E24"/>
    <w:rsid w:val="0088176E"/>
    <w:rsid w:val="0088250B"/>
    <w:rsid w:val="00884423"/>
    <w:rsid w:val="00884619"/>
    <w:rsid w:val="00884E1F"/>
    <w:rsid w:val="00885135"/>
    <w:rsid w:val="00885720"/>
    <w:rsid w:val="00885871"/>
    <w:rsid w:val="00886386"/>
    <w:rsid w:val="0088729F"/>
    <w:rsid w:val="00887C9B"/>
    <w:rsid w:val="0089016B"/>
    <w:rsid w:val="00890F67"/>
    <w:rsid w:val="00890FB1"/>
    <w:rsid w:val="00891061"/>
    <w:rsid w:val="00891ED7"/>
    <w:rsid w:val="008923E9"/>
    <w:rsid w:val="0089284A"/>
    <w:rsid w:val="00893806"/>
    <w:rsid w:val="00893CA6"/>
    <w:rsid w:val="0089401A"/>
    <w:rsid w:val="008949AD"/>
    <w:rsid w:val="00897B24"/>
    <w:rsid w:val="008A0910"/>
    <w:rsid w:val="008A1854"/>
    <w:rsid w:val="008A2BB9"/>
    <w:rsid w:val="008A2C4F"/>
    <w:rsid w:val="008A3258"/>
    <w:rsid w:val="008A388B"/>
    <w:rsid w:val="008A3C8C"/>
    <w:rsid w:val="008A4765"/>
    <w:rsid w:val="008A5ED6"/>
    <w:rsid w:val="008A6B1D"/>
    <w:rsid w:val="008A6E03"/>
    <w:rsid w:val="008B0407"/>
    <w:rsid w:val="008B0729"/>
    <w:rsid w:val="008B279A"/>
    <w:rsid w:val="008B40CC"/>
    <w:rsid w:val="008B6FF3"/>
    <w:rsid w:val="008C0606"/>
    <w:rsid w:val="008C0C93"/>
    <w:rsid w:val="008C13A1"/>
    <w:rsid w:val="008C2FD2"/>
    <w:rsid w:val="008C36FC"/>
    <w:rsid w:val="008C3B84"/>
    <w:rsid w:val="008C3C38"/>
    <w:rsid w:val="008C7310"/>
    <w:rsid w:val="008C73A1"/>
    <w:rsid w:val="008D0E5F"/>
    <w:rsid w:val="008D15ED"/>
    <w:rsid w:val="008D2976"/>
    <w:rsid w:val="008D3633"/>
    <w:rsid w:val="008D3DFD"/>
    <w:rsid w:val="008D44F8"/>
    <w:rsid w:val="008D4F1E"/>
    <w:rsid w:val="008D5105"/>
    <w:rsid w:val="008D5A04"/>
    <w:rsid w:val="008D6644"/>
    <w:rsid w:val="008D6AB2"/>
    <w:rsid w:val="008D721D"/>
    <w:rsid w:val="008D740F"/>
    <w:rsid w:val="008E023F"/>
    <w:rsid w:val="008E28A3"/>
    <w:rsid w:val="008E2AA6"/>
    <w:rsid w:val="008E35CB"/>
    <w:rsid w:val="008E37C4"/>
    <w:rsid w:val="008E49D3"/>
    <w:rsid w:val="008E5733"/>
    <w:rsid w:val="008E6320"/>
    <w:rsid w:val="008E63B9"/>
    <w:rsid w:val="008E781A"/>
    <w:rsid w:val="008E7F2C"/>
    <w:rsid w:val="008F28DA"/>
    <w:rsid w:val="008F3C31"/>
    <w:rsid w:val="008F4400"/>
    <w:rsid w:val="008F71B4"/>
    <w:rsid w:val="0090105A"/>
    <w:rsid w:val="009027BB"/>
    <w:rsid w:val="00902C06"/>
    <w:rsid w:val="009036D6"/>
    <w:rsid w:val="00904B63"/>
    <w:rsid w:val="00905E73"/>
    <w:rsid w:val="00906BA8"/>
    <w:rsid w:val="00906BEF"/>
    <w:rsid w:val="00907B14"/>
    <w:rsid w:val="0091103E"/>
    <w:rsid w:val="00912C63"/>
    <w:rsid w:val="00912D29"/>
    <w:rsid w:val="009155F3"/>
    <w:rsid w:val="00915F3A"/>
    <w:rsid w:val="00916557"/>
    <w:rsid w:val="009175BE"/>
    <w:rsid w:val="0092076D"/>
    <w:rsid w:val="00921A98"/>
    <w:rsid w:val="0092243E"/>
    <w:rsid w:val="00922B84"/>
    <w:rsid w:val="00923D97"/>
    <w:rsid w:val="0092507E"/>
    <w:rsid w:val="00925F10"/>
    <w:rsid w:val="0092603D"/>
    <w:rsid w:val="00926DC7"/>
    <w:rsid w:val="009272A2"/>
    <w:rsid w:val="009276C5"/>
    <w:rsid w:val="009310A5"/>
    <w:rsid w:val="0093291E"/>
    <w:rsid w:val="009345BA"/>
    <w:rsid w:val="00935E73"/>
    <w:rsid w:val="00936668"/>
    <w:rsid w:val="00936B5D"/>
    <w:rsid w:val="0094031D"/>
    <w:rsid w:val="00941670"/>
    <w:rsid w:val="00941BC8"/>
    <w:rsid w:val="0094228D"/>
    <w:rsid w:val="0094246B"/>
    <w:rsid w:val="00942C79"/>
    <w:rsid w:val="00942E63"/>
    <w:rsid w:val="009432F1"/>
    <w:rsid w:val="00943F2E"/>
    <w:rsid w:val="00944F21"/>
    <w:rsid w:val="0094518B"/>
    <w:rsid w:val="009453EB"/>
    <w:rsid w:val="00946F78"/>
    <w:rsid w:val="00947211"/>
    <w:rsid w:val="00947665"/>
    <w:rsid w:val="00952FA9"/>
    <w:rsid w:val="009536DA"/>
    <w:rsid w:val="00954646"/>
    <w:rsid w:val="0095734C"/>
    <w:rsid w:val="00957556"/>
    <w:rsid w:val="009614C0"/>
    <w:rsid w:val="0096224A"/>
    <w:rsid w:val="00962331"/>
    <w:rsid w:val="00964269"/>
    <w:rsid w:val="00964AEC"/>
    <w:rsid w:val="00966933"/>
    <w:rsid w:val="00966C9D"/>
    <w:rsid w:val="00970EA1"/>
    <w:rsid w:val="0097430A"/>
    <w:rsid w:val="00974481"/>
    <w:rsid w:val="00974BC2"/>
    <w:rsid w:val="009750A4"/>
    <w:rsid w:val="00975410"/>
    <w:rsid w:val="009764D7"/>
    <w:rsid w:val="00977EA4"/>
    <w:rsid w:val="00977EB7"/>
    <w:rsid w:val="009800DC"/>
    <w:rsid w:val="009804F7"/>
    <w:rsid w:val="0098076D"/>
    <w:rsid w:val="00981C1E"/>
    <w:rsid w:val="009822FA"/>
    <w:rsid w:val="00984150"/>
    <w:rsid w:val="0098460B"/>
    <w:rsid w:val="009847A5"/>
    <w:rsid w:val="0098541E"/>
    <w:rsid w:val="00985446"/>
    <w:rsid w:val="009859E9"/>
    <w:rsid w:val="00985FDF"/>
    <w:rsid w:val="00986F43"/>
    <w:rsid w:val="0099286E"/>
    <w:rsid w:val="0099423A"/>
    <w:rsid w:val="00994508"/>
    <w:rsid w:val="00995FA0"/>
    <w:rsid w:val="00996B6E"/>
    <w:rsid w:val="00996F86"/>
    <w:rsid w:val="00997EA9"/>
    <w:rsid w:val="009A0016"/>
    <w:rsid w:val="009A0209"/>
    <w:rsid w:val="009A0C6E"/>
    <w:rsid w:val="009A1083"/>
    <w:rsid w:val="009A17C7"/>
    <w:rsid w:val="009A2C93"/>
    <w:rsid w:val="009A52FC"/>
    <w:rsid w:val="009A7665"/>
    <w:rsid w:val="009B1253"/>
    <w:rsid w:val="009B2B87"/>
    <w:rsid w:val="009B2C0D"/>
    <w:rsid w:val="009B2CA3"/>
    <w:rsid w:val="009B310B"/>
    <w:rsid w:val="009B3BAF"/>
    <w:rsid w:val="009B5544"/>
    <w:rsid w:val="009B6742"/>
    <w:rsid w:val="009B6886"/>
    <w:rsid w:val="009B6B03"/>
    <w:rsid w:val="009C01AF"/>
    <w:rsid w:val="009C11A1"/>
    <w:rsid w:val="009C1223"/>
    <w:rsid w:val="009C5971"/>
    <w:rsid w:val="009C64D4"/>
    <w:rsid w:val="009C6EE6"/>
    <w:rsid w:val="009D33EF"/>
    <w:rsid w:val="009D36AC"/>
    <w:rsid w:val="009D3AF1"/>
    <w:rsid w:val="009D45EF"/>
    <w:rsid w:val="009D4A1B"/>
    <w:rsid w:val="009D5A4D"/>
    <w:rsid w:val="009D6432"/>
    <w:rsid w:val="009D7E52"/>
    <w:rsid w:val="009E0960"/>
    <w:rsid w:val="009E1227"/>
    <w:rsid w:val="009E1335"/>
    <w:rsid w:val="009E14E1"/>
    <w:rsid w:val="009E1C3C"/>
    <w:rsid w:val="009E5C16"/>
    <w:rsid w:val="009F10CE"/>
    <w:rsid w:val="009F36A8"/>
    <w:rsid w:val="009F3BB8"/>
    <w:rsid w:val="009F4002"/>
    <w:rsid w:val="009F4415"/>
    <w:rsid w:val="009F4D3F"/>
    <w:rsid w:val="009F4E0B"/>
    <w:rsid w:val="009F4E39"/>
    <w:rsid w:val="009F509D"/>
    <w:rsid w:val="009F58CE"/>
    <w:rsid w:val="009F6FDD"/>
    <w:rsid w:val="00A033FB"/>
    <w:rsid w:val="00A05C57"/>
    <w:rsid w:val="00A05C7E"/>
    <w:rsid w:val="00A067F8"/>
    <w:rsid w:val="00A10303"/>
    <w:rsid w:val="00A133DE"/>
    <w:rsid w:val="00A1354E"/>
    <w:rsid w:val="00A148F7"/>
    <w:rsid w:val="00A14AF2"/>
    <w:rsid w:val="00A15098"/>
    <w:rsid w:val="00A160C7"/>
    <w:rsid w:val="00A165F5"/>
    <w:rsid w:val="00A16E94"/>
    <w:rsid w:val="00A22034"/>
    <w:rsid w:val="00A241F4"/>
    <w:rsid w:val="00A2460E"/>
    <w:rsid w:val="00A24AFC"/>
    <w:rsid w:val="00A266C6"/>
    <w:rsid w:val="00A26E90"/>
    <w:rsid w:val="00A27571"/>
    <w:rsid w:val="00A31929"/>
    <w:rsid w:val="00A32877"/>
    <w:rsid w:val="00A33612"/>
    <w:rsid w:val="00A3493E"/>
    <w:rsid w:val="00A360BD"/>
    <w:rsid w:val="00A40270"/>
    <w:rsid w:val="00A408A9"/>
    <w:rsid w:val="00A40B49"/>
    <w:rsid w:val="00A40F9C"/>
    <w:rsid w:val="00A4204D"/>
    <w:rsid w:val="00A45C8D"/>
    <w:rsid w:val="00A51838"/>
    <w:rsid w:val="00A51CFF"/>
    <w:rsid w:val="00A51D1C"/>
    <w:rsid w:val="00A52CC7"/>
    <w:rsid w:val="00A53FB7"/>
    <w:rsid w:val="00A55A39"/>
    <w:rsid w:val="00A562A2"/>
    <w:rsid w:val="00A60178"/>
    <w:rsid w:val="00A610AA"/>
    <w:rsid w:val="00A6131D"/>
    <w:rsid w:val="00A62A89"/>
    <w:rsid w:val="00A62CDF"/>
    <w:rsid w:val="00A64574"/>
    <w:rsid w:val="00A709E4"/>
    <w:rsid w:val="00A714CE"/>
    <w:rsid w:val="00A71880"/>
    <w:rsid w:val="00A71E51"/>
    <w:rsid w:val="00A741DA"/>
    <w:rsid w:val="00A749F9"/>
    <w:rsid w:val="00A751EA"/>
    <w:rsid w:val="00A76229"/>
    <w:rsid w:val="00A76DF5"/>
    <w:rsid w:val="00A803CF"/>
    <w:rsid w:val="00A8084A"/>
    <w:rsid w:val="00A81563"/>
    <w:rsid w:val="00A832B6"/>
    <w:rsid w:val="00A834AB"/>
    <w:rsid w:val="00A83CB8"/>
    <w:rsid w:val="00A85D8F"/>
    <w:rsid w:val="00A87343"/>
    <w:rsid w:val="00A87CF8"/>
    <w:rsid w:val="00A90E29"/>
    <w:rsid w:val="00A91585"/>
    <w:rsid w:val="00A91AFB"/>
    <w:rsid w:val="00A9739B"/>
    <w:rsid w:val="00AA0267"/>
    <w:rsid w:val="00AA1D2B"/>
    <w:rsid w:val="00AA1D8D"/>
    <w:rsid w:val="00AA2F14"/>
    <w:rsid w:val="00AA4703"/>
    <w:rsid w:val="00AA4C10"/>
    <w:rsid w:val="00AA705C"/>
    <w:rsid w:val="00AA7827"/>
    <w:rsid w:val="00AB2E05"/>
    <w:rsid w:val="00AB3C95"/>
    <w:rsid w:val="00AB4D3E"/>
    <w:rsid w:val="00AB5622"/>
    <w:rsid w:val="00AB5DF8"/>
    <w:rsid w:val="00AB68F3"/>
    <w:rsid w:val="00AB6C59"/>
    <w:rsid w:val="00AC0F4D"/>
    <w:rsid w:val="00AC1BB2"/>
    <w:rsid w:val="00AC2D76"/>
    <w:rsid w:val="00AC492E"/>
    <w:rsid w:val="00AC5220"/>
    <w:rsid w:val="00AC5CB6"/>
    <w:rsid w:val="00AC62B4"/>
    <w:rsid w:val="00AC6F5E"/>
    <w:rsid w:val="00AC7724"/>
    <w:rsid w:val="00AD08D6"/>
    <w:rsid w:val="00AD2442"/>
    <w:rsid w:val="00AD2BF6"/>
    <w:rsid w:val="00AD32DB"/>
    <w:rsid w:val="00AD4A08"/>
    <w:rsid w:val="00AD5468"/>
    <w:rsid w:val="00AD6853"/>
    <w:rsid w:val="00AD6CDB"/>
    <w:rsid w:val="00AE303F"/>
    <w:rsid w:val="00AE3A5D"/>
    <w:rsid w:val="00AE4772"/>
    <w:rsid w:val="00AE4BA1"/>
    <w:rsid w:val="00AE50FB"/>
    <w:rsid w:val="00AF00B9"/>
    <w:rsid w:val="00AF1D1B"/>
    <w:rsid w:val="00AF220E"/>
    <w:rsid w:val="00AF2B2A"/>
    <w:rsid w:val="00AF3D78"/>
    <w:rsid w:val="00AF4DD1"/>
    <w:rsid w:val="00AF63A0"/>
    <w:rsid w:val="00AF7009"/>
    <w:rsid w:val="00AF78EB"/>
    <w:rsid w:val="00B01797"/>
    <w:rsid w:val="00B0259D"/>
    <w:rsid w:val="00B027BE"/>
    <w:rsid w:val="00B029DB"/>
    <w:rsid w:val="00B03660"/>
    <w:rsid w:val="00B03EE8"/>
    <w:rsid w:val="00B04AED"/>
    <w:rsid w:val="00B05326"/>
    <w:rsid w:val="00B061E3"/>
    <w:rsid w:val="00B113C3"/>
    <w:rsid w:val="00B116D6"/>
    <w:rsid w:val="00B12FBC"/>
    <w:rsid w:val="00B13414"/>
    <w:rsid w:val="00B14D54"/>
    <w:rsid w:val="00B15ED4"/>
    <w:rsid w:val="00B16233"/>
    <w:rsid w:val="00B22FB1"/>
    <w:rsid w:val="00B2326A"/>
    <w:rsid w:val="00B236EC"/>
    <w:rsid w:val="00B267C8"/>
    <w:rsid w:val="00B3075F"/>
    <w:rsid w:val="00B33777"/>
    <w:rsid w:val="00B339F7"/>
    <w:rsid w:val="00B3679D"/>
    <w:rsid w:val="00B36B4A"/>
    <w:rsid w:val="00B36E0A"/>
    <w:rsid w:val="00B36FC1"/>
    <w:rsid w:val="00B378CE"/>
    <w:rsid w:val="00B40E48"/>
    <w:rsid w:val="00B411CF"/>
    <w:rsid w:val="00B44352"/>
    <w:rsid w:val="00B44D82"/>
    <w:rsid w:val="00B4545E"/>
    <w:rsid w:val="00B4566C"/>
    <w:rsid w:val="00B471F9"/>
    <w:rsid w:val="00B476F3"/>
    <w:rsid w:val="00B47730"/>
    <w:rsid w:val="00B504F5"/>
    <w:rsid w:val="00B50C9B"/>
    <w:rsid w:val="00B51B36"/>
    <w:rsid w:val="00B53299"/>
    <w:rsid w:val="00B537C2"/>
    <w:rsid w:val="00B544EA"/>
    <w:rsid w:val="00B54C42"/>
    <w:rsid w:val="00B55124"/>
    <w:rsid w:val="00B554B5"/>
    <w:rsid w:val="00B557C6"/>
    <w:rsid w:val="00B57C62"/>
    <w:rsid w:val="00B60FDE"/>
    <w:rsid w:val="00B6289D"/>
    <w:rsid w:val="00B629EB"/>
    <w:rsid w:val="00B62B20"/>
    <w:rsid w:val="00B639B7"/>
    <w:rsid w:val="00B64B4B"/>
    <w:rsid w:val="00B65C6A"/>
    <w:rsid w:val="00B65ED2"/>
    <w:rsid w:val="00B66282"/>
    <w:rsid w:val="00B66CB7"/>
    <w:rsid w:val="00B717A7"/>
    <w:rsid w:val="00B71CD8"/>
    <w:rsid w:val="00B722C1"/>
    <w:rsid w:val="00B739ED"/>
    <w:rsid w:val="00B742F8"/>
    <w:rsid w:val="00B74AB7"/>
    <w:rsid w:val="00B74FA3"/>
    <w:rsid w:val="00B75856"/>
    <w:rsid w:val="00B805F5"/>
    <w:rsid w:val="00B80F85"/>
    <w:rsid w:val="00B8102B"/>
    <w:rsid w:val="00B81DAE"/>
    <w:rsid w:val="00B83276"/>
    <w:rsid w:val="00B840D7"/>
    <w:rsid w:val="00B85021"/>
    <w:rsid w:val="00B865FF"/>
    <w:rsid w:val="00B87400"/>
    <w:rsid w:val="00B9059A"/>
    <w:rsid w:val="00B919F6"/>
    <w:rsid w:val="00B92324"/>
    <w:rsid w:val="00B92913"/>
    <w:rsid w:val="00B94D1E"/>
    <w:rsid w:val="00B95A00"/>
    <w:rsid w:val="00B96F00"/>
    <w:rsid w:val="00B9738D"/>
    <w:rsid w:val="00BA030E"/>
    <w:rsid w:val="00BA0997"/>
    <w:rsid w:val="00BA14B1"/>
    <w:rsid w:val="00BA38CB"/>
    <w:rsid w:val="00BA41A9"/>
    <w:rsid w:val="00BA560A"/>
    <w:rsid w:val="00BA5853"/>
    <w:rsid w:val="00BA5916"/>
    <w:rsid w:val="00BA608C"/>
    <w:rsid w:val="00BA6150"/>
    <w:rsid w:val="00BA62DA"/>
    <w:rsid w:val="00BA6632"/>
    <w:rsid w:val="00BB00AD"/>
    <w:rsid w:val="00BB06F5"/>
    <w:rsid w:val="00BB0DCB"/>
    <w:rsid w:val="00BB0F94"/>
    <w:rsid w:val="00BB2286"/>
    <w:rsid w:val="00BB28D5"/>
    <w:rsid w:val="00BB2FB7"/>
    <w:rsid w:val="00BB34E9"/>
    <w:rsid w:val="00BB3995"/>
    <w:rsid w:val="00BB3FEE"/>
    <w:rsid w:val="00BB4243"/>
    <w:rsid w:val="00BB46FA"/>
    <w:rsid w:val="00BB48BC"/>
    <w:rsid w:val="00BB53B9"/>
    <w:rsid w:val="00BB742D"/>
    <w:rsid w:val="00BB7E53"/>
    <w:rsid w:val="00BC005F"/>
    <w:rsid w:val="00BC057B"/>
    <w:rsid w:val="00BC129D"/>
    <w:rsid w:val="00BC1572"/>
    <w:rsid w:val="00BC1A24"/>
    <w:rsid w:val="00BC284F"/>
    <w:rsid w:val="00BC28D1"/>
    <w:rsid w:val="00BC31DD"/>
    <w:rsid w:val="00BC3C58"/>
    <w:rsid w:val="00BC5B28"/>
    <w:rsid w:val="00BC5C9D"/>
    <w:rsid w:val="00BC6C0C"/>
    <w:rsid w:val="00BD1AA6"/>
    <w:rsid w:val="00BD1DE1"/>
    <w:rsid w:val="00BD2498"/>
    <w:rsid w:val="00BD4510"/>
    <w:rsid w:val="00BD505F"/>
    <w:rsid w:val="00BD6020"/>
    <w:rsid w:val="00BD7377"/>
    <w:rsid w:val="00BD7B96"/>
    <w:rsid w:val="00BE17D6"/>
    <w:rsid w:val="00BE17F0"/>
    <w:rsid w:val="00BE1C9E"/>
    <w:rsid w:val="00BE2EB5"/>
    <w:rsid w:val="00BE36A4"/>
    <w:rsid w:val="00BE373C"/>
    <w:rsid w:val="00BE3847"/>
    <w:rsid w:val="00BE3B5F"/>
    <w:rsid w:val="00BE41CE"/>
    <w:rsid w:val="00BE4D61"/>
    <w:rsid w:val="00BE4EAF"/>
    <w:rsid w:val="00BE4F57"/>
    <w:rsid w:val="00BE56BD"/>
    <w:rsid w:val="00BE5C5C"/>
    <w:rsid w:val="00BE607D"/>
    <w:rsid w:val="00BE6CEC"/>
    <w:rsid w:val="00BF251F"/>
    <w:rsid w:val="00BF2E57"/>
    <w:rsid w:val="00BF30E2"/>
    <w:rsid w:val="00BF35D1"/>
    <w:rsid w:val="00BF4ACB"/>
    <w:rsid w:val="00BF67E2"/>
    <w:rsid w:val="00BF74A4"/>
    <w:rsid w:val="00C010B0"/>
    <w:rsid w:val="00C01553"/>
    <w:rsid w:val="00C01D28"/>
    <w:rsid w:val="00C0282A"/>
    <w:rsid w:val="00C03811"/>
    <w:rsid w:val="00C06A76"/>
    <w:rsid w:val="00C07D0F"/>
    <w:rsid w:val="00C105D7"/>
    <w:rsid w:val="00C11116"/>
    <w:rsid w:val="00C11293"/>
    <w:rsid w:val="00C1163B"/>
    <w:rsid w:val="00C11CFF"/>
    <w:rsid w:val="00C120C8"/>
    <w:rsid w:val="00C12A2B"/>
    <w:rsid w:val="00C12C1A"/>
    <w:rsid w:val="00C13A5F"/>
    <w:rsid w:val="00C14669"/>
    <w:rsid w:val="00C148A8"/>
    <w:rsid w:val="00C14F6B"/>
    <w:rsid w:val="00C15A5C"/>
    <w:rsid w:val="00C15C2B"/>
    <w:rsid w:val="00C15F98"/>
    <w:rsid w:val="00C200CB"/>
    <w:rsid w:val="00C23D80"/>
    <w:rsid w:val="00C33701"/>
    <w:rsid w:val="00C348AE"/>
    <w:rsid w:val="00C348FE"/>
    <w:rsid w:val="00C37C6D"/>
    <w:rsid w:val="00C430EA"/>
    <w:rsid w:val="00C43FF2"/>
    <w:rsid w:val="00C462AA"/>
    <w:rsid w:val="00C468FE"/>
    <w:rsid w:val="00C4692B"/>
    <w:rsid w:val="00C50F75"/>
    <w:rsid w:val="00C523AB"/>
    <w:rsid w:val="00C53BB2"/>
    <w:rsid w:val="00C5406C"/>
    <w:rsid w:val="00C54939"/>
    <w:rsid w:val="00C55BA7"/>
    <w:rsid w:val="00C56369"/>
    <w:rsid w:val="00C56715"/>
    <w:rsid w:val="00C57F12"/>
    <w:rsid w:val="00C6090F"/>
    <w:rsid w:val="00C61C5F"/>
    <w:rsid w:val="00C61DE1"/>
    <w:rsid w:val="00C657DF"/>
    <w:rsid w:val="00C66D9A"/>
    <w:rsid w:val="00C722CE"/>
    <w:rsid w:val="00C74F14"/>
    <w:rsid w:val="00C763C0"/>
    <w:rsid w:val="00C809DC"/>
    <w:rsid w:val="00C80B1C"/>
    <w:rsid w:val="00C81F51"/>
    <w:rsid w:val="00C834B2"/>
    <w:rsid w:val="00C8377A"/>
    <w:rsid w:val="00C83962"/>
    <w:rsid w:val="00C8536C"/>
    <w:rsid w:val="00C85777"/>
    <w:rsid w:val="00C86832"/>
    <w:rsid w:val="00C86875"/>
    <w:rsid w:val="00C87B2B"/>
    <w:rsid w:val="00C92B55"/>
    <w:rsid w:val="00C931C9"/>
    <w:rsid w:val="00C959E3"/>
    <w:rsid w:val="00C95A04"/>
    <w:rsid w:val="00C95DE3"/>
    <w:rsid w:val="00C96E8C"/>
    <w:rsid w:val="00C9742F"/>
    <w:rsid w:val="00C974E9"/>
    <w:rsid w:val="00CA1285"/>
    <w:rsid w:val="00CA1CB4"/>
    <w:rsid w:val="00CA3BBB"/>
    <w:rsid w:val="00CA3C98"/>
    <w:rsid w:val="00CA4BFA"/>
    <w:rsid w:val="00CA4E01"/>
    <w:rsid w:val="00CA693E"/>
    <w:rsid w:val="00CA6C0F"/>
    <w:rsid w:val="00CB0664"/>
    <w:rsid w:val="00CB0B90"/>
    <w:rsid w:val="00CB12C5"/>
    <w:rsid w:val="00CB17B6"/>
    <w:rsid w:val="00CB1A61"/>
    <w:rsid w:val="00CB3075"/>
    <w:rsid w:val="00CB340E"/>
    <w:rsid w:val="00CB3918"/>
    <w:rsid w:val="00CB614A"/>
    <w:rsid w:val="00CB6155"/>
    <w:rsid w:val="00CB776B"/>
    <w:rsid w:val="00CB7D3B"/>
    <w:rsid w:val="00CB7FF7"/>
    <w:rsid w:val="00CC00C7"/>
    <w:rsid w:val="00CC0B79"/>
    <w:rsid w:val="00CC1DA7"/>
    <w:rsid w:val="00CC2019"/>
    <w:rsid w:val="00CC25B2"/>
    <w:rsid w:val="00CC48FB"/>
    <w:rsid w:val="00CC508C"/>
    <w:rsid w:val="00CC5B6E"/>
    <w:rsid w:val="00CC6AE6"/>
    <w:rsid w:val="00CD08D5"/>
    <w:rsid w:val="00CD14CA"/>
    <w:rsid w:val="00CD21BF"/>
    <w:rsid w:val="00CD5180"/>
    <w:rsid w:val="00CD526D"/>
    <w:rsid w:val="00CD58FA"/>
    <w:rsid w:val="00CD65EC"/>
    <w:rsid w:val="00CE09E8"/>
    <w:rsid w:val="00CE0EF8"/>
    <w:rsid w:val="00CE1590"/>
    <w:rsid w:val="00CE1731"/>
    <w:rsid w:val="00CE3AB0"/>
    <w:rsid w:val="00CE3F13"/>
    <w:rsid w:val="00CE4E26"/>
    <w:rsid w:val="00CF17E8"/>
    <w:rsid w:val="00CF3533"/>
    <w:rsid w:val="00CF4294"/>
    <w:rsid w:val="00CF5200"/>
    <w:rsid w:val="00CF60DB"/>
    <w:rsid w:val="00CF7C45"/>
    <w:rsid w:val="00D002AE"/>
    <w:rsid w:val="00D00915"/>
    <w:rsid w:val="00D01255"/>
    <w:rsid w:val="00D014E3"/>
    <w:rsid w:val="00D021AA"/>
    <w:rsid w:val="00D02622"/>
    <w:rsid w:val="00D02960"/>
    <w:rsid w:val="00D041F5"/>
    <w:rsid w:val="00D05C71"/>
    <w:rsid w:val="00D063C9"/>
    <w:rsid w:val="00D06FDD"/>
    <w:rsid w:val="00D10E31"/>
    <w:rsid w:val="00D1224D"/>
    <w:rsid w:val="00D1289A"/>
    <w:rsid w:val="00D14907"/>
    <w:rsid w:val="00D14C82"/>
    <w:rsid w:val="00D15A9E"/>
    <w:rsid w:val="00D15F6F"/>
    <w:rsid w:val="00D165A8"/>
    <w:rsid w:val="00D17C55"/>
    <w:rsid w:val="00D201A8"/>
    <w:rsid w:val="00D2086E"/>
    <w:rsid w:val="00D211C2"/>
    <w:rsid w:val="00D2175B"/>
    <w:rsid w:val="00D21993"/>
    <w:rsid w:val="00D22599"/>
    <w:rsid w:val="00D22637"/>
    <w:rsid w:val="00D24412"/>
    <w:rsid w:val="00D24E99"/>
    <w:rsid w:val="00D25B97"/>
    <w:rsid w:val="00D26C76"/>
    <w:rsid w:val="00D2786B"/>
    <w:rsid w:val="00D27FDC"/>
    <w:rsid w:val="00D308BF"/>
    <w:rsid w:val="00D30901"/>
    <w:rsid w:val="00D34D06"/>
    <w:rsid w:val="00D432D3"/>
    <w:rsid w:val="00D43657"/>
    <w:rsid w:val="00D445B3"/>
    <w:rsid w:val="00D4510C"/>
    <w:rsid w:val="00D45FC8"/>
    <w:rsid w:val="00D46062"/>
    <w:rsid w:val="00D46F1D"/>
    <w:rsid w:val="00D47C29"/>
    <w:rsid w:val="00D47D32"/>
    <w:rsid w:val="00D51918"/>
    <w:rsid w:val="00D51C38"/>
    <w:rsid w:val="00D52E17"/>
    <w:rsid w:val="00D54B55"/>
    <w:rsid w:val="00D568E8"/>
    <w:rsid w:val="00D57A61"/>
    <w:rsid w:val="00D61CE9"/>
    <w:rsid w:val="00D6241E"/>
    <w:rsid w:val="00D62859"/>
    <w:rsid w:val="00D64CCE"/>
    <w:rsid w:val="00D675B7"/>
    <w:rsid w:val="00D70FD8"/>
    <w:rsid w:val="00D7146F"/>
    <w:rsid w:val="00D7238B"/>
    <w:rsid w:val="00D7281D"/>
    <w:rsid w:val="00D74786"/>
    <w:rsid w:val="00D74945"/>
    <w:rsid w:val="00D74FD4"/>
    <w:rsid w:val="00D75170"/>
    <w:rsid w:val="00D751DC"/>
    <w:rsid w:val="00D770EB"/>
    <w:rsid w:val="00D803C8"/>
    <w:rsid w:val="00D80781"/>
    <w:rsid w:val="00D82DA2"/>
    <w:rsid w:val="00D82DF7"/>
    <w:rsid w:val="00D837F8"/>
    <w:rsid w:val="00D848C9"/>
    <w:rsid w:val="00D857C2"/>
    <w:rsid w:val="00D858C1"/>
    <w:rsid w:val="00D85F16"/>
    <w:rsid w:val="00D85F60"/>
    <w:rsid w:val="00D8632B"/>
    <w:rsid w:val="00D91919"/>
    <w:rsid w:val="00D93FE9"/>
    <w:rsid w:val="00D940AB"/>
    <w:rsid w:val="00D94320"/>
    <w:rsid w:val="00D94D8E"/>
    <w:rsid w:val="00D967A1"/>
    <w:rsid w:val="00D976A3"/>
    <w:rsid w:val="00DA2298"/>
    <w:rsid w:val="00DA25E3"/>
    <w:rsid w:val="00DA2A35"/>
    <w:rsid w:val="00DA43E8"/>
    <w:rsid w:val="00DA55FC"/>
    <w:rsid w:val="00DA61B7"/>
    <w:rsid w:val="00DA7412"/>
    <w:rsid w:val="00DB0D05"/>
    <w:rsid w:val="00DB1E5A"/>
    <w:rsid w:val="00DB2F2F"/>
    <w:rsid w:val="00DB3692"/>
    <w:rsid w:val="00DB4AE4"/>
    <w:rsid w:val="00DB65D7"/>
    <w:rsid w:val="00DB6AE1"/>
    <w:rsid w:val="00DB7AE8"/>
    <w:rsid w:val="00DC022E"/>
    <w:rsid w:val="00DC411A"/>
    <w:rsid w:val="00DC4814"/>
    <w:rsid w:val="00DC5911"/>
    <w:rsid w:val="00DC5E84"/>
    <w:rsid w:val="00DC7345"/>
    <w:rsid w:val="00DD03C5"/>
    <w:rsid w:val="00DD59D8"/>
    <w:rsid w:val="00DD6691"/>
    <w:rsid w:val="00DD6B79"/>
    <w:rsid w:val="00DD7170"/>
    <w:rsid w:val="00DD7AD2"/>
    <w:rsid w:val="00DD7C2C"/>
    <w:rsid w:val="00DE0657"/>
    <w:rsid w:val="00DE1E69"/>
    <w:rsid w:val="00DE3624"/>
    <w:rsid w:val="00DE43DE"/>
    <w:rsid w:val="00DE4861"/>
    <w:rsid w:val="00DE4C16"/>
    <w:rsid w:val="00DE5A6C"/>
    <w:rsid w:val="00DE6051"/>
    <w:rsid w:val="00DE67B3"/>
    <w:rsid w:val="00DE741D"/>
    <w:rsid w:val="00DF042C"/>
    <w:rsid w:val="00DF1A5C"/>
    <w:rsid w:val="00DF2AFF"/>
    <w:rsid w:val="00DF4CD5"/>
    <w:rsid w:val="00DF73AB"/>
    <w:rsid w:val="00DF7F8E"/>
    <w:rsid w:val="00E006F7"/>
    <w:rsid w:val="00E026D2"/>
    <w:rsid w:val="00E03127"/>
    <w:rsid w:val="00E03592"/>
    <w:rsid w:val="00E049CB"/>
    <w:rsid w:val="00E05791"/>
    <w:rsid w:val="00E05BF7"/>
    <w:rsid w:val="00E05FBB"/>
    <w:rsid w:val="00E06B18"/>
    <w:rsid w:val="00E06B6E"/>
    <w:rsid w:val="00E1081E"/>
    <w:rsid w:val="00E10DB8"/>
    <w:rsid w:val="00E11546"/>
    <w:rsid w:val="00E118B5"/>
    <w:rsid w:val="00E123E0"/>
    <w:rsid w:val="00E13794"/>
    <w:rsid w:val="00E14002"/>
    <w:rsid w:val="00E14323"/>
    <w:rsid w:val="00E146F7"/>
    <w:rsid w:val="00E1638C"/>
    <w:rsid w:val="00E17067"/>
    <w:rsid w:val="00E17A43"/>
    <w:rsid w:val="00E20080"/>
    <w:rsid w:val="00E21B9D"/>
    <w:rsid w:val="00E26A4B"/>
    <w:rsid w:val="00E2776D"/>
    <w:rsid w:val="00E27FEE"/>
    <w:rsid w:val="00E30350"/>
    <w:rsid w:val="00E303AA"/>
    <w:rsid w:val="00E30BC5"/>
    <w:rsid w:val="00E3103F"/>
    <w:rsid w:val="00E33096"/>
    <w:rsid w:val="00E33A4F"/>
    <w:rsid w:val="00E33B71"/>
    <w:rsid w:val="00E36627"/>
    <w:rsid w:val="00E3680C"/>
    <w:rsid w:val="00E370AB"/>
    <w:rsid w:val="00E3744C"/>
    <w:rsid w:val="00E374B4"/>
    <w:rsid w:val="00E37BBD"/>
    <w:rsid w:val="00E37C39"/>
    <w:rsid w:val="00E37EF9"/>
    <w:rsid w:val="00E40855"/>
    <w:rsid w:val="00E40BFC"/>
    <w:rsid w:val="00E41181"/>
    <w:rsid w:val="00E421EB"/>
    <w:rsid w:val="00E42594"/>
    <w:rsid w:val="00E465DD"/>
    <w:rsid w:val="00E5043D"/>
    <w:rsid w:val="00E50D7C"/>
    <w:rsid w:val="00E50FEE"/>
    <w:rsid w:val="00E52C60"/>
    <w:rsid w:val="00E52E6F"/>
    <w:rsid w:val="00E531AD"/>
    <w:rsid w:val="00E53670"/>
    <w:rsid w:val="00E53B42"/>
    <w:rsid w:val="00E54512"/>
    <w:rsid w:val="00E5583E"/>
    <w:rsid w:val="00E55F3D"/>
    <w:rsid w:val="00E60151"/>
    <w:rsid w:val="00E60CE5"/>
    <w:rsid w:val="00E60D6A"/>
    <w:rsid w:val="00E62021"/>
    <w:rsid w:val="00E62C0B"/>
    <w:rsid w:val="00E63571"/>
    <w:rsid w:val="00E650DD"/>
    <w:rsid w:val="00E661D6"/>
    <w:rsid w:val="00E672D6"/>
    <w:rsid w:val="00E6739A"/>
    <w:rsid w:val="00E70730"/>
    <w:rsid w:val="00E70C96"/>
    <w:rsid w:val="00E7149B"/>
    <w:rsid w:val="00E718DA"/>
    <w:rsid w:val="00E73FE7"/>
    <w:rsid w:val="00E742B1"/>
    <w:rsid w:val="00E7581C"/>
    <w:rsid w:val="00E77149"/>
    <w:rsid w:val="00E7771E"/>
    <w:rsid w:val="00E778BC"/>
    <w:rsid w:val="00E77C2A"/>
    <w:rsid w:val="00E80A54"/>
    <w:rsid w:val="00E829C5"/>
    <w:rsid w:val="00E844D8"/>
    <w:rsid w:val="00E85556"/>
    <w:rsid w:val="00E85772"/>
    <w:rsid w:val="00E8628C"/>
    <w:rsid w:val="00E865BA"/>
    <w:rsid w:val="00E8773B"/>
    <w:rsid w:val="00E87B61"/>
    <w:rsid w:val="00E914F1"/>
    <w:rsid w:val="00E91723"/>
    <w:rsid w:val="00E9395E"/>
    <w:rsid w:val="00E94344"/>
    <w:rsid w:val="00E94B8C"/>
    <w:rsid w:val="00E96C43"/>
    <w:rsid w:val="00E97FC8"/>
    <w:rsid w:val="00EA0FD6"/>
    <w:rsid w:val="00EA2908"/>
    <w:rsid w:val="00EA4712"/>
    <w:rsid w:val="00EA568A"/>
    <w:rsid w:val="00EA5826"/>
    <w:rsid w:val="00EB1FA4"/>
    <w:rsid w:val="00EB2908"/>
    <w:rsid w:val="00EB316A"/>
    <w:rsid w:val="00EB32DE"/>
    <w:rsid w:val="00EB3E26"/>
    <w:rsid w:val="00EB4439"/>
    <w:rsid w:val="00EB5CCC"/>
    <w:rsid w:val="00EB6451"/>
    <w:rsid w:val="00EC01F0"/>
    <w:rsid w:val="00EC0CA6"/>
    <w:rsid w:val="00EC12A5"/>
    <w:rsid w:val="00EC132E"/>
    <w:rsid w:val="00EC1D8E"/>
    <w:rsid w:val="00EC2526"/>
    <w:rsid w:val="00EC3344"/>
    <w:rsid w:val="00EC3A27"/>
    <w:rsid w:val="00EC3D0E"/>
    <w:rsid w:val="00EC7B47"/>
    <w:rsid w:val="00EC7D6E"/>
    <w:rsid w:val="00ED0BBC"/>
    <w:rsid w:val="00ED1B9B"/>
    <w:rsid w:val="00ED357B"/>
    <w:rsid w:val="00ED4A78"/>
    <w:rsid w:val="00ED52C1"/>
    <w:rsid w:val="00ED58B3"/>
    <w:rsid w:val="00ED7187"/>
    <w:rsid w:val="00ED73E0"/>
    <w:rsid w:val="00EE048F"/>
    <w:rsid w:val="00EE19B3"/>
    <w:rsid w:val="00EE2095"/>
    <w:rsid w:val="00EE2504"/>
    <w:rsid w:val="00EE2AB5"/>
    <w:rsid w:val="00EE33B3"/>
    <w:rsid w:val="00EE38B5"/>
    <w:rsid w:val="00EE543E"/>
    <w:rsid w:val="00EE6194"/>
    <w:rsid w:val="00EE70DA"/>
    <w:rsid w:val="00EE7B2F"/>
    <w:rsid w:val="00EF0315"/>
    <w:rsid w:val="00EF16B2"/>
    <w:rsid w:val="00EF1EF6"/>
    <w:rsid w:val="00EF2185"/>
    <w:rsid w:val="00EF367F"/>
    <w:rsid w:val="00EF5BEE"/>
    <w:rsid w:val="00EF7456"/>
    <w:rsid w:val="00EF765D"/>
    <w:rsid w:val="00EF7A80"/>
    <w:rsid w:val="00F0096D"/>
    <w:rsid w:val="00F009AB"/>
    <w:rsid w:val="00F011FA"/>
    <w:rsid w:val="00F01CB8"/>
    <w:rsid w:val="00F03314"/>
    <w:rsid w:val="00F057A6"/>
    <w:rsid w:val="00F05938"/>
    <w:rsid w:val="00F05E11"/>
    <w:rsid w:val="00F06682"/>
    <w:rsid w:val="00F06FB4"/>
    <w:rsid w:val="00F10163"/>
    <w:rsid w:val="00F10EA0"/>
    <w:rsid w:val="00F12916"/>
    <w:rsid w:val="00F139FF"/>
    <w:rsid w:val="00F14160"/>
    <w:rsid w:val="00F158C0"/>
    <w:rsid w:val="00F161C9"/>
    <w:rsid w:val="00F16512"/>
    <w:rsid w:val="00F1696F"/>
    <w:rsid w:val="00F16EBB"/>
    <w:rsid w:val="00F1732A"/>
    <w:rsid w:val="00F2035F"/>
    <w:rsid w:val="00F2213B"/>
    <w:rsid w:val="00F22378"/>
    <w:rsid w:val="00F22C75"/>
    <w:rsid w:val="00F237A5"/>
    <w:rsid w:val="00F24BDD"/>
    <w:rsid w:val="00F252AC"/>
    <w:rsid w:val="00F26569"/>
    <w:rsid w:val="00F27D51"/>
    <w:rsid w:val="00F30602"/>
    <w:rsid w:val="00F311E0"/>
    <w:rsid w:val="00F31B71"/>
    <w:rsid w:val="00F32C64"/>
    <w:rsid w:val="00F33BAD"/>
    <w:rsid w:val="00F34345"/>
    <w:rsid w:val="00F346A4"/>
    <w:rsid w:val="00F374E7"/>
    <w:rsid w:val="00F37D08"/>
    <w:rsid w:val="00F41A6E"/>
    <w:rsid w:val="00F428E1"/>
    <w:rsid w:val="00F42A14"/>
    <w:rsid w:val="00F4302A"/>
    <w:rsid w:val="00F4309A"/>
    <w:rsid w:val="00F43CD4"/>
    <w:rsid w:val="00F43DD5"/>
    <w:rsid w:val="00F441CA"/>
    <w:rsid w:val="00F4706F"/>
    <w:rsid w:val="00F470A5"/>
    <w:rsid w:val="00F50612"/>
    <w:rsid w:val="00F50922"/>
    <w:rsid w:val="00F512C9"/>
    <w:rsid w:val="00F51ECF"/>
    <w:rsid w:val="00F5283D"/>
    <w:rsid w:val="00F5385A"/>
    <w:rsid w:val="00F53F90"/>
    <w:rsid w:val="00F5467E"/>
    <w:rsid w:val="00F546F0"/>
    <w:rsid w:val="00F55224"/>
    <w:rsid w:val="00F56056"/>
    <w:rsid w:val="00F608AB"/>
    <w:rsid w:val="00F6168F"/>
    <w:rsid w:val="00F62A87"/>
    <w:rsid w:val="00F6670E"/>
    <w:rsid w:val="00F66AEF"/>
    <w:rsid w:val="00F72DE3"/>
    <w:rsid w:val="00F73778"/>
    <w:rsid w:val="00F737B8"/>
    <w:rsid w:val="00F75237"/>
    <w:rsid w:val="00F75753"/>
    <w:rsid w:val="00F760E9"/>
    <w:rsid w:val="00F76228"/>
    <w:rsid w:val="00F768C6"/>
    <w:rsid w:val="00F77C21"/>
    <w:rsid w:val="00F80960"/>
    <w:rsid w:val="00F814CF"/>
    <w:rsid w:val="00F81AD1"/>
    <w:rsid w:val="00F823AD"/>
    <w:rsid w:val="00F8274F"/>
    <w:rsid w:val="00F82BCB"/>
    <w:rsid w:val="00F830C3"/>
    <w:rsid w:val="00F8330A"/>
    <w:rsid w:val="00F83863"/>
    <w:rsid w:val="00F83A89"/>
    <w:rsid w:val="00F8411D"/>
    <w:rsid w:val="00F84448"/>
    <w:rsid w:val="00F85378"/>
    <w:rsid w:val="00F8559C"/>
    <w:rsid w:val="00F855F6"/>
    <w:rsid w:val="00F8638C"/>
    <w:rsid w:val="00F86CA7"/>
    <w:rsid w:val="00F873D1"/>
    <w:rsid w:val="00F9192A"/>
    <w:rsid w:val="00F920D3"/>
    <w:rsid w:val="00F93DB7"/>
    <w:rsid w:val="00F94E4E"/>
    <w:rsid w:val="00F95E6D"/>
    <w:rsid w:val="00F96177"/>
    <w:rsid w:val="00F97A7B"/>
    <w:rsid w:val="00F97F3E"/>
    <w:rsid w:val="00FA15EA"/>
    <w:rsid w:val="00FA3B10"/>
    <w:rsid w:val="00FA7D8E"/>
    <w:rsid w:val="00FB0FE4"/>
    <w:rsid w:val="00FB45BD"/>
    <w:rsid w:val="00FB4E84"/>
    <w:rsid w:val="00FB5242"/>
    <w:rsid w:val="00FB5B6C"/>
    <w:rsid w:val="00FB5BCB"/>
    <w:rsid w:val="00FB60ED"/>
    <w:rsid w:val="00FB65AE"/>
    <w:rsid w:val="00FB6857"/>
    <w:rsid w:val="00FC0A7C"/>
    <w:rsid w:val="00FC0BAB"/>
    <w:rsid w:val="00FC0D1B"/>
    <w:rsid w:val="00FC2C41"/>
    <w:rsid w:val="00FC2FE8"/>
    <w:rsid w:val="00FC3F86"/>
    <w:rsid w:val="00FC693F"/>
    <w:rsid w:val="00FC72B7"/>
    <w:rsid w:val="00FD03BB"/>
    <w:rsid w:val="00FD08F0"/>
    <w:rsid w:val="00FD0907"/>
    <w:rsid w:val="00FD1EFB"/>
    <w:rsid w:val="00FD2331"/>
    <w:rsid w:val="00FD25E1"/>
    <w:rsid w:val="00FD290C"/>
    <w:rsid w:val="00FD2D0C"/>
    <w:rsid w:val="00FD2E67"/>
    <w:rsid w:val="00FD3646"/>
    <w:rsid w:val="00FD375F"/>
    <w:rsid w:val="00FD3FFA"/>
    <w:rsid w:val="00FD6892"/>
    <w:rsid w:val="00FE02CF"/>
    <w:rsid w:val="00FE17CC"/>
    <w:rsid w:val="00FE2043"/>
    <w:rsid w:val="00FE3AE6"/>
    <w:rsid w:val="00FE4068"/>
    <w:rsid w:val="00FE6866"/>
    <w:rsid w:val="00FE7178"/>
    <w:rsid w:val="00FE7615"/>
    <w:rsid w:val="00FF02A0"/>
    <w:rsid w:val="00FF0F67"/>
    <w:rsid w:val="00FF2651"/>
    <w:rsid w:val="00FF3B2F"/>
    <w:rsid w:val="00FF400B"/>
    <w:rsid w:val="00FF48D9"/>
    <w:rsid w:val="00FF5B7E"/>
    <w:rsid w:val="00FF5EE7"/>
    <w:rsid w:val="00FF5F04"/>
    <w:rsid w:val="00FF672E"/>
    <w:rsid w:val="00FF6DB9"/>
    <w:rsid w:val="00FF6EA1"/>
    <w:rsid w:val="00FF70D4"/>
    <w:rsid w:val="00FF78D6"/>
    <w:rsid w:val="0105734D"/>
    <w:rsid w:val="01660E69"/>
    <w:rsid w:val="019571A4"/>
    <w:rsid w:val="01AD1B00"/>
    <w:rsid w:val="01F01E3C"/>
    <w:rsid w:val="02C975A1"/>
    <w:rsid w:val="02D5F68E"/>
    <w:rsid w:val="036F33EB"/>
    <w:rsid w:val="043C3BFF"/>
    <w:rsid w:val="04945913"/>
    <w:rsid w:val="04DA6571"/>
    <w:rsid w:val="058F6858"/>
    <w:rsid w:val="059B9A83"/>
    <w:rsid w:val="059E6FE1"/>
    <w:rsid w:val="05EC3946"/>
    <w:rsid w:val="061159BF"/>
    <w:rsid w:val="0614CC33"/>
    <w:rsid w:val="065A6178"/>
    <w:rsid w:val="069E5529"/>
    <w:rsid w:val="06AE998C"/>
    <w:rsid w:val="0727AD98"/>
    <w:rsid w:val="074D70BC"/>
    <w:rsid w:val="07D47DB0"/>
    <w:rsid w:val="082D417B"/>
    <w:rsid w:val="08BCB90A"/>
    <w:rsid w:val="08E71961"/>
    <w:rsid w:val="08F6CA60"/>
    <w:rsid w:val="08FEB00A"/>
    <w:rsid w:val="09F509B4"/>
    <w:rsid w:val="0ABEA1DF"/>
    <w:rsid w:val="0B4A00B0"/>
    <w:rsid w:val="0B8C5E0E"/>
    <w:rsid w:val="0CAB7BCC"/>
    <w:rsid w:val="0D0B7276"/>
    <w:rsid w:val="0DF20060"/>
    <w:rsid w:val="0E2322C1"/>
    <w:rsid w:val="0EF44B98"/>
    <w:rsid w:val="0F1939C9"/>
    <w:rsid w:val="0F2478E6"/>
    <w:rsid w:val="0F5613B9"/>
    <w:rsid w:val="0F6EA28C"/>
    <w:rsid w:val="0F7609B2"/>
    <w:rsid w:val="104DBEEB"/>
    <w:rsid w:val="10A90F8F"/>
    <w:rsid w:val="10CF65EA"/>
    <w:rsid w:val="10D9E416"/>
    <w:rsid w:val="127E273B"/>
    <w:rsid w:val="13B8A623"/>
    <w:rsid w:val="13D11213"/>
    <w:rsid w:val="13D6188A"/>
    <w:rsid w:val="142D2826"/>
    <w:rsid w:val="1485453A"/>
    <w:rsid w:val="14AD1E7B"/>
    <w:rsid w:val="1593E8AE"/>
    <w:rsid w:val="15DA4AE7"/>
    <w:rsid w:val="166E9C2B"/>
    <w:rsid w:val="167C4CF9"/>
    <w:rsid w:val="170148CE"/>
    <w:rsid w:val="171347E8"/>
    <w:rsid w:val="172C6842"/>
    <w:rsid w:val="176F9D5E"/>
    <w:rsid w:val="1870BBC6"/>
    <w:rsid w:val="187937D8"/>
    <w:rsid w:val="1911A764"/>
    <w:rsid w:val="1A4F4C88"/>
    <w:rsid w:val="1A551442"/>
    <w:rsid w:val="1AA96CC5"/>
    <w:rsid w:val="1B84BA17"/>
    <w:rsid w:val="1C367120"/>
    <w:rsid w:val="1C95191C"/>
    <w:rsid w:val="1C955750"/>
    <w:rsid w:val="1CAAE514"/>
    <w:rsid w:val="1DE97E3F"/>
    <w:rsid w:val="1E4B1042"/>
    <w:rsid w:val="1E575620"/>
    <w:rsid w:val="1EAB788B"/>
    <w:rsid w:val="1FA8C490"/>
    <w:rsid w:val="1FF977A5"/>
    <w:rsid w:val="20E75ABC"/>
    <w:rsid w:val="21372A33"/>
    <w:rsid w:val="215779C0"/>
    <w:rsid w:val="217E5682"/>
    <w:rsid w:val="2182584A"/>
    <w:rsid w:val="21E32E28"/>
    <w:rsid w:val="22930F9B"/>
    <w:rsid w:val="22A3160A"/>
    <w:rsid w:val="235FA9B7"/>
    <w:rsid w:val="248D2E5F"/>
    <w:rsid w:val="2504B209"/>
    <w:rsid w:val="255549CD"/>
    <w:rsid w:val="256A61CF"/>
    <w:rsid w:val="2679A73B"/>
    <w:rsid w:val="26D23E32"/>
    <w:rsid w:val="26F15A73"/>
    <w:rsid w:val="274F000B"/>
    <w:rsid w:val="27538A2F"/>
    <w:rsid w:val="277A46D2"/>
    <w:rsid w:val="27B74537"/>
    <w:rsid w:val="27F93D72"/>
    <w:rsid w:val="2A190A2E"/>
    <w:rsid w:val="2A2F6D63"/>
    <w:rsid w:val="2B77C519"/>
    <w:rsid w:val="2BCC7A46"/>
    <w:rsid w:val="2C4EF287"/>
    <w:rsid w:val="2C7ACFEA"/>
    <w:rsid w:val="2D39ABD2"/>
    <w:rsid w:val="2D9C6ADC"/>
    <w:rsid w:val="2DF4983E"/>
    <w:rsid w:val="2DFBED97"/>
    <w:rsid w:val="2E14BCAD"/>
    <w:rsid w:val="2E839E72"/>
    <w:rsid w:val="2E96613B"/>
    <w:rsid w:val="2ED7C9DD"/>
    <w:rsid w:val="2ED90DEC"/>
    <w:rsid w:val="2F32B9E1"/>
    <w:rsid w:val="2F9DD92F"/>
    <w:rsid w:val="30751F30"/>
    <w:rsid w:val="316A459E"/>
    <w:rsid w:val="31AA0C0A"/>
    <w:rsid w:val="31BF1BE1"/>
    <w:rsid w:val="31DA3341"/>
    <w:rsid w:val="33B36A61"/>
    <w:rsid w:val="33EB45DF"/>
    <w:rsid w:val="34100ECC"/>
    <w:rsid w:val="34D039B6"/>
    <w:rsid w:val="35467B6F"/>
    <w:rsid w:val="354D4D61"/>
    <w:rsid w:val="360714B4"/>
    <w:rsid w:val="36144F46"/>
    <w:rsid w:val="36361531"/>
    <w:rsid w:val="36374201"/>
    <w:rsid w:val="36463A74"/>
    <w:rsid w:val="36940D18"/>
    <w:rsid w:val="36B4DF67"/>
    <w:rsid w:val="36DE6665"/>
    <w:rsid w:val="3707313D"/>
    <w:rsid w:val="37266510"/>
    <w:rsid w:val="3757341D"/>
    <w:rsid w:val="376E1D00"/>
    <w:rsid w:val="37B52474"/>
    <w:rsid w:val="37D179A6"/>
    <w:rsid w:val="380C5081"/>
    <w:rsid w:val="3897C725"/>
    <w:rsid w:val="38D804D0"/>
    <w:rsid w:val="38FB278B"/>
    <w:rsid w:val="3A62D5A8"/>
    <w:rsid w:val="3AA509AF"/>
    <w:rsid w:val="3B6E07F5"/>
    <w:rsid w:val="3B8DA8FA"/>
    <w:rsid w:val="3BD16A31"/>
    <w:rsid w:val="3C2234D8"/>
    <w:rsid w:val="3C6C6D10"/>
    <w:rsid w:val="3D94DDA9"/>
    <w:rsid w:val="3E8D0482"/>
    <w:rsid w:val="3F0355EF"/>
    <w:rsid w:val="4145F045"/>
    <w:rsid w:val="414F6CBE"/>
    <w:rsid w:val="4198FAE9"/>
    <w:rsid w:val="41CCF8A7"/>
    <w:rsid w:val="42449283"/>
    <w:rsid w:val="427100CB"/>
    <w:rsid w:val="4285FD5C"/>
    <w:rsid w:val="42924546"/>
    <w:rsid w:val="43386588"/>
    <w:rsid w:val="43CE8F47"/>
    <w:rsid w:val="440D4911"/>
    <w:rsid w:val="447A4EF6"/>
    <w:rsid w:val="44B8A4B5"/>
    <w:rsid w:val="44C66A64"/>
    <w:rsid w:val="44F92736"/>
    <w:rsid w:val="452B420A"/>
    <w:rsid w:val="453AF3F8"/>
    <w:rsid w:val="4555A47E"/>
    <w:rsid w:val="4586A4A6"/>
    <w:rsid w:val="45DBFC28"/>
    <w:rsid w:val="466A1313"/>
    <w:rsid w:val="467910ED"/>
    <w:rsid w:val="46C4155D"/>
    <w:rsid w:val="46D27A3E"/>
    <w:rsid w:val="4728624E"/>
    <w:rsid w:val="47312874"/>
    <w:rsid w:val="479F390E"/>
    <w:rsid w:val="485E8797"/>
    <w:rsid w:val="48827784"/>
    <w:rsid w:val="48D5178D"/>
    <w:rsid w:val="48F6F709"/>
    <w:rsid w:val="49999F1F"/>
    <w:rsid w:val="49C5372C"/>
    <w:rsid w:val="49FA026B"/>
    <w:rsid w:val="4A686320"/>
    <w:rsid w:val="4AF0D9E7"/>
    <w:rsid w:val="4B13F542"/>
    <w:rsid w:val="4B6A7260"/>
    <w:rsid w:val="4B732B42"/>
    <w:rsid w:val="4B779513"/>
    <w:rsid w:val="4B8CCBA8"/>
    <w:rsid w:val="4C57926A"/>
    <w:rsid w:val="4C6373E0"/>
    <w:rsid w:val="4CF99DEA"/>
    <w:rsid w:val="4D0AFBE5"/>
    <w:rsid w:val="4D63EF69"/>
    <w:rsid w:val="4DCF8A27"/>
    <w:rsid w:val="4EDA8361"/>
    <w:rsid w:val="4F9586F2"/>
    <w:rsid w:val="4FA199BE"/>
    <w:rsid w:val="502E8C88"/>
    <w:rsid w:val="51491F48"/>
    <w:rsid w:val="518A24C2"/>
    <w:rsid w:val="519B0C71"/>
    <w:rsid w:val="524052AB"/>
    <w:rsid w:val="525AA412"/>
    <w:rsid w:val="527F6965"/>
    <w:rsid w:val="528DD709"/>
    <w:rsid w:val="52967C01"/>
    <w:rsid w:val="52BE1CCD"/>
    <w:rsid w:val="52C245F2"/>
    <w:rsid w:val="52D75994"/>
    <w:rsid w:val="5315EA7E"/>
    <w:rsid w:val="5346A014"/>
    <w:rsid w:val="5359794D"/>
    <w:rsid w:val="53C93E8C"/>
    <w:rsid w:val="540729E8"/>
    <w:rsid w:val="54874B3C"/>
    <w:rsid w:val="549D227D"/>
    <w:rsid w:val="549EFA92"/>
    <w:rsid w:val="54BD6CD0"/>
    <w:rsid w:val="54C3B138"/>
    <w:rsid w:val="54FC2072"/>
    <w:rsid w:val="554AB80D"/>
    <w:rsid w:val="55502006"/>
    <w:rsid w:val="55846FDD"/>
    <w:rsid w:val="55FA1297"/>
    <w:rsid w:val="55FA4A1E"/>
    <w:rsid w:val="5637B6EA"/>
    <w:rsid w:val="56691F37"/>
    <w:rsid w:val="56AE343C"/>
    <w:rsid w:val="56C959D6"/>
    <w:rsid w:val="57B309DA"/>
    <w:rsid w:val="57E841D9"/>
    <w:rsid w:val="581F6921"/>
    <w:rsid w:val="58813143"/>
    <w:rsid w:val="58866032"/>
    <w:rsid w:val="58F4E1FF"/>
    <w:rsid w:val="5943BEC8"/>
    <w:rsid w:val="5985C035"/>
    <w:rsid w:val="59C0238A"/>
    <w:rsid w:val="5A4F2439"/>
    <w:rsid w:val="5B405245"/>
    <w:rsid w:val="5BE547B8"/>
    <w:rsid w:val="5C327D44"/>
    <w:rsid w:val="5D2546B8"/>
    <w:rsid w:val="5DCE8696"/>
    <w:rsid w:val="5F4E674B"/>
    <w:rsid w:val="607B1C59"/>
    <w:rsid w:val="615620A8"/>
    <w:rsid w:val="62244467"/>
    <w:rsid w:val="6242F7B9"/>
    <w:rsid w:val="62E4334D"/>
    <w:rsid w:val="63060988"/>
    <w:rsid w:val="6314B09E"/>
    <w:rsid w:val="633E6EDE"/>
    <w:rsid w:val="635AB0F7"/>
    <w:rsid w:val="63E20D19"/>
    <w:rsid w:val="647D0241"/>
    <w:rsid w:val="64B77134"/>
    <w:rsid w:val="654DC825"/>
    <w:rsid w:val="657C2235"/>
    <w:rsid w:val="66C6AB58"/>
    <w:rsid w:val="674028F1"/>
    <w:rsid w:val="677862CF"/>
    <w:rsid w:val="6793F784"/>
    <w:rsid w:val="679D0A8D"/>
    <w:rsid w:val="685B2144"/>
    <w:rsid w:val="689C312D"/>
    <w:rsid w:val="68EF7360"/>
    <w:rsid w:val="69164A76"/>
    <w:rsid w:val="6944040D"/>
    <w:rsid w:val="697F0C22"/>
    <w:rsid w:val="69A50E62"/>
    <w:rsid w:val="69CDD639"/>
    <w:rsid w:val="69DC353A"/>
    <w:rsid w:val="69F20F61"/>
    <w:rsid w:val="6A441C65"/>
    <w:rsid w:val="6A72909A"/>
    <w:rsid w:val="6AC73419"/>
    <w:rsid w:val="6B364F5A"/>
    <w:rsid w:val="6B391278"/>
    <w:rsid w:val="6B4BB0FD"/>
    <w:rsid w:val="6B999A07"/>
    <w:rsid w:val="6BEEFC5D"/>
    <w:rsid w:val="6CAB39D1"/>
    <w:rsid w:val="6CC947AC"/>
    <w:rsid w:val="6D1E0194"/>
    <w:rsid w:val="6D6FB507"/>
    <w:rsid w:val="6DC25355"/>
    <w:rsid w:val="6DCA1956"/>
    <w:rsid w:val="6DD82B21"/>
    <w:rsid w:val="6DF05F6E"/>
    <w:rsid w:val="6E4AE375"/>
    <w:rsid w:val="6F6996E0"/>
    <w:rsid w:val="6F7EE330"/>
    <w:rsid w:val="6F822E81"/>
    <w:rsid w:val="6FA4F713"/>
    <w:rsid w:val="70B46A76"/>
    <w:rsid w:val="70B51F79"/>
    <w:rsid w:val="713F665A"/>
    <w:rsid w:val="717D3F41"/>
    <w:rsid w:val="71D6ED0D"/>
    <w:rsid w:val="720E5A2E"/>
    <w:rsid w:val="72315DE3"/>
    <w:rsid w:val="7286EAED"/>
    <w:rsid w:val="7289753F"/>
    <w:rsid w:val="72BCEA14"/>
    <w:rsid w:val="731332C3"/>
    <w:rsid w:val="737465FA"/>
    <w:rsid w:val="73F66297"/>
    <w:rsid w:val="740735EA"/>
    <w:rsid w:val="746B330F"/>
    <w:rsid w:val="75577F9C"/>
    <w:rsid w:val="75DF0C72"/>
    <w:rsid w:val="76668323"/>
    <w:rsid w:val="76DA162A"/>
    <w:rsid w:val="771A5176"/>
    <w:rsid w:val="77520866"/>
    <w:rsid w:val="7765B76A"/>
    <w:rsid w:val="780F9936"/>
    <w:rsid w:val="79020E59"/>
    <w:rsid w:val="79C98112"/>
    <w:rsid w:val="79D4756E"/>
    <w:rsid w:val="7A5664D7"/>
    <w:rsid w:val="7AA4AFC1"/>
    <w:rsid w:val="7ABB93EF"/>
    <w:rsid w:val="7AFA7802"/>
    <w:rsid w:val="7B6E5110"/>
    <w:rsid w:val="7B9B6ED9"/>
    <w:rsid w:val="7C229054"/>
    <w:rsid w:val="7C6F49F6"/>
    <w:rsid w:val="7CF0D6D1"/>
    <w:rsid w:val="7DBE7046"/>
    <w:rsid w:val="7E368B0D"/>
    <w:rsid w:val="7E3A0AA7"/>
    <w:rsid w:val="7EA61D8E"/>
    <w:rsid w:val="7EB8AEFC"/>
    <w:rsid w:val="7F1F13E2"/>
    <w:rsid w:val="7FC36159"/>
    <w:rsid w:val="7FFC2B64"/>
  </w:rsids>
  <m:mathPr>
    <m:mathFont m:val="Cambria Math"/>
    <m:brkBin m:val="before"/>
    <m:brkBinSub m:val="--"/>
    <m:smallFrac m:val="0"/>
    <m:dispDef/>
    <m:lMargin m:val="0"/>
    <m:rMargin m:val="0"/>
    <m:defJc m:val="centerGroup"/>
    <m:wrapIndent m:val="1440"/>
    <m:intLim m:val="subSup"/>
    <m:naryLim m:val="undOvr"/>
  </m:mathPr>
  <w:themeFontLang w:val="en-US" w:eastAsia="ja-JP" w:bidi="bn-BD"/>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3B91338"/>
  <w14:defaultImageDpi w14:val="300"/>
  <w15:docId w15:val="{93513EAD-7075-487C-927A-3125D6F3B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qFormat="1"/>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qFormat="1"/>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139FF"/>
    <w:pPr>
      <w:keepNext/>
      <w:keepLines/>
      <w:spacing w:before="200" w:after="0"/>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uiPriority w:val="9"/>
    <w:semiHidden/>
    <w:unhideWhenUsed/>
    <w:qFormat/>
    <w:rsid w:val="00F139FF"/>
    <w:pPr>
      <w:keepNext/>
      <w:keepLines/>
      <w:spacing w:before="200" w:after="0"/>
      <w:outlineLvl w:val="5"/>
    </w:pPr>
    <w:rPr>
      <w:rFonts w:asciiTheme="majorHAnsi" w:eastAsiaTheme="majorEastAsia" w:hAnsiTheme="majorHAnsi" w:cstheme="majorBidi"/>
      <w:i/>
      <w:iCs/>
      <w:color w:val="244061" w:themeColor="accent1" w:themeShade="80"/>
    </w:rPr>
  </w:style>
  <w:style w:type="paragraph" w:styleId="Heading7">
    <w:name w:val="heading 7"/>
    <w:basedOn w:val="Normal"/>
    <w:next w:val="Normal"/>
    <w:link w:val="Heading7Char"/>
    <w:uiPriority w:val="9"/>
    <w:semiHidden/>
    <w:unhideWhenUsed/>
    <w:qFormat/>
    <w:rsid w:val="00F139F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139F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E618BF"/>
  </w:style>
  <w:style w:type="paragraph" w:styleId="NoSpacing">
    <w:name w:val="No Spacing"/>
    <w:aliases w:val="~BaseStyle"/>
    <w:link w:val="NoSpacingChar"/>
    <w:uiPriority w:val="1"/>
    <w:qFormat/>
    <w:pPr>
      <w:spacing w:after="0" w:line="240" w:lineRule="auto"/>
    </w:pPr>
  </w:style>
  <w:style w:type="character" w:customStyle="1" w:styleId="Heading1Char">
    <w:name w:val="Heading 1 Char"/>
    <w:basedOn w:val="DefaultParagraphFont"/>
    <w:link w:val="Heading1"/>
    <w:uiPriority w:val="9"/>
    <w:qFormat/>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139FF"/>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aliases w:val="Resume Title,Citation List,heading 4,Figure_name,List Paragraph1,Bullet- First level,Bullets1,Bullet Styles para,Primus H 3,lp1,Use Case List Paragraph,YC Bulet,Numbered Para 1,Dot pt,List Paragraph Char Char Char,Indicator Text,Ha,본문(내용)"/>
    <w:basedOn w:val="Normal"/>
    <w:link w:val="ListParagraphChar"/>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F139FF"/>
    <w:pPr>
      <w:numPr>
        <w:numId w:val="1"/>
      </w:numPr>
      <w:tabs>
        <w:tab w:val="left" w:pos="360"/>
      </w:tabs>
      <w:contextualSpacing/>
    </w:pPr>
  </w:style>
  <w:style w:type="paragraph" w:styleId="ListBullet2">
    <w:name w:val="List Bullet 2"/>
    <w:basedOn w:val="Normal"/>
    <w:uiPriority w:val="99"/>
    <w:unhideWhenUsed/>
    <w:rsid w:val="00F139FF"/>
    <w:pPr>
      <w:numPr>
        <w:numId w:val="2"/>
      </w:numPr>
      <w:tabs>
        <w:tab w:val="left" w:pos="720"/>
      </w:tabs>
      <w:contextualSpacing/>
    </w:pPr>
  </w:style>
  <w:style w:type="paragraph" w:styleId="ListBullet3">
    <w:name w:val="List Bullet 3"/>
    <w:basedOn w:val="Normal"/>
    <w:uiPriority w:val="99"/>
    <w:unhideWhenUsed/>
    <w:rsid w:val="00F139FF"/>
    <w:pPr>
      <w:numPr>
        <w:numId w:val="3"/>
      </w:numPr>
      <w:tabs>
        <w:tab w:val="left" w:pos="1080"/>
      </w:tabs>
      <w:contextualSpacing/>
    </w:pPr>
  </w:style>
  <w:style w:type="paragraph" w:styleId="ListNumber">
    <w:name w:val="List Number"/>
    <w:basedOn w:val="Normal"/>
    <w:uiPriority w:val="99"/>
    <w:unhideWhenUsed/>
    <w:rsid w:val="00F139FF"/>
    <w:pPr>
      <w:numPr>
        <w:numId w:val="4"/>
      </w:numPr>
      <w:tabs>
        <w:tab w:val="left" w:pos="360"/>
      </w:tabs>
      <w:contextualSpacing/>
    </w:pPr>
  </w:style>
  <w:style w:type="paragraph" w:styleId="ListNumber2">
    <w:name w:val="List Number 2"/>
    <w:basedOn w:val="Normal"/>
    <w:uiPriority w:val="99"/>
    <w:unhideWhenUsed/>
    <w:rsid w:val="00F139FF"/>
    <w:pPr>
      <w:numPr>
        <w:numId w:val="5"/>
      </w:numPr>
      <w:tabs>
        <w:tab w:val="left" w:pos="720"/>
      </w:tabs>
      <w:contextualSpacing/>
    </w:pPr>
  </w:style>
  <w:style w:type="paragraph" w:styleId="ListNumber3">
    <w:name w:val="List Number 3"/>
    <w:basedOn w:val="Normal"/>
    <w:uiPriority w:val="99"/>
    <w:unhideWhenUsed/>
    <w:rsid w:val="00F139FF"/>
    <w:pPr>
      <w:numPr>
        <w:numId w:val="6"/>
      </w:numPr>
      <w:tabs>
        <w:tab w:val="left" w:pos="1080"/>
      </w:tabs>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sid w:val="00FC693F"/>
    <w:rPr>
      <w:rFonts w:ascii="Calibri" w:hAnsi="Calibri"/>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4061" w:themeColor="accent1" w:themeShade="80"/>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4061" w:themeColor="accent1" w:themeShade="80"/>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rFonts w:ascii="Calibri" w:hAnsi="Calibri"/>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aliases w:val="INT table,CV table,none,IT Park_Citation,EY Table,CV1,TM_Table Grid,san defined,Deloitte,Table Grid_General,Create,EY GryHd,Table long document,TabelEcorys,new tab,Table Grid Deloitte.,Table Grid Deloitte,Gridding,tableau 1,chiffres,Tableau D"/>
    <w:basedOn w:val="TableNormal"/>
    <w:uiPriority w:val="39"/>
    <w:qFormat/>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qFormat/>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qFormat/>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NoSpacingChar">
    <w:name w:val="No Spacing Char"/>
    <w:aliases w:val="~BaseStyle Char"/>
    <w:basedOn w:val="DefaultParagraphFont"/>
    <w:link w:val="NoSpacing"/>
    <w:uiPriority w:val="1"/>
    <w:qFormat/>
    <w:rsid w:val="0041544D"/>
  </w:style>
  <w:style w:type="character" w:customStyle="1" w:styleId="ListParagraphChar">
    <w:name w:val="List Paragraph Char"/>
    <w:aliases w:val="Resume Title Char,Citation List Char,heading 4 Char,Figure_name Char,List Paragraph1 Char,Bullet- First level Char,Bullets1 Char,Bullet Styles para Char,Primus H 3 Char,lp1 Char,Use Case List Paragraph Char,YC Bulet Char,Dot pt Char"/>
    <w:link w:val="ListParagraph"/>
    <w:uiPriority w:val="34"/>
    <w:qFormat/>
    <w:locked/>
    <w:rsid w:val="0041544D"/>
    <w:rPr>
      <w:rFonts w:ascii="Calibri" w:hAnsi="Calibri"/>
    </w:rPr>
  </w:style>
  <w:style w:type="table" w:customStyle="1" w:styleId="ZchnZchnCharCharCharCharCharZchnCharZchnCharZchnCharZchnCharZchnCharZchnCharZchnZchnCharZchnZchn1">
    <w:name w:val="Zchn Zchn Char Char Char Char Char Zchn Char Zchn Char Zchn Char Zchn Char Zchn Char Zchn Char Zchn Zchn Char Zchn Zchn1"/>
    <w:basedOn w:val="TableNormal"/>
    <w:next w:val="TableGrid"/>
    <w:uiPriority w:val="39"/>
    <w:rsid w:val="00F72DE3"/>
    <w:pPr>
      <w:spacing w:after="0" w:line="240" w:lineRule="auto"/>
    </w:pPr>
    <w:rPr>
      <w:rFonts w:ascii="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F72DE3"/>
    <w:rPr>
      <w:color w:val="0000FF" w:themeColor="hyperlink"/>
      <w:u w:val="single"/>
    </w:rPr>
  </w:style>
  <w:style w:type="character" w:styleId="CommentReference">
    <w:name w:val="annotation reference"/>
    <w:basedOn w:val="DefaultParagraphFont"/>
    <w:uiPriority w:val="99"/>
    <w:semiHidden/>
    <w:unhideWhenUsed/>
    <w:rsid w:val="00F72DE3"/>
    <w:rPr>
      <w:sz w:val="16"/>
      <w:szCs w:val="16"/>
    </w:rPr>
  </w:style>
  <w:style w:type="paragraph" w:styleId="CommentText">
    <w:name w:val="annotation text"/>
    <w:basedOn w:val="Normal"/>
    <w:link w:val="CommentTextChar"/>
    <w:uiPriority w:val="99"/>
    <w:unhideWhenUsed/>
    <w:rsid w:val="00F72DE3"/>
    <w:pPr>
      <w:spacing w:after="0" w:line="240" w:lineRule="auto"/>
    </w:pPr>
    <w:rPr>
      <w:rFonts w:eastAsiaTheme="minorHAnsi" w:cs="Times New Roman"/>
      <w:sz w:val="20"/>
      <w:szCs w:val="20"/>
    </w:rPr>
  </w:style>
  <w:style w:type="character" w:customStyle="1" w:styleId="CommentTextChar">
    <w:name w:val="Comment Text Char"/>
    <w:basedOn w:val="DefaultParagraphFont"/>
    <w:link w:val="CommentText"/>
    <w:uiPriority w:val="99"/>
    <w:rsid w:val="00F72DE3"/>
    <w:rPr>
      <w:rFonts w:ascii="Calibri" w:eastAsiaTheme="minorHAnsi" w:hAnsi="Calibri" w:cs="Times New Roman"/>
      <w:sz w:val="20"/>
      <w:szCs w:val="20"/>
    </w:rPr>
  </w:style>
  <w:style w:type="paragraph" w:styleId="TOC1">
    <w:name w:val="toc 1"/>
    <w:basedOn w:val="Normal"/>
    <w:next w:val="Normal"/>
    <w:autoRedefine/>
    <w:uiPriority w:val="39"/>
    <w:unhideWhenUsed/>
    <w:rsid w:val="0020395A"/>
    <w:pPr>
      <w:spacing w:after="100"/>
    </w:pPr>
  </w:style>
  <w:style w:type="character" w:styleId="PageNumber">
    <w:name w:val="page number"/>
    <w:basedOn w:val="DefaultParagraphFont"/>
    <w:rsid w:val="0020395A"/>
  </w:style>
  <w:style w:type="paragraph" w:styleId="NormalWeb">
    <w:name w:val="Normal (Web)"/>
    <w:basedOn w:val="Normal"/>
    <w:uiPriority w:val="99"/>
    <w:unhideWhenUsed/>
    <w:rsid w:val="006809C7"/>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B12FBC"/>
    <w:pPr>
      <w:spacing w:after="0" w:line="240" w:lineRule="auto"/>
    </w:pPr>
    <w:rPr>
      <w:rFonts w:ascii="Calibri" w:hAnsi="Calibri"/>
    </w:rPr>
  </w:style>
  <w:style w:type="paragraph" w:styleId="CommentSubject">
    <w:name w:val="annotation subject"/>
    <w:basedOn w:val="CommentText"/>
    <w:next w:val="CommentText"/>
    <w:link w:val="CommentSubjectChar"/>
    <w:uiPriority w:val="99"/>
    <w:semiHidden/>
    <w:unhideWhenUsed/>
    <w:rsid w:val="00593880"/>
    <w:pPr>
      <w:spacing w:after="200"/>
    </w:pPr>
    <w:rPr>
      <w:rFonts w:eastAsiaTheme="minorEastAsia" w:cstheme="minorBidi"/>
      <w:b/>
      <w:bCs/>
    </w:rPr>
  </w:style>
  <w:style w:type="character" w:customStyle="1" w:styleId="CommentSubjectChar">
    <w:name w:val="Comment Subject Char"/>
    <w:basedOn w:val="CommentTextChar"/>
    <w:link w:val="CommentSubject"/>
    <w:uiPriority w:val="99"/>
    <w:semiHidden/>
    <w:rsid w:val="00593880"/>
    <w:rPr>
      <w:rFonts w:ascii="Calibri" w:eastAsiaTheme="minorHAnsi" w:hAnsi="Calibri" w:cs="Times New Roman"/>
      <w:b/>
      <w:bCs/>
      <w:sz w:val="20"/>
      <w:szCs w:val="20"/>
    </w:rPr>
  </w:style>
  <w:style w:type="character" w:customStyle="1" w:styleId="UnresolvedMention1">
    <w:name w:val="Unresolved Mention1"/>
    <w:basedOn w:val="DefaultParagraphFont"/>
    <w:uiPriority w:val="99"/>
    <w:semiHidden/>
    <w:unhideWhenUsed/>
    <w:rsid w:val="00593880"/>
    <w:rPr>
      <w:color w:val="605E5C"/>
      <w:shd w:val="clear" w:color="auto" w:fill="E1DFDD"/>
    </w:rPr>
  </w:style>
  <w:style w:type="table" w:customStyle="1" w:styleId="GridTable4-Accent11">
    <w:name w:val="Grid Table 4 - Accent 11"/>
    <w:basedOn w:val="TableNormal"/>
    <w:uiPriority w:val="49"/>
    <w:rsid w:val="00F22C75"/>
    <w:pPr>
      <w:spacing w:after="0" w:line="240" w:lineRule="auto"/>
    </w:pPr>
    <w:rPr>
      <w:rFonts w:eastAsiaTheme="minorHAnsi"/>
      <w:sz w:val="24"/>
      <w:szCs w:val="24"/>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PlainTable3">
    <w:name w:val="Plain Table 3"/>
    <w:basedOn w:val="TableNormal"/>
    <w:uiPriority w:val="99"/>
    <w:rsid w:val="00F22C7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FollowedHyperlink">
    <w:name w:val="FollowedHyperlink"/>
    <w:basedOn w:val="DefaultParagraphFont"/>
    <w:uiPriority w:val="99"/>
    <w:semiHidden/>
    <w:unhideWhenUsed/>
    <w:rsid w:val="000B0952"/>
    <w:rPr>
      <w:color w:val="800080" w:themeColor="followedHyperlink"/>
      <w:u w:val="single"/>
    </w:rPr>
  </w:style>
  <w:style w:type="paragraph" w:styleId="BalloonText">
    <w:name w:val="Balloon Text"/>
    <w:basedOn w:val="Normal"/>
    <w:link w:val="BalloonTextChar"/>
    <w:uiPriority w:val="99"/>
    <w:semiHidden/>
    <w:unhideWhenUsed/>
    <w:rsid w:val="000078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78A8"/>
    <w:rPr>
      <w:rFonts w:ascii="Segoe UI" w:hAnsi="Segoe UI" w:cs="Segoe UI"/>
      <w:sz w:val="18"/>
      <w:szCs w:val="18"/>
    </w:rPr>
  </w:style>
  <w:style w:type="character" w:customStyle="1" w:styleId="SubtleEmphasis1">
    <w:name w:val="Subtle Emphasis1"/>
    <w:basedOn w:val="DefaultParagraphFont"/>
    <w:uiPriority w:val="19"/>
    <w:qFormat/>
    <w:rsid w:val="008E35CB"/>
    <w:rPr>
      <w:i/>
      <w:iCs/>
      <w:color w:val="7F7F7F" w:themeColor="text1" w:themeTint="80"/>
    </w:rPr>
  </w:style>
  <w:style w:type="character" w:customStyle="1" w:styleId="IntenseEmphasis1">
    <w:name w:val="Intense Emphasis1"/>
    <w:basedOn w:val="DefaultParagraphFont"/>
    <w:uiPriority w:val="21"/>
    <w:qFormat/>
    <w:rsid w:val="008E35CB"/>
    <w:rPr>
      <w:b/>
      <w:bCs/>
      <w:i/>
      <w:iCs/>
      <w:color w:val="4F81BD" w:themeColor="accent1"/>
    </w:rPr>
  </w:style>
  <w:style w:type="character" w:customStyle="1" w:styleId="SubtleReference1">
    <w:name w:val="Subtle Reference1"/>
    <w:basedOn w:val="DefaultParagraphFont"/>
    <w:uiPriority w:val="31"/>
    <w:qFormat/>
    <w:rsid w:val="008E35CB"/>
    <w:rPr>
      <w:smallCaps/>
      <w:color w:val="C0504D" w:themeColor="accent2"/>
      <w:u w:val="single"/>
    </w:rPr>
  </w:style>
  <w:style w:type="character" w:customStyle="1" w:styleId="IntenseReference1">
    <w:name w:val="Intense Reference1"/>
    <w:basedOn w:val="DefaultParagraphFont"/>
    <w:uiPriority w:val="32"/>
    <w:qFormat/>
    <w:rsid w:val="008E35CB"/>
    <w:rPr>
      <w:b/>
      <w:bCs/>
      <w:smallCaps/>
      <w:color w:val="C0504D" w:themeColor="accent2"/>
      <w:spacing w:val="5"/>
      <w:u w:val="single"/>
    </w:rPr>
  </w:style>
  <w:style w:type="character" w:customStyle="1" w:styleId="BookTitle1">
    <w:name w:val="Book Title1"/>
    <w:basedOn w:val="DefaultParagraphFont"/>
    <w:uiPriority w:val="33"/>
    <w:qFormat/>
    <w:rsid w:val="008E35CB"/>
    <w:rPr>
      <w:b/>
      <w:bCs/>
      <w:smallCaps/>
      <w:spacing w:val="5"/>
    </w:rPr>
  </w:style>
  <w:style w:type="paragraph" w:customStyle="1" w:styleId="TOCHeading1">
    <w:name w:val="TOC Heading1"/>
    <w:basedOn w:val="Heading1"/>
    <w:next w:val="Normal"/>
    <w:uiPriority w:val="39"/>
    <w:semiHidden/>
    <w:unhideWhenUsed/>
    <w:qFormat/>
    <w:rsid w:val="008E35CB"/>
    <w:pPr>
      <w:outlineLvl w:val="9"/>
    </w:pPr>
  </w:style>
  <w:style w:type="paragraph" w:customStyle="1" w:styleId="Revision1">
    <w:name w:val="Revision1"/>
    <w:hidden/>
    <w:uiPriority w:val="99"/>
    <w:semiHidden/>
    <w:rsid w:val="008E35CB"/>
    <w:pPr>
      <w:spacing w:after="0" w:line="240" w:lineRule="auto"/>
    </w:pPr>
    <w:rPr>
      <w:rFonts w:ascii="Calibri" w:hAnsi="Calibri"/>
    </w:rPr>
  </w:style>
  <w:style w:type="character" w:customStyle="1" w:styleId="UnresolvedMention10">
    <w:name w:val="Unresolved Mention10"/>
    <w:basedOn w:val="DefaultParagraphFont"/>
    <w:uiPriority w:val="99"/>
    <w:semiHidden/>
    <w:unhideWhenUsed/>
    <w:rsid w:val="008E35CB"/>
    <w:rPr>
      <w:color w:val="605E5C"/>
      <w:shd w:val="clear" w:color="auto" w:fill="E1DFDD"/>
    </w:rPr>
  </w:style>
  <w:style w:type="table" w:customStyle="1" w:styleId="PlainTable31">
    <w:name w:val="Plain Table 31"/>
    <w:basedOn w:val="TableNormal"/>
    <w:uiPriority w:val="99"/>
    <w:rsid w:val="008E35CB"/>
    <w:pPr>
      <w:spacing w:after="0" w:line="240" w:lineRule="auto"/>
    </w:pPr>
    <w:rPr>
      <w:sz w:val="20"/>
      <w:szCs w:val="20"/>
      <w:lang w:val="en-ZA" w:eastAsia="en-ZA"/>
    </w:rP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FootnoteText">
    <w:name w:val="footnote text"/>
    <w:basedOn w:val="Normal"/>
    <w:link w:val="FootnoteTextChar"/>
    <w:uiPriority w:val="99"/>
    <w:semiHidden/>
    <w:unhideWhenUsed/>
    <w:rsid w:val="004B5D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5DFF"/>
    <w:rPr>
      <w:rFonts w:ascii="Calibri" w:hAnsi="Calibri"/>
      <w:sz w:val="20"/>
      <w:szCs w:val="20"/>
    </w:rPr>
  </w:style>
  <w:style w:type="character" w:styleId="FootnoteReference">
    <w:name w:val="footnote reference"/>
    <w:basedOn w:val="DefaultParagraphFont"/>
    <w:uiPriority w:val="99"/>
    <w:semiHidden/>
    <w:unhideWhenUsed/>
    <w:rsid w:val="004B5DFF"/>
    <w:rPr>
      <w:vertAlign w:val="superscript"/>
    </w:rPr>
  </w:style>
  <w:style w:type="character" w:styleId="UnresolvedMention">
    <w:name w:val="Unresolved Mention"/>
    <w:basedOn w:val="DefaultParagraphFont"/>
    <w:uiPriority w:val="99"/>
    <w:semiHidden/>
    <w:unhideWhenUsed/>
    <w:rsid w:val="00ED357B"/>
    <w:rPr>
      <w:color w:val="605E5C"/>
      <w:shd w:val="clear" w:color="auto" w:fill="E1DFDD"/>
    </w:rPr>
  </w:style>
  <w:style w:type="character" w:styleId="Mention">
    <w:name w:val="Mention"/>
    <w:basedOn w:val="DefaultParagraphFont"/>
    <w:uiPriority w:val="99"/>
    <w:unhideWhenUsed/>
    <w:rsid w:val="00A709E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04885">
      <w:bodyDiv w:val="1"/>
      <w:marLeft w:val="0"/>
      <w:marRight w:val="0"/>
      <w:marTop w:val="0"/>
      <w:marBottom w:val="0"/>
      <w:divBdr>
        <w:top w:val="none" w:sz="0" w:space="0" w:color="auto"/>
        <w:left w:val="none" w:sz="0" w:space="0" w:color="auto"/>
        <w:bottom w:val="none" w:sz="0" w:space="0" w:color="auto"/>
        <w:right w:val="none" w:sz="0" w:space="0" w:color="auto"/>
      </w:divBdr>
    </w:div>
    <w:div w:id="78337064">
      <w:bodyDiv w:val="1"/>
      <w:marLeft w:val="0"/>
      <w:marRight w:val="0"/>
      <w:marTop w:val="0"/>
      <w:marBottom w:val="0"/>
      <w:divBdr>
        <w:top w:val="none" w:sz="0" w:space="0" w:color="auto"/>
        <w:left w:val="none" w:sz="0" w:space="0" w:color="auto"/>
        <w:bottom w:val="none" w:sz="0" w:space="0" w:color="auto"/>
        <w:right w:val="none" w:sz="0" w:space="0" w:color="auto"/>
      </w:divBdr>
    </w:div>
    <w:div w:id="208613747">
      <w:bodyDiv w:val="1"/>
      <w:marLeft w:val="0"/>
      <w:marRight w:val="0"/>
      <w:marTop w:val="0"/>
      <w:marBottom w:val="0"/>
      <w:divBdr>
        <w:top w:val="none" w:sz="0" w:space="0" w:color="auto"/>
        <w:left w:val="none" w:sz="0" w:space="0" w:color="auto"/>
        <w:bottom w:val="none" w:sz="0" w:space="0" w:color="auto"/>
        <w:right w:val="none" w:sz="0" w:space="0" w:color="auto"/>
      </w:divBdr>
    </w:div>
    <w:div w:id="432019518">
      <w:bodyDiv w:val="1"/>
      <w:marLeft w:val="0"/>
      <w:marRight w:val="0"/>
      <w:marTop w:val="0"/>
      <w:marBottom w:val="0"/>
      <w:divBdr>
        <w:top w:val="none" w:sz="0" w:space="0" w:color="auto"/>
        <w:left w:val="none" w:sz="0" w:space="0" w:color="auto"/>
        <w:bottom w:val="none" w:sz="0" w:space="0" w:color="auto"/>
        <w:right w:val="none" w:sz="0" w:space="0" w:color="auto"/>
      </w:divBdr>
    </w:div>
    <w:div w:id="502283262">
      <w:bodyDiv w:val="1"/>
      <w:marLeft w:val="0"/>
      <w:marRight w:val="0"/>
      <w:marTop w:val="0"/>
      <w:marBottom w:val="0"/>
      <w:divBdr>
        <w:top w:val="none" w:sz="0" w:space="0" w:color="auto"/>
        <w:left w:val="none" w:sz="0" w:space="0" w:color="auto"/>
        <w:bottom w:val="none" w:sz="0" w:space="0" w:color="auto"/>
        <w:right w:val="none" w:sz="0" w:space="0" w:color="auto"/>
      </w:divBdr>
    </w:div>
    <w:div w:id="588079342">
      <w:bodyDiv w:val="1"/>
      <w:marLeft w:val="0"/>
      <w:marRight w:val="0"/>
      <w:marTop w:val="0"/>
      <w:marBottom w:val="0"/>
      <w:divBdr>
        <w:top w:val="none" w:sz="0" w:space="0" w:color="auto"/>
        <w:left w:val="none" w:sz="0" w:space="0" w:color="auto"/>
        <w:bottom w:val="none" w:sz="0" w:space="0" w:color="auto"/>
        <w:right w:val="none" w:sz="0" w:space="0" w:color="auto"/>
      </w:divBdr>
    </w:div>
    <w:div w:id="761800178">
      <w:bodyDiv w:val="1"/>
      <w:marLeft w:val="0"/>
      <w:marRight w:val="0"/>
      <w:marTop w:val="0"/>
      <w:marBottom w:val="0"/>
      <w:divBdr>
        <w:top w:val="none" w:sz="0" w:space="0" w:color="auto"/>
        <w:left w:val="none" w:sz="0" w:space="0" w:color="auto"/>
        <w:bottom w:val="none" w:sz="0" w:space="0" w:color="auto"/>
        <w:right w:val="none" w:sz="0" w:space="0" w:color="auto"/>
      </w:divBdr>
    </w:div>
    <w:div w:id="856965258">
      <w:bodyDiv w:val="1"/>
      <w:marLeft w:val="0"/>
      <w:marRight w:val="0"/>
      <w:marTop w:val="0"/>
      <w:marBottom w:val="0"/>
      <w:divBdr>
        <w:top w:val="none" w:sz="0" w:space="0" w:color="auto"/>
        <w:left w:val="none" w:sz="0" w:space="0" w:color="auto"/>
        <w:bottom w:val="none" w:sz="0" w:space="0" w:color="auto"/>
        <w:right w:val="none" w:sz="0" w:space="0" w:color="auto"/>
      </w:divBdr>
    </w:div>
    <w:div w:id="887573477">
      <w:bodyDiv w:val="1"/>
      <w:marLeft w:val="0"/>
      <w:marRight w:val="0"/>
      <w:marTop w:val="0"/>
      <w:marBottom w:val="0"/>
      <w:divBdr>
        <w:top w:val="none" w:sz="0" w:space="0" w:color="auto"/>
        <w:left w:val="none" w:sz="0" w:space="0" w:color="auto"/>
        <w:bottom w:val="none" w:sz="0" w:space="0" w:color="auto"/>
        <w:right w:val="none" w:sz="0" w:space="0" w:color="auto"/>
      </w:divBdr>
    </w:div>
    <w:div w:id="1067995312">
      <w:bodyDiv w:val="1"/>
      <w:marLeft w:val="0"/>
      <w:marRight w:val="0"/>
      <w:marTop w:val="0"/>
      <w:marBottom w:val="0"/>
      <w:divBdr>
        <w:top w:val="none" w:sz="0" w:space="0" w:color="auto"/>
        <w:left w:val="none" w:sz="0" w:space="0" w:color="auto"/>
        <w:bottom w:val="none" w:sz="0" w:space="0" w:color="auto"/>
        <w:right w:val="none" w:sz="0" w:space="0" w:color="auto"/>
      </w:divBdr>
    </w:div>
    <w:div w:id="1204168920">
      <w:bodyDiv w:val="1"/>
      <w:marLeft w:val="0"/>
      <w:marRight w:val="0"/>
      <w:marTop w:val="0"/>
      <w:marBottom w:val="0"/>
      <w:divBdr>
        <w:top w:val="none" w:sz="0" w:space="0" w:color="auto"/>
        <w:left w:val="none" w:sz="0" w:space="0" w:color="auto"/>
        <w:bottom w:val="none" w:sz="0" w:space="0" w:color="auto"/>
        <w:right w:val="none" w:sz="0" w:space="0" w:color="auto"/>
      </w:divBdr>
    </w:div>
    <w:div w:id="1237593956">
      <w:bodyDiv w:val="1"/>
      <w:marLeft w:val="0"/>
      <w:marRight w:val="0"/>
      <w:marTop w:val="0"/>
      <w:marBottom w:val="0"/>
      <w:divBdr>
        <w:top w:val="none" w:sz="0" w:space="0" w:color="auto"/>
        <w:left w:val="none" w:sz="0" w:space="0" w:color="auto"/>
        <w:bottom w:val="none" w:sz="0" w:space="0" w:color="auto"/>
        <w:right w:val="none" w:sz="0" w:space="0" w:color="auto"/>
      </w:divBdr>
    </w:div>
    <w:div w:id="1244292093">
      <w:bodyDiv w:val="1"/>
      <w:marLeft w:val="0"/>
      <w:marRight w:val="0"/>
      <w:marTop w:val="0"/>
      <w:marBottom w:val="0"/>
      <w:divBdr>
        <w:top w:val="none" w:sz="0" w:space="0" w:color="auto"/>
        <w:left w:val="none" w:sz="0" w:space="0" w:color="auto"/>
        <w:bottom w:val="none" w:sz="0" w:space="0" w:color="auto"/>
        <w:right w:val="none" w:sz="0" w:space="0" w:color="auto"/>
      </w:divBdr>
    </w:div>
    <w:div w:id="1250037916">
      <w:bodyDiv w:val="1"/>
      <w:marLeft w:val="0"/>
      <w:marRight w:val="0"/>
      <w:marTop w:val="0"/>
      <w:marBottom w:val="0"/>
      <w:divBdr>
        <w:top w:val="none" w:sz="0" w:space="0" w:color="auto"/>
        <w:left w:val="none" w:sz="0" w:space="0" w:color="auto"/>
        <w:bottom w:val="none" w:sz="0" w:space="0" w:color="auto"/>
        <w:right w:val="none" w:sz="0" w:space="0" w:color="auto"/>
      </w:divBdr>
    </w:div>
    <w:div w:id="1507017179">
      <w:bodyDiv w:val="1"/>
      <w:marLeft w:val="0"/>
      <w:marRight w:val="0"/>
      <w:marTop w:val="0"/>
      <w:marBottom w:val="0"/>
      <w:divBdr>
        <w:top w:val="none" w:sz="0" w:space="0" w:color="auto"/>
        <w:left w:val="none" w:sz="0" w:space="0" w:color="auto"/>
        <w:bottom w:val="none" w:sz="0" w:space="0" w:color="auto"/>
        <w:right w:val="none" w:sz="0" w:space="0" w:color="auto"/>
      </w:divBdr>
    </w:div>
    <w:div w:id="1522475734">
      <w:bodyDiv w:val="1"/>
      <w:marLeft w:val="0"/>
      <w:marRight w:val="0"/>
      <w:marTop w:val="0"/>
      <w:marBottom w:val="0"/>
      <w:divBdr>
        <w:top w:val="none" w:sz="0" w:space="0" w:color="auto"/>
        <w:left w:val="none" w:sz="0" w:space="0" w:color="auto"/>
        <w:bottom w:val="none" w:sz="0" w:space="0" w:color="auto"/>
        <w:right w:val="none" w:sz="0" w:space="0" w:color="auto"/>
      </w:divBdr>
    </w:div>
    <w:div w:id="17135288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gmdf@idcol.org" TargetMode="Externa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mailto:ogmdf@idcol.org" TargetMode="External"/><Relationship Id="rId7" Type="http://schemas.openxmlformats.org/officeDocument/2006/relationships/footnotes" Target="footnotes.xml"/><Relationship Id="rId12" Type="http://schemas.openxmlformats.org/officeDocument/2006/relationships/hyperlink" Target="https://maps.app.goo.gl/13GeA56qFcCiPZj1A" TargetMode="External"/><Relationship Id="rId17" Type="http://schemas.openxmlformats.org/officeDocument/2006/relationships/footer" Target="footer2.xml"/><Relationship Id="rId25"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maps.app.goo.gl/13GeA56qFcCiPZj1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customXml" Target="ink/ink1.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s://msteams.link/YVUP" TargetMode="External"/><Relationship Id="rId28" Type="http://schemas.microsoft.com/office/2019/05/relationships/documenttasks" Target="documenttasks/documenttasks1.xml"/><Relationship Id="rId10" Type="http://schemas.openxmlformats.org/officeDocument/2006/relationships/image" Target="media/image2.jpeg"/><Relationship Id="rId19" Type="http://schemas.openxmlformats.org/officeDocument/2006/relationships/hyperlink" Target="https://globalcarboncouncil.com/how-gcc-works/energy-access-progra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info@ascent.mw" TargetMode="External"/><Relationship Id="rId22" Type="http://schemas.openxmlformats.org/officeDocument/2006/relationships/hyperlink" Target="mailto:info@ascent.mw"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nergy.gov.mw/docs/uploads/ESMS_ASCENT-Malawi-Project.pdf" TargetMode="External"/><Relationship Id="rId1" Type="http://schemas.openxmlformats.org/officeDocument/2006/relationships/hyperlink" Target="https://energy.gov.mw/docs/uploads/ESMS_ASCENT-Malawi-Project.pdf" TargetMode="External"/></Relationships>
</file>

<file path=word/documenttasks/documenttasks1.xml><?xml version="1.0" encoding="utf-8"?>
<t:Tasks xmlns:t="http://schemas.microsoft.com/office/tasks/2019/documenttasks" xmlns:oel="http://schemas.microsoft.com/office/2019/extlst">
  <t:Task id="{03582330-832A-489E-A0E5-519804C93A51}">
    <t:Anchor>
      <t:Comment id="821474718"/>
    </t:Anchor>
    <t:History>
      <t:Event id="{8DA470B9-5291-4AE5-88AF-03D9FFD61759}" time="2026-08-12T08:14:06.474Z">
        <t:Attribution userId="S::aishaabdulaziz@worldbank.org::4b2eb059-00bc-408f-a3c4-69127ebb0178" userProvider="AD" userName="Aisha Abdulaziz Mahmoud"/>
        <t:Anchor>
          <t:Comment id="821474718"/>
        </t:Anchor>
        <t:Create/>
      </t:Event>
      <t:Event id="{4B82EA2A-5F56-4984-A836-F0FD43F1435C}" time="2026-08-12T08:14:06.474Z">
        <t:Attribution userId="S::aishaabdulaziz@worldbank.org::4b2eb059-00bc-408f-a3c4-69127ebb0178" userProvider="AD" userName="Aisha Abdulaziz Mahmoud"/>
        <t:Anchor>
          <t:Comment id="821474718"/>
        </t:Anchor>
        <t:Assign userId="S::jwu10@worldbankgroup.org::d5e44b6e-86e7-423d-86c5-75c62d45edc1" userProvider="AD" userName="Jingyi Wu"/>
      </t:Event>
      <t:Event id="{7001AC10-3208-4514-AEC3-3652FE764868}" time="2026-08-12T08:14:06.474Z">
        <t:Attribution userId="S::aishaabdulaziz@worldbank.org::4b2eb059-00bc-408f-a3c4-69127ebb0178" userProvider="AD" userName="Aisha Abdulaziz Mahmoud"/>
        <t:Anchor>
          <t:Comment id="821474718"/>
        </t:Anchor>
        <t:SetTitle title="@Jingyi Wu may I ask for your keen eye on the yellow highlight. I don't quite understand it. Do we mean that NNNF will send carbon revenue to the POs, and so this is listing eligible uses of that carbon revenue by the POs?"/>
      </t:Event>
    </t:History>
  </t:Task>
</t:Task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24T09:20:31.383"/>
    </inkml:context>
    <inkml:brush xml:id="br0">
      <inkml:brushProperty name="width" value="0.05" units="cm"/>
      <inkml:brushProperty name="height" value="0.05" units="cm"/>
    </inkml:brush>
  </inkml:definitions>
  <inkml:trace contextRef="#ctx0" brushRef="#br0">0 0 13448</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0EB1E6-3600-43D1-AC7D-AA894E762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32</Pages>
  <Words>8083</Words>
  <Characters>46079</Characters>
  <Application>Microsoft Office Word</Application>
  <DocSecurity>0</DocSecurity>
  <Lines>383</Lines>
  <Paragraphs>108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54054</CharactersWithSpaces>
  <SharedDoc>false</SharedDoc>
  <HyperlinkBase/>
  <HLinks>
    <vt:vector size="156" baseType="variant">
      <vt:variant>
        <vt:i4>2228233</vt:i4>
      </vt:variant>
      <vt:variant>
        <vt:i4>78</vt:i4>
      </vt:variant>
      <vt:variant>
        <vt:i4>0</vt:i4>
      </vt:variant>
      <vt:variant>
        <vt:i4>5</vt:i4>
      </vt:variant>
      <vt:variant>
        <vt:lpwstr>mailto:info@ascent.mw</vt:lpwstr>
      </vt:variant>
      <vt:variant>
        <vt:lpwstr/>
      </vt:variant>
      <vt:variant>
        <vt:i4>6815838</vt:i4>
      </vt:variant>
      <vt:variant>
        <vt:i4>75</vt:i4>
      </vt:variant>
      <vt:variant>
        <vt:i4>0</vt:i4>
      </vt:variant>
      <vt:variant>
        <vt:i4>5</vt:i4>
      </vt:variant>
      <vt:variant>
        <vt:lpwstr>mailto:ogmdf@idcol.org</vt:lpwstr>
      </vt:variant>
      <vt:variant>
        <vt:lpwstr/>
      </vt:variant>
      <vt:variant>
        <vt:i4>65566</vt:i4>
      </vt:variant>
      <vt:variant>
        <vt:i4>72</vt:i4>
      </vt:variant>
      <vt:variant>
        <vt:i4>0</vt:i4>
      </vt:variant>
      <vt:variant>
        <vt:i4>5</vt:i4>
      </vt:variant>
      <vt:variant>
        <vt:lpwstr>https://maps.app.goo.gl/13GeA56qFcCiPZj1A</vt:lpwstr>
      </vt:variant>
      <vt:variant>
        <vt:lpwstr/>
      </vt:variant>
      <vt:variant>
        <vt:i4>7667787</vt:i4>
      </vt:variant>
      <vt:variant>
        <vt:i4>66</vt:i4>
      </vt:variant>
      <vt:variant>
        <vt:i4>0</vt:i4>
      </vt:variant>
      <vt:variant>
        <vt:i4>5</vt:i4>
      </vt:variant>
      <vt:variant>
        <vt:lpwstr/>
      </vt:variant>
      <vt:variant>
        <vt:lpwstr>_SECTION_6:_ANNEX</vt:lpwstr>
      </vt:variant>
      <vt:variant>
        <vt:i4>655414</vt:i4>
      </vt:variant>
      <vt:variant>
        <vt:i4>63</vt:i4>
      </vt:variant>
      <vt:variant>
        <vt:i4>0</vt:i4>
      </vt:variant>
      <vt:variant>
        <vt:i4>5</vt:i4>
      </vt:variant>
      <vt:variant>
        <vt:lpwstr/>
      </vt:variant>
      <vt:variant>
        <vt:lpwstr>_SECTION_5:_OUTLINE</vt:lpwstr>
      </vt:variant>
      <vt:variant>
        <vt:i4>1572916</vt:i4>
      </vt:variant>
      <vt:variant>
        <vt:i4>60</vt:i4>
      </vt:variant>
      <vt:variant>
        <vt:i4>0</vt:i4>
      </vt:variant>
      <vt:variant>
        <vt:i4>5</vt:i4>
      </vt:variant>
      <vt:variant>
        <vt:lpwstr/>
      </vt:variant>
      <vt:variant>
        <vt:lpwstr>_SECTION_4:_APPLICATION</vt:lpwstr>
      </vt:variant>
      <vt:variant>
        <vt:i4>2228233</vt:i4>
      </vt:variant>
      <vt:variant>
        <vt:i4>57</vt:i4>
      </vt:variant>
      <vt:variant>
        <vt:i4>0</vt:i4>
      </vt:variant>
      <vt:variant>
        <vt:i4>5</vt:i4>
      </vt:variant>
      <vt:variant>
        <vt:lpwstr>mailto:info@ascent.mw</vt:lpwstr>
      </vt:variant>
      <vt:variant>
        <vt:lpwstr/>
      </vt:variant>
      <vt:variant>
        <vt:i4>6815838</vt:i4>
      </vt:variant>
      <vt:variant>
        <vt:i4>54</vt:i4>
      </vt:variant>
      <vt:variant>
        <vt:i4>0</vt:i4>
      </vt:variant>
      <vt:variant>
        <vt:i4>5</vt:i4>
      </vt:variant>
      <vt:variant>
        <vt:lpwstr>mailto:ogmdf@idcol.org</vt:lpwstr>
      </vt:variant>
      <vt:variant>
        <vt:lpwstr/>
      </vt:variant>
      <vt:variant>
        <vt:i4>65566</vt:i4>
      </vt:variant>
      <vt:variant>
        <vt:i4>51</vt:i4>
      </vt:variant>
      <vt:variant>
        <vt:i4>0</vt:i4>
      </vt:variant>
      <vt:variant>
        <vt:i4>5</vt:i4>
      </vt:variant>
      <vt:variant>
        <vt:lpwstr>https://maps.app.goo.gl/13GeA56qFcCiPZj1A</vt:lpwstr>
      </vt:variant>
      <vt:variant>
        <vt:lpwstr/>
      </vt:variant>
      <vt:variant>
        <vt:i4>8061012</vt:i4>
      </vt:variant>
      <vt:variant>
        <vt:i4>48</vt:i4>
      </vt:variant>
      <vt:variant>
        <vt:i4>0</vt:i4>
      </vt:variant>
      <vt:variant>
        <vt:i4>5</vt:i4>
      </vt:variant>
      <vt:variant>
        <vt:lpwstr/>
      </vt:variant>
      <vt:variant>
        <vt:lpwstr>_SECTION_3:_DATA</vt:lpwstr>
      </vt:variant>
      <vt:variant>
        <vt:i4>7667787</vt:i4>
      </vt:variant>
      <vt:variant>
        <vt:i4>45</vt:i4>
      </vt:variant>
      <vt:variant>
        <vt:i4>0</vt:i4>
      </vt:variant>
      <vt:variant>
        <vt:i4>5</vt:i4>
      </vt:variant>
      <vt:variant>
        <vt:lpwstr/>
      </vt:variant>
      <vt:variant>
        <vt:lpwstr>_SECTION_6:_ANNEX</vt:lpwstr>
      </vt:variant>
      <vt:variant>
        <vt:i4>655414</vt:i4>
      </vt:variant>
      <vt:variant>
        <vt:i4>42</vt:i4>
      </vt:variant>
      <vt:variant>
        <vt:i4>0</vt:i4>
      </vt:variant>
      <vt:variant>
        <vt:i4>5</vt:i4>
      </vt:variant>
      <vt:variant>
        <vt:lpwstr/>
      </vt:variant>
      <vt:variant>
        <vt:lpwstr>_SECTION_5:_OUTLINE</vt:lpwstr>
      </vt:variant>
      <vt:variant>
        <vt:i4>1572916</vt:i4>
      </vt:variant>
      <vt:variant>
        <vt:i4>39</vt:i4>
      </vt:variant>
      <vt:variant>
        <vt:i4>0</vt:i4>
      </vt:variant>
      <vt:variant>
        <vt:i4>5</vt:i4>
      </vt:variant>
      <vt:variant>
        <vt:lpwstr/>
      </vt:variant>
      <vt:variant>
        <vt:lpwstr>_SECTION_4:_APPLICATION</vt:lpwstr>
      </vt:variant>
      <vt:variant>
        <vt:i4>1245240</vt:i4>
      </vt:variant>
      <vt:variant>
        <vt:i4>32</vt:i4>
      </vt:variant>
      <vt:variant>
        <vt:i4>0</vt:i4>
      </vt:variant>
      <vt:variant>
        <vt:i4>5</vt:i4>
      </vt:variant>
      <vt:variant>
        <vt:lpwstr/>
      </vt:variant>
      <vt:variant>
        <vt:lpwstr>_Toc236748882</vt:lpwstr>
      </vt:variant>
      <vt:variant>
        <vt:i4>1245240</vt:i4>
      </vt:variant>
      <vt:variant>
        <vt:i4>26</vt:i4>
      </vt:variant>
      <vt:variant>
        <vt:i4>0</vt:i4>
      </vt:variant>
      <vt:variant>
        <vt:i4>5</vt:i4>
      </vt:variant>
      <vt:variant>
        <vt:lpwstr/>
      </vt:variant>
      <vt:variant>
        <vt:lpwstr>_Toc236748881</vt:lpwstr>
      </vt:variant>
      <vt:variant>
        <vt:i4>1245240</vt:i4>
      </vt:variant>
      <vt:variant>
        <vt:i4>20</vt:i4>
      </vt:variant>
      <vt:variant>
        <vt:i4>0</vt:i4>
      </vt:variant>
      <vt:variant>
        <vt:i4>5</vt:i4>
      </vt:variant>
      <vt:variant>
        <vt:lpwstr/>
      </vt:variant>
      <vt:variant>
        <vt:lpwstr>_Toc236748880</vt:lpwstr>
      </vt:variant>
      <vt:variant>
        <vt:i4>1835064</vt:i4>
      </vt:variant>
      <vt:variant>
        <vt:i4>14</vt:i4>
      </vt:variant>
      <vt:variant>
        <vt:i4>0</vt:i4>
      </vt:variant>
      <vt:variant>
        <vt:i4>5</vt:i4>
      </vt:variant>
      <vt:variant>
        <vt:lpwstr/>
      </vt:variant>
      <vt:variant>
        <vt:lpwstr>_Toc236748879</vt:lpwstr>
      </vt:variant>
      <vt:variant>
        <vt:i4>1835064</vt:i4>
      </vt:variant>
      <vt:variant>
        <vt:i4>8</vt:i4>
      </vt:variant>
      <vt:variant>
        <vt:i4>0</vt:i4>
      </vt:variant>
      <vt:variant>
        <vt:i4>5</vt:i4>
      </vt:variant>
      <vt:variant>
        <vt:lpwstr/>
      </vt:variant>
      <vt:variant>
        <vt:lpwstr>_Toc236748878</vt:lpwstr>
      </vt:variant>
      <vt:variant>
        <vt:i4>1835064</vt:i4>
      </vt:variant>
      <vt:variant>
        <vt:i4>2</vt:i4>
      </vt:variant>
      <vt:variant>
        <vt:i4>0</vt:i4>
      </vt:variant>
      <vt:variant>
        <vt:i4>5</vt:i4>
      </vt:variant>
      <vt:variant>
        <vt:lpwstr/>
      </vt:variant>
      <vt:variant>
        <vt:lpwstr>_Toc236748877</vt:lpwstr>
      </vt:variant>
      <vt:variant>
        <vt:i4>4653138</vt:i4>
      </vt:variant>
      <vt:variant>
        <vt:i4>6</vt:i4>
      </vt:variant>
      <vt:variant>
        <vt:i4>0</vt:i4>
      </vt:variant>
      <vt:variant>
        <vt:i4>5</vt:i4>
      </vt:variant>
      <vt:variant>
        <vt:lpwstr>https://www.nnnf.energy.gov.mw/en/resources/</vt:lpwstr>
      </vt:variant>
      <vt:variant>
        <vt:lpwstr/>
      </vt:variant>
      <vt:variant>
        <vt:i4>7274517</vt:i4>
      </vt:variant>
      <vt:variant>
        <vt:i4>3</vt:i4>
      </vt:variant>
      <vt:variant>
        <vt:i4>0</vt:i4>
      </vt:variant>
      <vt:variant>
        <vt:i4>5</vt:i4>
      </vt:variant>
      <vt:variant>
        <vt:lpwstr>https://energy.gov.mw/docs/uploads/ESMS_ASCENT-Malawi-Project.pdf</vt:lpwstr>
      </vt:variant>
      <vt:variant>
        <vt:lpwstr/>
      </vt:variant>
      <vt:variant>
        <vt:i4>7274517</vt:i4>
      </vt:variant>
      <vt:variant>
        <vt:i4>0</vt:i4>
      </vt:variant>
      <vt:variant>
        <vt:i4>0</vt:i4>
      </vt:variant>
      <vt:variant>
        <vt:i4>5</vt:i4>
      </vt:variant>
      <vt:variant>
        <vt:lpwstr>https://energy.gov.mw/docs/uploads/ESMS_ASCENT-Malawi-Project.pdf</vt:lpwstr>
      </vt:variant>
      <vt:variant>
        <vt:lpwstr/>
      </vt:variant>
      <vt:variant>
        <vt:i4>8192084</vt:i4>
      </vt:variant>
      <vt:variant>
        <vt:i4>9</vt:i4>
      </vt:variant>
      <vt:variant>
        <vt:i4>0</vt:i4>
      </vt:variant>
      <vt:variant>
        <vt:i4>5</vt:i4>
      </vt:variant>
      <vt:variant>
        <vt:lpwstr>mailto:jwu10@worldbankgroup.org</vt:lpwstr>
      </vt:variant>
      <vt:variant>
        <vt:lpwstr/>
      </vt:variant>
      <vt:variant>
        <vt:i4>1900582</vt:i4>
      </vt:variant>
      <vt:variant>
        <vt:i4>6</vt:i4>
      </vt:variant>
      <vt:variant>
        <vt:i4>0</vt:i4>
      </vt:variant>
      <vt:variant>
        <vt:i4>5</vt:i4>
      </vt:variant>
      <vt:variant>
        <vt:lpwstr>mailto:aishaabdulaziz@worldbank.org</vt:lpwstr>
      </vt:variant>
      <vt:variant>
        <vt:lpwstr/>
      </vt:variant>
      <vt:variant>
        <vt:i4>8192084</vt:i4>
      </vt:variant>
      <vt:variant>
        <vt:i4>3</vt:i4>
      </vt:variant>
      <vt:variant>
        <vt:i4>0</vt:i4>
      </vt:variant>
      <vt:variant>
        <vt:i4>5</vt:i4>
      </vt:variant>
      <vt:variant>
        <vt:lpwstr>mailto:jwu10@worldbankgroup.org</vt:lpwstr>
      </vt:variant>
      <vt:variant>
        <vt:lpwstr/>
      </vt:variant>
      <vt:variant>
        <vt:i4>1900582</vt:i4>
      </vt:variant>
      <vt:variant>
        <vt:i4>0</vt:i4>
      </vt:variant>
      <vt:variant>
        <vt:i4>0</vt:i4>
      </vt:variant>
      <vt:variant>
        <vt:i4>5</vt:i4>
      </vt:variant>
      <vt:variant>
        <vt:lpwstr>mailto:aishaabdulaziz@worldbank.org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Austin Patikani Theu</dc:creator>
  <cp:keywords/>
  <dc:description>generated by python-docx</dc:description>
  <cp:lastModifiedBy>Sanjidaa Hoque</cp:lastModifiedBy>
  <cp:revision>10</cp:revision>
  <dcterms:created xsi:type="dcterms:W3CDTF">2026-08-18T17:47:00Z</dcterms:created>
  <dcterms:modified xsi:type="dcterms:W3CDTF">2026-08-18T17:57:00Z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1033-12.2.0.22530</vt:lpwstr>
  </property>
  <property fmtid="{D5CDD505-2E9C-101B-9397-08002B2CF9AE}" pid="3" name="ICV">
    <vt:lpwstr>D37DF78FC744498E9A1D129BBD7EE37F_13</vt:lpwstr>
  </property>
  <property fmtid="{D5CDD505-2E9C-101B-9397-08002B2CF9AE}" pid="4" name="GrammarlyDocumentId">
    <vt:lpwstr>1fe96a9b-f29c-4c3f-9c81-32dcc6253fef</vt:lpwstr>
  </property>
  <property fmtid="{D5CDD505-2E9C-101B-9397-08002B2CF9AE}" pid="5" name="ClassificationContentMarkingFooterShapeIds">
    <vt:lpwstr>7eb816e6,3c54c03c,5efeabd2</vt:lpwstr>
  </property>
  <property fmtid="{D5CDD505-2E9C-101B-9397-08002B2CF9AE}" pid="6" name="ClassificationContentMarkingFooterFontProps">
    <vt:lpwstr>#000000,10,Aptos</vt:lpwstr>
  </property>
  <property fmtid="{D5CDD505-2E9C-101B-9397-08002B2CF9AE}" pid="7" name="ClassificationContentMarkingFooterText">
    <vt:lpwstr>Official Use Only</vt:lpwstr>
  </property>
  <property fmtid="{D5CDD505-2E9C-101B-9397-08002B2CF9AE}" pid="8" name="MSIP_Label_f1bf45b6-5649-4236-82a3-f45024cd282e_Enabled">
    <vt:lpwstr>true</vt:lpwstr>
  </property>
  <property fmtid="{D5CDD505-2E9C-101B-9397-08002B2CF9AE}" pid="9" name="MSIP_Label_f1bf45b6-5649-4236-82a3-f45024cd282e_SetDate">
    <vt:lpwstr>2026-02-11T17:14:33Z</vt:lpwstr>
  </property>
  <property fmtid="{D5CDD505-2E9C-101B-9397-08002B2CF9AE}" pid="10" name="MSIP_Label_f1bf45b6-5649-4236-82a3-f45024cd282e_Method">
    <vt:lpwstr>Standard</vt:lpwstr>
  </property>
  <property fmtid="{D5CDD505-2E9C-101B-9397-08002B2CF9AE}" pid="11" name="MSIP_Label_f1bf45b6-5649-4236-82a3-f45024cd282e_Name">
    <vt:lpwstr>Official Use Only</vt:lpwstr>
  </property>
  <property fmtid="{D5CDD505-2E9C-101B-9397-08002B2CF9AE}" pid="12" name="MSIP_Label_f1bf45b6-5649-4236-82a3-f45024cd282e_SiteId">
    <vt:lpwstr>31a2fec0-266b-4c67-b56e-2796d8f59c36</vt:lpwstr>
  </property>
  <property fmtid="{D5CDD505-2E9C-101B-9397-08002B2CF9AE}" pid="13" name="MSIP_Label_f1bf45b6-5649-4236-82a3-f45024cd282e_ActionId">
    <vt:lpwstr>3c510ec2-875b-4e6d-a9d6-4e04480cd6a4</vt:lpwstr>
  </property>
  <property fmtid="{D5CDD505-2E9C-101B-9397-08002B2CF9AE}" pid="14" name="MSIP_Label_f1bf45b6-5649-4236-82a3-f45024cd282e_ContentBits">
    <vt:lpwstr>2</vt:lpwstr>
  </property>
  <property fmtid="{D5CDD505-2E9C-101B-9397-08002B2CF9AE}" pid="15" name="MSIP_Label_f1bf45b6-5649-4236-82a3-f45024cd282e_Tag">
    <vt:lpwstr>10, 3, 0, 1</vt:lpwstr>
  </property>
</Properties>
</file>